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CA02DC" w14:textId="148B86A5" w:rsidR="004D1A13" w:rsidRDefault="00C65E92" w:rsidP="00C65E92">
      <w:pPr>
        <w:ind w:right="-1800" w:hanging="18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7B91E6A" wp14:editId="5C619DE0">
            <wp:extent cx="7694295" cy="10772903"/>
            <wp:effectExtent l="0" t="0" r="1905" b="0"/>
            <wp:docPr id="2007700579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00579" name="Εικόνα 20077005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1499" cy="10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1A13">
        <w:br w:type="page"/>
      </w:r>
    </w:p>
    <w:p w14:paraId="788BDD64" w14:textId="481235B7" w:rsidR="00ED5567" w:rsidRDefault="00817C5E" w:rsidP="00011790">
      <w:pPr>
        <w:pStyle w:val="Heading1"/>
        <w:rPr>
          <w:rFonts w:ascii="Calibri" w:hAnsi="Calibri" w:cs="Calibri"/>
          <w:b w:val="0"/>
          <w:bCs w:val="0"/>
          <w:color w:val="7F1B25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25824" behindDoc="1" locked="0" layoutInCell="1" allowOverlap="1" wp14:anchorId="630E9E85" wp14:editId="1AE1C600">
            <wp:simplePos x="0" y="0"/>
            <wp:positionH relativeFrom="column">
              <wp:posOffset>-1142619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98853645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A13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EAA0CCB" wp14:editId="54252D47">
                <wp:simplePos x="0" y="0"/>
                <wp:positionH relativeFrom="column">
                  <wp:posOffset>-1200785</wp:posOffset>
                </wp:positionH>
                <wp:positionV relativeFrom="paragraph">
                  <wp:posOffset>2248060</wp:posOffset>
                </wp:positionV>
                <wp:extent cx="7856855" cy="337256"/>
                <wp:effectExtent l="12700" t="12700" r="17145" b="18415"/>
                <wp:wrapNone/>
                <wp:docPr id="851354745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855" cy="337256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126112" w14:textId="77777777" w:rsidR="004F2E61" w:rsidRPr="00DB5FD6" w:rsidRDefault="004F2E61" w:rsidP="004F2E61">
                            <w:pPr>
                              <w:jc w:val="center"/>
                            </w:pPr>
                            <w:r w:rsidRPr="00DB5FD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The leading international meeting for Transcatheter Heart Valve Therapies in 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A0CCB" id="Rectangle 49" o:spid="_x0000_s1026" style="position:absolute;margin-left:-94.55pt;margin-top:177pt;width:618.65pt;height:26.5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" fillcolor="#7f1b25" strokecolor="#faf6f6" strokeweight="2pt">
                <v:textbox>
                  <w:txbxContent>
                    <w:p w14:paraId="01126112" w14:textId="77777777" w:rsidR="004F2E61" w:rsidRPr="00DB5FD6" w:rsidRDefault="004F2E61" w:rsidP="004F2E61">
                      <w:pPr>
                        <w:jc w:val="center"/>
                      </w:pPr>
                      <w:r w:rsidRPr="00DB5FD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The leading international meeting for Transcatheter Heart Valve Therapies in Greece</w:t>
                      </w:r>
                    </w:p>
                  </w:txbxContent>
                </v:textbox>
              </v:rect>
            </w:pict>
          </mc:Fallback>
        </mc:AlternateContent>
      </w:r>
      <w:r w:rsidR="004D1A13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6273640" wp14:editId="66F469EA">
                <wp:simplePos x="0" y="0"/>
                <wp:positionH relativeFrom="column">
                  <wp:posOffset>-1200785</wp:posOffset>
                </wp:positionH>
                <wp:positionV relativeFrom="paragraph">
                  <wp:posOffset>1840948</wp:posOffset>
                </wp:positionV>
                <wp:extent cx="7856855" cy="338666"/>
                <wp:effectExtent l="12700" t="12700" r="17145" b="17145"/>
                <wp:wrapNone/>
                <wp:docPr id="18447207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855" cy="338666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1C651" w14:textId="77777777" w:rsidR="00ED5567" w:rsidRPr="00DB5FD6" w:rsidRDefault="00ED5567" w:rsidP="00ED55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Sessions</w:t>
                            </w:r>
                            <w:r w:rsidRPr="00D70CD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 xml:space="preserve"> | Transcatheter Heart Valves Greece 202</w:t>
                            </w:r>
                            <w:r w:rsidRPr="00DB5FD6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6</w:t>
                            </w:r>
                          </w:p>
                          <w:p w14:paraId="4891C8A6" w14:textId="77777777" w:rsidR="00ED5567" w:rsidRPr="00DB5FD6" w:rsidRDefault="00ED5567" w:rsidP="00ED55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73640" id="_x0000_s1027" style="position:absolute;margin-left:-94.55pt;margin-top:144.95pt;width:618.65pt;height:26.6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" fillcolor="#7f1b25" strokecolor="#faf6f6" strokeweight="2pt">
                <v:textbox>
                  <w:txbxContent>
                    <w:p w14:paraId="1831C651" w14:textId="77777777" w:rsidR="00ED5567" w:rsidRPr="00DB5FD6" w:rsidRDefault="00ED5567" w:rsidP="00ED55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Sessions</w:t>
                      </w:r>
                      <w:r w:rsidRPr="00D70CD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 xml:space="preserve"> | Transcatheter Heart Valves Greece 202</w:t>
                      </w:r>
                      <w:r w:rsidRPr="00DB5FD6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6</w:t>
                      </w:r>
                    </w:p>
                    <w:p w14:paraId="4891C8A6" w14:textId="77777777" w:rsidR="00ED5567" w:rsidRPr="00DB5FD6" w:rsidRDefault="00ED5567" w:rsidP="00ED55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F27982" w14:textId="78AAB5ED" w:rsidR="004C175E" w:rsidRPr="00B304B9" w:rsidRDefault="004F2E61" w:rsidP="00011790">
      <w:pPr>
        <w:pStyle w:val="Heading1"/>
        <w:ind w:right="-716" w:hanging="1800"/>
        <w:rPr>
          <w:color w:val="7F1B25"/>
        </w:rPr>
      </w:pPr>
      <w:r w:rsidRPr="00C90911">
        <w:rPr>
          <w:rFonts w:ascii="Calibri" w:hAnsi="Calibri" w:cs="Calibri"/>
          <w:color w:val="7F1B25"/>
        </w:rPr>
        <w:br/>
      </w:r>
      <w:r w:rsidR="004C175E" w:rsidRPr="00B304B9">
        <w:rPr>
          <w:rFonts w:ascii="Calibri" w:hAnsi="Calibri" w:cs="Calibri"/>
          <w:color w:val="7F1B25"/>
        </w:rPr>
        <w:t>May 1</w:t>
      </w:r>
      <w:r w:rsidR="00B304B9" w:rsidRPr="002B10D5">
        <w:rPr>
          <w:rFonts w:ascii="Calibri" w:hAnsi="Calibri" w:cs="Calibri"/>
          <w:color w:val="7F1B25"/>
        </w:rPr>
        <w:t>5</w:t>
      </w:r>
      <w:r w:rsidR="004C175E" w:rsidRPr="00B304B9">
        <w:rPr>
          <w:rFonts w:ascii="Calibri" w:hAnsi="Calibri" w:cs="Calibri"/>
          <w:color w:val="7F1B25"/>
        </w:rPr>
        <w:t xml:space="preserve"> - 1</w:t>
      </w:r>
      <w:r w:rsidR="00B304B9" w:rsidRPr="002B10D5">
        <w:rPr>
          <w:rFonts w:ascii="Calibri" w:hAnsi="Calibri" w:cs="Calibri"/>
          <w:color w:val="7F1B25"/>
        </w:rPr>
        <w:t>6</w:t>
      </w:r>
      <w:r w:rsidR="004C175E" w:rsidRPr="00B304B9">
        <w:rPr>
          <w:rFonts w:ascii="Calibri" w:hAnsi="Calibri" w:cs="Calibri"/>
          <w:color w:val="7F1B25"/>
        </w:rPr>
        <w:t>, 202</w:t>
      </w:r>
      <w:r w:rsidR="00B304B9" w:rsidRPr="002B10D5">
        <w:rPr>
          <w:rFonts w:ascii="Calibri" w:hAnsi="Calibri" w:cs="Calibri"/>
          <w:color w:val="7F1B25"/>
        </w:rPr>
        <w:t>6</w:t>
      </w:r>
      <w:r w:rsidR="004C175E" w:rsidRPr="00B304B9">
        <w:rPr>
          <w:rFonts w:ascii="Calibri" w:hAnsi="Calibri" w:cs="Calibri"/>
          <w:color w:val="7F1B25"/>
        </w:rPr>
        <w:t>, Athens Greece</w:t>
      </w:r>
    </w:p>
    <w:p w14:paraId="692C5EBE" w14:textId="0C648F94" w:rsidR="004C175E" w:rsidRPr="00B304B9" w:rsidRDefault="004C175E" w:rsidP="004C175E">
      <w:pPr>
        <w:rPr>
          <w:rFonts w:ascii="Calibri" w:hAnsi="Calibri" w:cs="Calibri"/>
          <w:b/>
          <w:bCs/>
          <w:color w:val="7F1B25"/>
        </w:rPr>
      </w:pPr>
      <w:r w:rsidRPr="00B304B9">
        <w:rPr>
          <w:rFonts w:ascii="Calibri" w:hAnsi="Calibri" w:cs="Calibri"/>
          <w:b/>
          <w:bCs/>
          <w:color w:val="7F1B25"/>
        </w:rPr>
        <w:t xml:space="preserve">On-site conference </w:t>
      </w:r>
      <w:r w:rsidRPr="00B304B9">
        <w:rPr>
          <w:rFonts w:ascii="Calibri" w:hAnsi="Calibri" w:cs="Calibri"/>
          <w:b/>
          <w:bCs/>
          <w:color w:val="7F1B25"/>
        </w:rPr>
        <w:br/>
        <w:t xml:space="preserve">Venue: </w:t>
      </w:r>
      <w:r w:rsidRPr="003A3D84">
        <w:rPr>
          <w:rFonts w:ascii="Calibri" w:hAnsi="Calibri" w:cs="Calibri"/>
          <w:b/>
          <w:bCs/>
          <w:color w:val="000000" w:themeColor="text1"/>
        </w:rPr>
        <w:t xml:space="preserve">N. </w:t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Louros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3A3D84">
        <w:rPr>
          <w:rFonts w:ascii="Calibri" w:hAnsi="Calibri" w:cs="Calibri"/>
          <w:color w:val="000000" w:themeColor="text1"/>
        </w:rPr>
        <w:t>Conference Center,</w:t>
      </w:r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r w:rsidR="002B10D5" w:rsidRPr="003A3D84">
        <w:rPr>
          <w:rFonts w:ascii="Calibri" w:hAnsi="Calibri" w:cs="Calibri"/>
          <w:color w:val="000000" w:themeColor="text1"/>
        </w:rPr>
        <w:t xml:space="preserve">(4-6 Er. Stavrou Str., </w:t>
      </w:r>
      <w:proofErr w:type="spellStart"/>
      <w:r w:rsidR="002B10D5" w:rsidRPr="003A3D84">
        <w:rPr>
          <w:rFonts w:ascii="Calibri" w:hAnsi="Calibri" w:cs="Calibri"/>
          <w:color w:val="000000" w:themeColor="text1"/>
        </w:rPr>
        <w:t>Marousi</w:t>
      </w:r>
      <w:proofErr w:type="spellEnd"/>
      <w:r w:rsidR="002B10D5" w:rsidRPr="003A3D84">
        <w:rPr>
          <w:rFonts w:ascii="Calibri" w:hAnsi="Calibri" w:cs="Calibri"/>
          <w:color w:val="000000" w:themeColor="text1"/>
        </w:rPr>
        <w:t>)</w:t>
      </w:r>
    </w:p>
    <w:p w14:paraId="53D3EEA7" w14:textId="68F74334" w:rsidR="004C175E" w:rsidRPr="00400C32" w:rsidRDefault="004C175E" w:rsidP="004C175E">
      <w:pPr>
        <w:rPr>
          <w:rFonts w:ascii="Calibri" w:hAnsi="Calibri" w:cs="Calibri"/>
          <w:color w:val="7F1B25"/>
        </w:rPr>
      </w:pPr>
      <w:r w:rsidRPr="00B304B9">
        <w:rPr>
          <w:rFonts w:ascii="Calibri" w:hAnsi="Calibri" w:cs="Calibri"/>
          <w:b/>
          <w:bCs/>
          <w:color w:val="7F1B25"/>
        </w:rPr>
        <w:t xml:space="preserve">Organizers: </w:t>
      </w:r>
      <w:r w:rsidRPr="003A3D84">
        <w:rPr>
          <w:rFonts w:ascii="Calibri" w:hAnsi="Calibri" w:cs="Calibri"/>
          <w:color w:val="000000" w:themeColor="text1"/>
        </w:rPr>
        <w:t xml:space="preserve">Transcatheter Heart Valves Department, </w:t>
      </w:r>
      <w:r w:rsidR="008D7658">
        <w:rPr>
          <w:rFonts w:ascii="Calibri" w:hAnsi="Calibri" w:cs="Calibri"/>
          <w:color w:val="000000" w:themeColor="text1"/>
        </w:rPr>
        <w:t>HYGEIA</w:t>
      </w:r>
      <w:r w:rsidRPr="003A3D84">
        <w:rPr>
          <w:rFonts w:ascii="Calibri" w:hAnsi="Calibri" w:cs="Calibri"/>
          <w:color w:val="000000" w:themeColor="text1"/>
        </w:rPr>
        <w:t xml:space="preserve"> Hospital, Athens, Greec</w:t>
      </w:r>
      <w:r w:rsidR="002B10D5" w:rsidRPr="003A3D84">
        <w:rPr>
          <w:rFonts w:ascii="Calibri" w:hAnsi="Calibri" w:cs="Calibri"/>
          <w:color w:val="000000" w:themeColor="text1"/>
        </w:rPr>
        <w:t>e</w:t>
      </w:r>
      <w:r w:rsidR="002B10D5">
        <w:rPr>
          <w:rFonts w:ascii="Calibri" w:hAnsi="Calibri" w:cs="Calibri"/>
          <w:b/>
          <w:bCs/>
          <w:color w:val="7F1B25"/>
        </w:rPr>
        <w:br/>
      </w:r>
      <w:r w:rsidRPr="002B10D5">
        <w:rPr>
          <w:rFonts w:ascii="Calibri" w:hAnsi="Calibri" w:cs="Calibri"/>
          <w:b/>
          <w:bCs/>
          <w:color w:val="7F1B25"/>
          <w:u w:val="single"/>
        </w:rPr>
        <w:t>COURSE DIRECTORS</w:t>
      </w:r>
      <w:r w:rsidRPr="002B10D5">
        <w:rPr>
          <w:rFonts w:ascii="Calibri" w:hAnsi="Calibri" w:cs="Calibri"/>
          <w:color w:val="7F1B25"/>
        </w:rPr>
        <w:br/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Stratis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Pattakos</w:t>
      </w:r>
      <w:proofErr w:type="spellEnd"/>
      <w:r w:rsidRPr="003A3D84">
        <w:rPr>
          <w:rFonts w:ascii="Calibri" w:hAnsi="Calibri" w:cs="Calibri"/>
          <w:color w:val="000000" w:themeColor="text1"/>
        </w:rPr>
        <w:t xml:space="preserve"> Cardiac Surgeon, 2</w:t>
      </w:r>
      <w:r w:rsidRPr="003A3D84">
        <w:rPr>
          <w:rFonts w:ascii="Calibri" w:hAnsi="Calibri" w:cs="Calibri"/>
          <w:color w:val="000000" w:themeColor="text1"/>
          <w:vertAlign w:val="superscript"/>
        </w:rPr>
        <w:t>nd</w:t>
      </w:r>
      <w:r w:rsidRPr="003A3D84">
        <w:rPr>
          <w:rFonts w:ascii="Calibri" w:hAnsi="Calibri" w:cs="Calibri"/>
          <w:color w:val="000000" w:themeColor="text1"/>
        </w:rPr>
        <w:t xml:space="preserve"> Cardiac Surgery Department, HYGEIA Hospital, Athens</w:t>
      </w:r>
    </w:p>
    <w:p w14:paraId="04775131" w14:textId="77777777" w:rsidR="004C175E" w:rsidRPr="003A3D84" w:rsidRDefault="004C175E" w:rsidP="004C175E">
      <w:pPr>
        <w:rPr>
          <w:rFonts w:ascii="Calibri" w:hAnsi="Calibri" w:cs="Calibri"/>
          <w:color w:val="000000" w:themeColor="text1"/>
        </w:rPr>
      </w:pPr>
      <w:r w:rsidRPr="003A3D84">
        <w:rPr>
          <w:rFonts w:ascii="Calibri" w:hAnsi="Calibri" w:cs="Calibri"/>
          <w:b/>
          <w:bCs/>
          <w:color w:val="000000" w:themeColor="text1"/>
        </w:rPr>
        <w:t xml:space="preserve">Konstantinos </w:t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Spargias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3A3D84">
        <w:rPr>
          <w:rFonts w:ascii="Calibri" w:hAnsi="Calibri" w:cs="Calibri"/>
          <w:color w:val="000000" w:themeColor="text1"/>
        </w:rPr>
        <w:t>MD,</w:t>
      </w:r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3A3D84">
        <w:rPr>
          <w:rFonts w:ascii="Calibri" w:hAnsi="Calibri" w:cs="Calibri"/>
          <w:color w:val="000000" w:themeColor="text1"/>
        </w:rPr>
        <w:t xml:space="preserve">PhD, FESC, Interventional Cardiologist, Director, </w:t>
      </w:r>
      <w:r w:rsidRPr="003A3D84">
        <w:rPr>
          <w:rFonts w:ascii="Calibri" w:hAnsi="Calibri" w:cs="Calibri"/>
          <w:color w:val="000000" w:themeColor="text1"/>
        </w:rPr>
        <w:br/>
        <w:t>Transcatheter Heart Valves Department, HYGEIA Hospital, Athens</w:t>
      </w:r>
    </w:p>
    <w:p w14:paraId="70727414" w14:textId="77777777" w:rsidR="004C175E" w:rsidRPr="003A3D84" w:rsidRDefault="004C175E" w:rsidP="004C175E">
      <w:pPr>
        <w:ind w:right="237"/>
        <w:rPr>
          <w:rFonts w:ascii="Calibri" w:hAnsi="Calibri" w:cs="Calibri"/>
          <w:color w:val="000000" w:themeColor="text1"/>
        </w:rPr>
      </w:pP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Panos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Vardas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r w:rsidRPr="003A3D84">
        <w:rPr>
          <w:rFonts w:ascii="Calibri" w:hAnsi="Calibri" w:cs="Calibri"/>
          <w:color w:val="000000" w:themeColor="text1"/>
        </w:rPr>
        <w:t>Emeritus Professor of Cardiology, Chairman of Heart Sector HYGEIA Hospitals Groups, President of the European Society of Cardiology (2012-2014)</w:t>
      </w:r>
    </w:p>
    <w:p w14:paraId="23133DBF" w14:textId="77777777" w:rsidR="004C175E" w:rsidRPr="002B10D5" w:rsidRDefault="004C175E" w:rsidP="004C175E">
      <w:pPr>
        <w:rPr>
          <w:rFonts w:ascii="Calibri" w:hAnsi="Calibri" w:cs="Calibri"/>
          <w:b/>
          <w:bCs/>
          <w:color w:val="7F1B25"/>
          <w:u w:val="single"/>
        </w:rPr>
      </w:pPr>
      <w:r w:rsidRPr="002B10D5">
        <w:rPr>
          <w:rFonts w:ascii="Calibri" w:hAnsi="Calibri" w:cs="Calibri"/>
          <w:b/>
          <w:bCs/>
          <w:color w:val="7F1B25"/>
        </w:rPr>
        <w:br/>
      </w:r>
      <w:r w:rsidRPr="002B10D5">
        <w:rPr>
          <w:rFonts w:ascii="Calibri" w:hAnsi="Calibri" w:cs="Calibri"/>
          <w:b/>
          <w:bCs/>
          <w:color w:val="7F1B25"/>
          <w:u w:val="single"/>
        </w:rPr>
        <w:t>PROGRAM COORDINATOR</w:t>
      </w:r>
    </w:p>
    <w:p w14:paraId="66D339DD" w14:textId="2D6B8DF5" w:rsidR="004C175E" w:rsidRPr="003A3D84" w:rsidRDefault="004C175E" w:rsidP="004C175E">
      <w:pPr>
        <w:rPr>
          <w:rFonts w:ascii="Calibri" w:hAnsi="Calibri" w:cs="Calibri"/>
          <w:color w:val="000000" w:themeColor="text1"/>
        </w:rPr>
      </w:pPr>
      <w:r w:rsidRPr="003A3D84">
        <w:rPr>
          <w:rFonts w:ascii="Calibri" w:hAnsi="Calibri" w:cs="Calibri"/>
          <w:b/>
          <w:bCs/>
          <w:color w:val="000000" w:themeColor="text1"/>
        </w:rPr>
        <w:t>Konstantinos Stathogiannis </w:t>
      </w:r>
      <w:r w:rsidRPr="003A3D84">
        <w:rPr>
          <w:rFonts w:ascii="Calibri" w:hAnsi="Calibri" w:cs="Calibri"/>
          <w:color w:val="000000" w:themeColor="text1"/>
        </w:rPr>
        <w:t>MD, PHD, Interventional Cardiologist, Transcatheter Heart Valves Department, HYGEIA Hospital, Athens</w:t>
      </w:r>
      <w:r w:rsidR="002B10D5" w:rsidRPr="003A3D84">
        <w:rPr>
          <w:rFonts w:ascii="Calibri" w:hAnsi="Calibri" w:cs="Calibri"/>
          <w:color w:val="000000" w:themeColor="text1"/>
        </w:rPr>
        <w:br/>
      </w:r>
    </w:p>
    <w:p w14:paraId="505FBEBB" w14:textId="77777777" w:rsidR="004C175E" w:rsidRPr="002B10D5" w:rsidRDefault="004C175E" w:rsidP="004C175E">
      <w:pPr>
        <w:rPr>
          <w:rFonts w:ascii="Calibri" w:hAnsi="Calibri" w:cs="Calibri"/>
          <w:b/>
          <w:bCs/>
          <w:color w:val="7F1B25"/>
          <w:u w:val="single"/>
        </w:rPr>
      </w:pPr>
      <w:r w:rsidRPr="002B10D5">
        <w:rPr>
          <w:rFonts w:ascii="Calibri" w:hAnsi="Calibri" w:cs="Calibri"/>
          <w:b/>
          <w:bCs/>
          <w:color w:val="7F1B25"/>
          <w:u w:val="single"/>
        </w:rPr>
        <w:t>ORGANIZING COMMITTEE</w:t>
      </w:r>
    </w:p>
    <w:p w14:paraId="19474F4F" w14:textId="0DC56A64" w:rsidR="004C175E" w:rsidRPr="003A3D84" w:rsidRDefault="004C175E" w:rsidP="002B10D5">
      <w:pPr>
        <w:ind w:right="-574"/>
        <w:rPr>
          <w:rFonts w:ascii="Calibri" w:hAnsi="Calibri" w:cs="Calibri"/>
          <w:color w:val="000000" w:themeColor="text1"/>
        </w:rPr>
      </w:pPr>
      <w:r w:rsidRPr="003A3D84">
        <w:rPr>
          <w:rFonts w:ascii="Calibri" w:hAnsi="Calibri" w:cs="Calibri"/>
          <w:b/>
          <w:bCs/>
          <w:color w:val="000000" w:themeColor="text1"/>
        </w:rPr>
        <w:t>Michael Chrissoheris </w:t>
      </w:r>
      <w:r w:rsidRPr="003A3D84">
        <w:rPr>
          <w:rFonts w:ascii="Calibri" w:hAnsi="Calibri" w:cs="Calibri"/>
          <w:color w:val="000000" w:themeColor="text1"/>
        </w:rPr>
        <w:t>Cardiologist, Associate Director, Transcatheter Heart Valves Department, HYGEIA Hospital, Athens</w:t>
      </w:r>
      <w:r w:rsidRPr="003A3D84">
        <w:rPr>
          <w:rFonts w:ascii="Calibri" w:hAnsi="Calibri" w:cs="Calibri"/>
          <w:color w:val="000000" w:themeColor="text1"/>
        </w:rPr>
        <w:br/>
      </w:r>
      <w:r w:rsidRPr="003A3D84">
        <w:rPr>
          <w:rFonts w:ascii="Calibri" w:hAnsi="Calibri" w:cs="Calibri"/>
          <w:b/>
          <w:bCs/>
          <w:color w:val="000000" w:themeColor="text1"/>
        </w:rPr>
        <w:t>Gregory Pattakos</w:t>
      </w:r>
      <w:r w:rsidRPr="003A3D84">
        <w:rPr>
          <w:rFonts w:ascii="Calibri" w:hAnsi="Calibri" w:cs="Calibri"/>
          <w:color w:val="000000" w:themeColor="text1"/>
        </w:rPr>
        <w:t> Cardiac Surgeon, Director, 2nd Dept of Cardiac Surgery, Assistant Director, Transcatheter Heart Valves Department, HYGEIA Hospital, Athens</w:t>
      </w:r>
      <w:r w:rsidRPr="003A3D84">
        <w:rPr>
          <w:rFonts w:ascii="Calibri" w:hAnsi="Calibri" w:cs="Calibri"/>
          <w:color w:val="000000" w:themeColor="text1"/>
        </w:rPr>
        <w:br/>
      </w:r>
      <w:r w:rsidRPr="003A3D84">
        <w:rPr>
          <w:rFonts w:ascii="Calibri" w:hAnsi="Calibri" w:cs="Calibri"/>
          <w:b/>
          <w:bCs/>
          <w:color w:val="000000" w:themeColor="text1"/>
        </w:rPr>
        <w:t>Konstantinos Stathogiannis </w:t>
      </w:r>
      <w:r w:rsidRPr="003A3D84">
        <w:rPr>
          <w:rFonts w:ascii="Calibri" w:hAnsi="Calibri" w:cs="Calibri"/>
          <w:color w:val="000000" w:themeColor="text1"/>
        </w:rPr>
        <w:t>MD, PHD, Interventional Cardiologist, Transcatheter Heart Valves Department, HYGEIA Hospital, Athens</w:t>
      </w:r>
      <w:r w:rsidRPr="003A3D84">
        <w:rPr>
          <w:rFonts w:ascii="Calibri" w:hAnsi="Calibri" w:cs="Calibri"/>
          <w:color w:val="000000" w:themeColor="text1"/>
        </w:rPr>
        <w:br/>
      </w:r>
      <w:r w:rsidRPr="003A3D84">
        <w:rPr>
          <w:rFonts w:ascii="Calibri" w:hAnsi="Calibri" w:cs="Calibri"/>
          <w:b/>
          <w:bCs/>
          <w:color w:val="000000" w:themeColor="text1"/>
        </w:rPr>
        <w:t>Kyriakos Katsianos</w:t>
      </w:r>
      <w:r w:rsidRPr="003A3D84">
        <w:rPr>
          <w:rFonts w:ascii="Calibri" w:hAnsi="Calibri" w:cs="Calibri"/>
          <w:color w:val="000000" w:themeColor="text1"/>
        </w:rPr>
        <w:t xml:space="preserve"> Dr. med. Interventional Cardiologist, </w:t>
      </w:r>
      <w:r w:rsidR="00BC4E8A">
        <w:rPr>
          <w:rFonts w:ascii="Calibri" w:hAnsi="Calibri" w:cs="Calibri"/>
          <w:color w:val="000000" w:themeColor="text1"/>
        </w:rPr>
        <w:t xml:space="preserve">Associate Director, </w:t>
      </w:r>
      <w:r w:rsidRPr="003A3D84">
        <w:rPr>
          <w:rFonts w:ascii="Calibri" w:hAnsi="Calibri" w:cs="Calibri"/>
          <w:color w:val="000000" w:themeColor="text1"/>
        </w:rPr>
        <w:t>Transcatheter Heart Valves Department, HYGEIA Hospital, Athens</w:t>
      </w:r>
      <w:r w:rsidRPr="003A3D84">
        <w:rPr>
          <w:rFonts w:ascii="Calibri" w:hAnsi="Calibri" w:cs="Calibri"/>
          <w:color w:val="000000" w:themeColor="text1"/>
        </w:rPr>
        <w:br/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Panagiota</w:t>
      </w:r>
      <w:proofErr w:type="spellEnd"/>
      <w:r w:rsidRPr="003A3D84">
        <w:rPr>
          <w:rFonts w:ascii="Calibri" w:hAnsi="Calibri" w:cs="Calibri"/>
          <w:b/>
          <w:bCs/>
          <w:color w:val="000000" w:themeColor="text1"/>
        </w:rPr>
        <w:t xml:space="preserve"> </w:t>
      </w:r>
      <w:proofErr w:type="spellStart"/>
      <w:r w:rsidRPr="003A3D84">
        <w:rPr>
          <w:rFonts w:ascii="Calibri" w:hAnsi="Calibri" w:cs="Calibri"/>
          <w:b/>
          <w:bCs/>
          <w:color w:val="000000" w:themeColor="text1"/>
        </w:rPr>
        <w:t>Kourkoveli</w:t>
      </w:r>
      <w:proofErr w:type="spellEnd"/>
      <w:r w:rsidRPr="003A3D84">
        <w:rPr>
          <w:rFonts w:ascii="Calibri" w:hAnsi="Calibri" w:cs="Calibri"/>
          <w:color w:val="000000" w:themeColor="text1"/>
        </w:rPr>
        <w:t xml:space="preserve"> Cardiologist, MD, PhD, FHFA, </w:t>
      </w:r>
      <w:r w:rsidR="00BC4E8A">
        <w:rPr>
          <w:rFonts w:ascii="Calibri" w:hAnsi="Calibri" w:cs="Calibri"/>
          <w:color w:val="000000" w:themeColor="text1"/>
        </w:rPr>
        <w:t xml:space="preserve">Associate Director, </w:t>
      </w:r>
      <w:r w:rsidRPr="003A3D84">
        <w:rPr>
          <w:rFonts w:ascii="Calibri" w:hAnsi="Calibri" w:cs="Calibri"/>
          <w:color w:val="000000" w:themeColor="text1"/>
        </w:rPr>
        <w:t>Transcatheter Heart Valves Department, HYGEIA Hospital, Athens</w:t>
      </w:r>
      <w:r w:rsidRPr="003A3D84">
        <w:rPr>
          <w:rFonts w:ascii="Calibri" w:hAnsi="Calibri" w:cs="Calibri"/>
          <w:color w:val="000000" w:themeColor="text1"/>
        </w:rPr>
        <w:br/>
      </w:r>
      <w:r w:rsidRPr="003A3D84">
        <w:rPr>
          <w:rFonts w:ascii="Calibri" w:hAnsi="Calibri" w:cs="Calibri"/>
          <w:b/>
          <w:bCs/>
          <w:color w:val="000000" w:themeColor="text1"/>
        </w:rPr>
        <w:t>Dionysios Aravantinos</w:t>
      </w:r>
      <w:r w:rsidRPr="003A3D84">
        <w:rPr>
          <w:rFonts w:ascii="Calibri" w:hAnsi="Calibri" w:cs="Calibri"/>
          <w:color w:val="000000" w:themeColor="text1"/>
        </w:rPr>
        <w:t> Cardiologist, Transcatheter Heart Valves Department, HYGEIA Hospital,</w:t>
      </w:r>
      <w:r w:rsidR="002B10D5" w:rsidRPr="003A3D84">
        <w:rPr>
          <w:rFonts w:ascii="Calibri" w:hAnsi="Calibri" w:cs="Calibri"/>
          <w:color w:val="000000" w:themeColor="text1"/>
        </w:rPr>
        <w:t xml:space="preserve"> </w:t>
      </w:r>
      <w:r w:rsidRPr="003A3D84">
        <w:rPr>
          <w:rFonts w:ascii="Calibri" w:hAnsi="Calibri" w:cs="Calibri"/>
          <w:color w:val="000000" w:themeColor="text1"/>
        </w:rPr>
        <w:t>Athens</w:t>
      </w:r>
      <w:r w:rsidR="002B10D5" w:rsidRPr="003A3D84">
        <w:rPr>
          <w:rFonts w:ascii="Calibri" w:hAnsi="Calibri" w:cs="Calibri"/>
          <w:color w:val="000000" w:themeColor="text1"/>
        </w:rPr>
        <w:br/>
      </w:r>
      <w:r w:rsidRPr="003A3D84">
        <w:rPr>
          <w:rFonts w:ascii="Calibri" w:hAnsi="Calibri" w:cs="Calibri"/>
          <w:b/>
          <w:bCs/>
          <w:color w:val="000000" w:themeColor="text1"/>
        </w:rPr>
        <w:t>Nick Bouboulis</w:t>
      </w:r>
      <w:r w:rsidRPr="003A3D84">
        <w:rPr>
          <w:rFonts w:ascii="Calibri" w:hAnsi="Calibri" w:cs="Calibri"/>
          <w:color w:val="000000" w:themeColor="text1"/>
        </w:rPr>
        <w:t> MD, MSc, PhD, FETCS, Cardiac Surgeon, HYGEIA Hospital, Athens</w:t>
      </w:r>
    </w:p>
    <w:p w14:paraId="0D8A1E1B" w14:textId="421EBF53" w:rsidR="00E64389" w:rsidRPr="00564BCE" w:rsidRDefault="00E57134" w:rsidP="00564BCE">
      <w:pPr>
        <w:pStyle w:val="Heading1"/>
        <w:tabs>
          <w:tab w:val="left" w:pos="1843"/>
        </w:tabs>
        <w:ind w:left="-142"/>
        <w:rPr>
          <w:b w:val="0"/>
          <w:bCs w:val="0"/>
        </w:rPr>
      </w:pPr>
      <w:r>
        <w:rPr>
          <w:rFonts w:cstheme="majorHAnsi"/>
          <w:sz w:val="24"/>
          <w:szCs w:val="24"/>
        </w:rPr>
        <w:lastRenderedPageBreak/>
        <w:br/>
      </w:r>
      <w:r w:rsidRPr="00564BCE">
        <w:rPr>
          <w:rFonts w:eastAsiaTheme="minorEastAsia" w:cstheme="majorHAnsi"/>
          <w:b w:val="0"/>
          <w:bCs w:val="0"/>
          <w:noProof/>
          <w:color w:val="7F1B2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57BAD1D" wp14:editId="2010C550">
                <wp:simplePos x="0" y="0"/>
                <wp:positionH relativeFrom="column">
                  <wp:posOffset>-1152525</wp:posOffset>
                </wp:positionH>
                <wp:positionV relativeFrom="paragraph">
                  <wp:posOffset>1813651</wp:posOffset>
                </wp:positionV>
                <wp:extent cx="7856855" cy="325755"/>
                <wp:effectExtent l="12700" t="12700" r="17145" b="17145"/>
                <wp:wrapNone/>
                <wp:docPr id="493930172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855" cy="3257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42856" w14:textId="16C5095B" w:rsidR="002B10D5" w:rsidRPr="00DB5FD6" w:rsidRDefault="003A3D84" w:rsidP="00BC276E">
                            <w:pPr>
                              <w:ind w:left="720" w:firstLine="72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BAD1D" id="_x0000_s1028" style="position:absolute;left:0;text-align:left;margin-left:-90.75pt;margin-top:142.8pt;width:618.65pt;height:25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" fillcolor="#7f1b25" strokecolor="#faf6f6" strokeweight="2pt">
                <v:textbox>
                  <w:txbxContent>
                    <w:p w14:paraId="28442856" w14:textId="16C5095B" w:rsidR="002B10D5" w:rsidRPr="00DB5FD6" w:rsidRDefault="003A3D84" w:rsidP="00BC276E">
                      <w:pPr>
                        <w:ind w:left="720" w:firstLine="72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</w:p>
                  </w:txbxContent>
                </v:textbox>
              </v:rect>
            </w:pict>
          </mc:Fallback>
        </mc:AlternateContent>
      </w:r>
      <w:r w:rsidR="00F87EB2" w:rsidRPr="00564BCE">
        <w:rPr>
          <w:rFonts w:eastAsiaTheme="minorEastAsia" w:cstheme="majorHAnsi"/>
          <w:b w:val="0"/>
          <w:bCs w:val="0"/>
          <w:noProof/>
          <w:color w:val="7F1B25"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6ADAA0CB" wp14:editId="605771A6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2046150122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C81" w:rsidRPr="00564BCE">
        <w:rPr>
          <w:rFonts w:eastAsiaTheme="minorEastAsia" w:cstheme="majorHAnsi"/>
          <w:b w:val="0"/>
          <w:bCs w:val="0"/>
          <w:noProof/>
          <w:color w:val="7F1B25"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3A8980AA" wp14:editId="1F97530C">
            <wp:simplePos x="0" y="0"/>
            <wp:positionH relativeFrom="column">
              <wp:posOffset>-1143254</wp:posOffset>
            </wp:positionH>
            <wp:positionV relativeFrom="paragraph">
              <wp:posOffset>-127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449440050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5C8" w:rsidRPr="00564BCE">
        <w:rPr>
          <w:rFonts w:eastAsiaTheme="minorEastAsia" w:cstheme="majorHAnsi"/>
          <w:b w:val="0"/>
          <w:bCs w:val="0"/>
          <w:color w:val="7F1B25"/>
          <w:sz w:val="24"/>
          <w:szCs w:val="24"/>
        </w:rPr>
        <w:t>09.00-09.15</w:t>
      </w:r>
      <w:r w:rsidR="003145C8" w:rsidRPr="00564BCE">
        <w:rPr>
          <w:rFonts w:eastAsiaTheme="minorEastAsia" w:cstheme="majorHAnsi"/>
          <w:b w:val="0"/>
          <w:bCs w:val="0"/>
          <w:color w:val="7F1B25"/>
          <w:sz w:val="24"/>
          <w:szCs w:val="24"/>
        </w:rPr>
        <w:tab/>
        <w:t>Opening &amp; Registration</w:t>
      </w:r>
    </w:p>
    <w:p w14:paraId="2367F11D" w14:textId="22EE683B" w:rsidR="00662D3B" w:rsidRPr="0086579A" w:rsidRDefault="00060969" w:rsidP="0086579A">
      <w:pPr>
        <w:pStyle w:val="Heading1"/>
        <w:tabs>
          <w:tab w:val="left" w:pos="1843"/>
        </w:tabs>
        <w:ind w:left="1838" w:hanging="1980"/>
        <w:rPr>
          <w:rFonts w:eastAsiaTheme="minorEastAsia" w:cstheme="majorHAnsi"/>
          <w:color w:val="7F1B25"/>
          <w:sz w:val="24"/>
          <w:szCs w:val="24"/>
        </w:rPr>
      </w:pPr>
      <w:r w:rsidRPr="0086579A">
        <w:rPr>
          <w:rFonts w:eastAsiaTheme="minorEastAsia" w:cstheme="majorHAnsi"/>
          <w:color w:val="7F1B25"/>
          <w:sz w:val="24"/>
          <w:szCs w:val="24"/>
        </w:rPr>
        <w:t>09:15–10:15</w:t>
      </w:r>
      <w:r w:rsidRPr="0086579A">
        <w:rPr>
          <w:rFonts w:eastAsiaTheme="minorEastAsia" w:cstheme="majorHAnsi"/>
          <w:color w:val="7F1B25"/>
          <w:sz w:val="24"/>
          <w:szCs w:val="24"/>
        </w:rPr>
        <w:tab/>
      </w:r>
      <w:r w:rsidR="002F6090" w:rsidRPr="0086579A">
        <w:rPr>
          <w:rFonts w:eastAsiaTheme="minorEastAsia" w:cstheme="majorHAnsi"/>
          <w:color w:val="7F1B25"/>
          <w:sz w:val="24"/>
          <w:szCs w:val="24"/>
        </w:rPr>
        <w:t>SESSION</w:t>
      </w:r>
      <w:r w:rsidR="00387135" w:rsidRPr="0086579A">
        <w:rPr>
          <w:rFonts w:eastAsiaTheme="minorEastAsia" w:cstheme="majorHAnsi"/>
          <w:color w:val="7F1B25"/>
          <w:sz w:val="24"/>
          <w:szCs w:val="24"/>
        </w:rPr>
        <w:t xml:space="preserve"> 1</w:t>
      </w:r>
      <w:r w:rsidR="0086579A" w:rsidRPr="0086579A">
        <w:rPr>
          <w:rFonts w:eastAsiaTheme="minorEastAsia" w:cstheme="majorHAnsi"/>
          <w:color w:val="7F1B25"/>
          <w:sz w:val="24"/>
          <w:szCs w:val="24"/>
        </w:rPr>
        <w:br/>
      </w:r>
      <w:r w:rsidR="00CF7634" w:rsidRPr="0086579A">
        <w:rPr>
          <w:rFonts w:eastAsiaTheme="minorEastAsia" w:cstheme="majorHAnsi"/>
          <w:color w:val="7F1B25"/>
          <w:sz w:val="24"/>
          <w:szCs w:val="24"/>
        </w:rPr>
        <w:t>AORTIC STENOSIS</w:t>
      </w:r>
      <w:r w:rsidR="00CC5A4B" w:rsidRPr="0086579A">
        <w:rPr>
          <w:rFonts w:eastAsiaTheme="minorEastAsia" w:cstheme="majorHAnsi"/>
          <w:color w:val="7F1B25"/>
          <w:sz w:val="24"/>
          <w:szCs w:val="24"/>
        </w:rPr>
        <w:t xml:space="preserve"> 2026</w:t>
      </w:r>
      <w:r w:rsidR="00CF7634" w:rsidRPr="0086579A">
        <w:rPr>
          <w:rFonts w:eastAsiaTheme="minorEastAsia" w:cstheme="majorHAnsi"/>
          <w:color w:val="7F1B25"/>
          <w:sz w:val="24"/>
          <w:szCs w:val="24"/>
        </w:rPr>
        <w:t xml:space="preserve">: </w:t>
      </w:r>
      <w:r w:rsidR="00387135" w:rsidRPr="0086579A">
        <w:rPr>
          <w:rFonts w:eastAsiaTheme="minorEastAsia" w:cstheme="majorHAnsi"/>
          <w:color w:val="7F1B25"/>
          <w:sz w:val="24"/>
          <w:szCs w:val="24"/>
        </w:rPr>
        <w:t xml:space="preserve">WHO SHOULD WE TREAT? </w:t>
      </w:r>
    </w:p>
    <w:p w14:paraId="6599B362" w14:textId="77777777" w:rsidR="00751056" w:rsidRPr="00FE6269" w:rsidRDefault="00CD4CB2" w:rsidP="00060969">
      <w:pPr>
        <w:ind w:left="1440" w:firstLine="403"/>
        <w:rPr>
          <w:rFonts w:asciiTheme="majorHAnsi" w:hAnsiTheme="majorHAnsi" w:cstheme="majorHAnsi"/>
          <w:b/>
          <w:sz w:val="24"/>
          <w:szCs w:val="24"/>
        </w:rPr>
      </w:pPr>
      <w:r w:rsidRPr="00060969">
        <w:rPr>
          <w:rFonts w:asciiTheme="majorHAnsi" w:hAnsiTheme="majorHAnsi" w:cstheme="majorHAnsi"/>
          <w:bCs/>
          <w:sz w:val="24"/>
          <w:szCs w:val="24"/>
        </w:rPr>
        <w:t>M</w:t>
      </w:r>
      <w:r w:rsidR="00751056" w:rsidRPr="00060969">
        <w:rPr>
          <w:rFonts w:asciiTheme="majorHAnsi" w:hAnsiTheme="majorHAnsi" w:cstheme="majorHAnsi"/>
          <w:bCs/>
          <w:sz w:val="24"/>
          <w:szCs w:val="24"/>
        </w:rPr>
        <w:t>oderators: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A.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Trikas</w:t>
      </w:r>
      <w:proofErr w:type="spellEnd"/>
      <w:r w:rsidRPr="00FE6269">
        <w:rPr>
          <w:rFonts w:asciiTheme="majorHAnsi" w:hAnsiTheme="majorHAnsi" w:cstheme="majorHAnsi"/>
          <w:b/>
          <w:sz w:val="24"/>
          <w:szCs w:val="24"/>
        </w:rPr>
        <w:t xml:space="preserve">, S.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Pattakos</w:t>
      </w:r>
      <w:proofErr w:type="spellEnd"/>
      <w:r w:rsidR="00751056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5483AC3D" w14:textId="77777777" w:rsidR="00387135" w:rsidRPr="00FE6269" w:rsidRDefault="00387135" w:rsidP="0086579A">
      <w:pPr>
        <w:ind w:left="1123" w:firstLine="720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5A7380BE" w14:textId="2E365E3D" w:rsidR="00751056" w:rsidRPr="00FE6269" w:rsidRDefault="002F6090" w:rsidP="00751056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Moderate AS + EF 35%: Intervene or </w:t>
      </w:r>
      <w:r w:rsidR="00C22B46" w:rsidRPr="00FE6269">
        <w:rPr>
          <w:rFonts w:asciiTheme="majorHAnsi" w:hAnsiTheme="majorHAnsi" w:cstheme="majorHAnsi"/>
          <w:sz w:val="24"/>
          <w:szCs w:val="24"/>
        </w:rPr>
        <w:t>o</w:t>
      </w:r>
      <w:r w:rsidRPr="00FE6269">
        <w:rPr>
          <w:rFonts w:asciiTheme="majorHAnsi" w:hAnsiTheme="majorHAnsi" w:cstheme="majorHAnsi"/>
          <w:sz w:val="24"/>
          <w:szCs w:val="24"/>
        </w:rPr>
        <w:t>bserve?</w:t>
      </w:r>
      <w:r w:rsidR="00434FAB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86579A" w:rsidRPr="00C90911">
        <w:rPr>
          <w:rFonts w:asciiTheme="majorHAnsi" w:hAnsiTheme="majorHAnsi" w:cstheme="majorHAnsi"/>
          <w:sz w:val="24"/>
          <w:szCs w:val="24"/>
        </w:rPr>
        <w:br/>
      </w:r>
      <w:r w:rsidR="00AF494F" w:rsidRPr="00FE6269">
        <w:rPr>
          <w:rFonts w:asciiTheme="majorHAnsi" w:hAnsiTheme="majorHAnsi" w:cstheme="majorHAnsi"/>
          <w:b/>
          <w:sz w:val="24"/>
          <w:szCs w:val="24"/>
        </w:rPr>
        <w:t xml:space="preserve">D. </w:t>
      </w:r>
      <w:proofErr w:type="spellStart"/>
      <w:r w:rsidR="00AF494F" w:rsidRPr="00FE6269">
        <w:rPr>
          <w:rFonts w:asciiTheme="majorHAnsi" w:hAnsiTheme="majorHAnsi" w:cstheme="majorHAnsi"/>
          <w:b/>
          <w:sz w:val="24"/>
          <w:szCs w:val="24"/>
        </w:rPr>
        <w:t>Tziakas</w:t>
      </w:r>
      <w:proofErr w:type="spellEnd"/>
    </w:p>
    <w:p w14:paraId="50F25900" w14:textId="2786783A" w:rsidR="0086579A" w:rsidRPr="006A18AC" w:rsidRDefault="00751056" w:rsidP="0086579A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</w:p>
    <w:p w14:paraId="1C1ED809" w14:textId="19112759" w:rsidR="00751056" w:rsidRPr="006A18AC" w:rsidRDefault="00AF494F" w:rsidP="0086579A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C.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Chrysohoou</w:t>
      </w:r>
      <w:proofErr w:type="spellEnd"/>
      <w:r w:rsidR="00003139" w:rsidRPr="006A18AC">
        <w:rPr>
          <w:rFonts w:asciiTheme="majorHAnsi" w:hAnsiTheme="majorHAnsi" w:cstheme="majorHAnsi"/>
          <w:b/>
          <w:sz w:val="24"/>
          <w:szCs w:val="24"/>
        </w:rPr>
        <w:br/>
      </w:r>
    </w:p>
    <w:p w14:paraId="458C4093" w14:textId="02ED1538" w:rsidR="0086579A" w:rsidRPr="0086579A" w:rsidRDefault="00C22B46" w:rsidP="0086579A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Low-Flow Low-Gradient AS with d</w:t>
      </w:r>
      <w:r w:rsidR="002F6090" w:rsidRPr="00FE6269">
        <w:rPr>
          <w:rFonts w:asciiTheme="majorHAnsi" w:hAnsiTheme="majorHAnsi" w:cstheme="majorHAnsi"/>
          <w:sz w:val="24"/>
          <w:szCs w:val="24"/>
        </w:rPr>
        <w:t>iscordant Echo &amp; CT</w:t>
      </w:r>
      <w:r w:rsidR="00003139" w:rsidRPr="00003139">
        <w:rPr>
          <w:rFonts w:asciiTheme="majorHAnsi" w:hAnsiTheme="majorHAnsi" w:cstheme="majorHAnsi"/>
          <w:sz w:val="24"/>
          <w:szCs w:val="24"/>
        </w:rPr>
        <w:br/>
      </w:r>
      <w:r w:rsidR="00B02C4A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B02C4A" w:rsidRPr="00FE6269">
        <w:rPr>
          <w:rFonts w:asciiTheme="majorHAnsi" w:hAnsiTheme="majorHAnsi" w:cstheme="majorHAnsi"/>
          <w:b/>
          <w:sz w:val="24"/>
          <w:szCs w:val="24"/>
        </w:rPr>
        <w:t>Zacharoulis</w:t>
      </w:r>
      <w:proofErr w:type="spellEnd"/>
    </w:p>
    <w:p w14:paraId="0892CFDA" w14:textId="6CBF053C" w:rsidR="00751056" w:rsidRPr="00C90911" w:rsidRDefault="00751056" w:rsidP="00003139">
      <w:pPr>
        <w:pStyle w:val="ListParagraph"/>
        <w:ind w:left="1440" w:firstLine="72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003139" w:rsidRPr="00003139">
        <w:rPr>
          <w:rFonts w:asciiTheme="majorHAnsi" w:hAnsiTheme="majorHAnsi" w:cstheme="majorHAnsi"/>
          <w:sz w:val="24"/>
          <w:szCs w:val="24"/>
        </w:rPr>
        <w:br/>
      </w:r>
      <w:r w:rsidR="00CD4CB2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003139" w:rsidRPr="00003139">
        <w:rPr>
          <w:rFonts w:asciiTheme="majorHAnsi" w:hAnsiTheme="majorHAnsi" w:cstheme="majorHAnsi"/>
          <w:sz w:val="24"/>
          <w:szCs w:val="24"/>
        </w:rPr>
        <w:tab/>
      </w:r>
      <w:r w:rsidR="00CD4CB2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CD4CB2" w:rsidRPr="00FE6269">
        <w:rPr>
          <w:rFonts w:asciiTheme="majorHAnsi" w:hAnsiTheme="majorHAnsi" w:cstheme="majorHAnsi"/>
          <w:b/>
          <w:sz w:val="24"/>
          <w:szCs w:val="24"/>
        </w:rPr>
        <w:t>Krommydas</w:t>
      </w:r>
      <w:proofErr w:type="spellEnd"/>
      <w:r w:rsidR="00003139"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47CF6C96" w14:textId="53F4A73D" w:rsidR="00751056" w:rsidRPr="000C2AE3" w:rsidRDefault="00C22B46" w:rsidP="000C2AE3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Severe AS, minimal symptoms, high c</w:t>
      </w:r>
      <w:r w:rsidR="002F6090" w:rsidRPr="00FE6269">
        <w:rPr>
          <w:rFonts w:asciiTheme="majorHAnsi" w:hAnsiTheme="majorHAnsi" w:cstheme="majorHAnsi"/>
          <w:sz w:val="24"/>
          <w:szCs w:val="24"/>
        </w:rPr>
        <w:t>alcium</w:t>
      </w:r>
      <w:r w:rsidR="00003139" w:rsidRPr="00C90911">
        <w:rPr>
          <w:rFonts w:asciiTheme="majorHAnsi" w:hAnsiTheme="majorHAnsi" w:cstheme="majorHAnsi"/>
          <w:sz w:val="24"/>
          <w:szCs w:val="24"/>
        </w:rPr>
        <w:br/>
      </w:r>
      <w:r w:rsidR="00DA71DC">
        <w:rPr>
          <w:rFonts w:asciiTheme="majorHAnsi" w:hAnsiTheme="majorHAnsi" w:cstheme="majorHAnsi"/>
          <w:b/>
          <w:sz w:val="24"/>
          <w:szCs w:val="24"/>
          <w:lang w:val="el-GR"/>
        </w:rPr>
        <w:t>ΤΒΑ</w:t>
      </w:r>
      <w:r w:rsidR="00003139" w:rsidRPr="000C2AE3">
        <w:rPr>
          <w:rFonts w:asciiTheme="majorHAnsi" w:hAnsiTheme="majorHAnsi" w:cstheme="majorHAnsi"/>
          <w:b/>
          <w:sz w:val="24"/>
          <w:szCs w:val="24"/>
        </w:rPr>
        <w:br/>
      </w:r>
      <w:r w:rsidR="00751056" w:rsidRPr="000C2AE3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003139" w:rsidRPr="000C2AE3">
        <w:rPr>
          <w:rFonts w:asciiTheme="majorHAnsi" w:hAnsiTheme="majorHAnsi" w:cstheme="majorHAnsi"/>
          <w:sz w:val="24"/>
          <w:szCs w:val="24"/>
        </w:rPr>
        <w:br/>
      </w:r>
      <w:r w:rsidR="00AF494F" w:rsidRPr="000C2AE3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AF494F" w:rsidRPr="000C2AE3">
        <w:rPr>
          <w:rFonts w:asciiTheme="majorHAnsi" w:hAnsiTheme="majorHAnsi" w:cstheme="majorHAnsi"/>
          <w:b/>
          <w:sz w:val="24"/>
          <w:szCs w:val="24"/>
        </w:rPr>
        <w:t>Perreas</w:t>
      </w:r>
      <w:proofErr w:type="spellEnd"/>
      <w:r w:rsidR="00003139" w:rsidRPr="000C2AE3">
        <w:rPr>
          <w:rFonts w:asciiTheme="majorHAnsi" w:hAnsiTheme="majorHAnsi" w:cstheme="majorHAnsi"/>
          <w:b/>
          <w:sz w:val="24"/>
          <w:szCs w:val="24"/>
        </w:rPr>
        <w:br/>
      </w:r>
    </w:p>
    <w:p w14:paraId="7B858025" w14:textId="6748010C" w:rsidR="00662D3B" w:rsidRPr="00FE6269" w:rsidRDefault="00C22B46" w:rsidP="0090050E">
      <w:pPr>
        <w:pStyle w:val="ListParagraph"/>
        <w:numPr>
          <w:ilvl w:val="0"/>
          <w:numId w:val="19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The 88-Year-old patient: Benefit or f</w:t>
      </w:r>
      <w:r w:rsidR="002F6090" w:rsidRPr="00FE6269">
        <w:rPr>
          <w:rFonts w:asciiTheme="majorHAnsi" w:hAnsiTheme="majorHAnsi" w:cstheme="majorHAnsi"/>
          <w:sz w:val="24"/>
          <w:szCs w:val="24"/>
        </w:rPr>
        <w:t>utility?</w:t>
      </w:r>
      <w:r w:rsidR="007D3D6A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003139" w:rsidRPr="00C90911">
        <w:rPr>
          <w:rFonts w:asciiTheme="majorHAnsi" w:hAnsiTheme="majorHAnsi" w:cstheme="majorHAnsi"/>
          <w:sz w:val="24"/>
          <w:szCs w:val="24"/>
        </w:rPr>
        <w:br/>
      </w:r>
      <w:r w:rsidR="007D3D6A" w:rsidRPr="00FE6269">
        <w:rPr>
          <w:rFonts w:asciiTheme="majorHAnsi" w:hAnsiTheme="majorHAnsi" w:cstheme="majorHAnsi"/>
          <w:b/>
          <w:sz w:val="24"/>
          <w:szCs w:val="24"/>
        </w:rPr>
        <w:t>A. Rigopoulos</w:t>
      </w:r>
    </w:p>
    <w:p w14:paraId="61B7368C" w14:textId="309E97F0" w:rsidR="008B1785" w:rsidRPr="00E64389" w:rsidRDefault="00751056" w:rsidP="00E64389">
      <w:pPr>
        <w:pStyle w:val="ListParagraph"/>
        <w:ind w:left="2203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6A18AC" w:rsidRPr="006A18AC">
        <w:rPr>
          <w:rFonts w:asciiTheme="majorHAnsi" w:hAnsiTheme="majorHAnsi" w:cstheme="majorHAnsi"/>
          <w:sz w:val="24"/>
          <w:szCs w:val="24"/>
        </w:rPr>
        <w:br/>
      </w:r>
      <w:r w:rsidR="00CD4CB2" w:rsidRPr="00FE6269">
        <w:rPr>
          <w:rFonts w:asciiTheme="majorHAnsi" w:hAnsiTheme="majorHAnsi" w:cstheme="majorHAnsi"/>
          <w:b/>
          <w:sz w:val="24"/>
          <w:szCs w:val="24"/>
        </w:rPr>
        <w:t>M</w:t>
      </w:r>
      <w:r w:rsidR="008B1785">
        <w:rPr>
          <w:rFonts w:asciiTheme="majorHAnsi" w:hAnsiTheme="majorHAnsi" w:cstheme="majorHAnsi"/>
          <w:b/>
          <w:sz w:val="24"/>
          <w:szCs w:val="24"/>
        </w:rPr>
        <w:t>.</w:t>
      </w:r>
      <w:r w:rsidR="00CD4CB2" w:rsidRPr="00FE6269">
        <w:rPr>
          <w:rFonts w:asciiTheme="majorHAnsi" w:hAnsiTheme="majorHAnsi" w:cstheme="majorHAnsi"/>
          <w:b/>
          <w:sz w:val="24"/>
          <w:szCs w:val="24"/>
        </w:rPr>
        <w:t>-K</w:t>
      </w:r>
      <w:r w:rsidR="008B1785">
        <w:rPr>
          <w:rFonts w:asciiTheme="majorHAnsi" w:hAnsiTheme="majorHAnsi" w:cstheme="majorHAnsi"/>
          <w:b/>
          <w:sz w:val="24"/>
          <w:szCs w:val="24"/>
        </w:rPr>
        <w:t>.</w:t>
      </w:r>
      <w:r w:rsidR="00CD4CB2" w:rsidRPr="00FE6269">
        <w:rPr>
          <w:rFonts w:asciiTheme="majorHAnsi" w:hAnsiTheme="majorHAnsi" w:cstheme="majorHAnsi"/>
          <w:b/>
          <w:sz w:val="24"/>
          <w:szCs w:val="24"/>
        </w:rPr>
        <w:t xml:space="preserve"> Konstantinidou</w:t>
      </w:r>
    </w:p>
    <w:p w14:paraId="790D2E54" w14:textId="300DDECD" w:rsidR="00662D3B" w:rsidRPr="00973827" w:rsidRDefault="001C2289" w:rsidP="00FF067B">
      <w:pPr>
        <w:ind w:left="2160" w:hanging="2302"/>
        <w:rPr>
          <w:rFonts w:ascii="Calibri" w:hAnsi="Calibri" w:cs="Calibri"/>
          <w:bCs/>
          <w:color w:val="000000" w:themeColor="text1"/>
        </w:rPr>
      </w:pPr>
      <w:r w:rsidRPr="00FA5BFA">
        <w:rPr>
          <w:rFonts w:asciiTheme="majorHAnsi" w:hAnsiTheme="majorHAnsi" w:cstheme="majorHAnsi"/>
          <w:b/>
          <w:color w:val="7F1B25"/>
          <w:sz w:val="24"/>
          <w:szCs w:val="24"/>
        </w:rPr>
        <w:t>10:15–10:30</w:t>
      </w:r>
      <w:r w:rsidRPr="00FA5BFA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FA5BFA">
        <w:rPr>
          <w:rFonts w:asciiTheme="majorHAnsi" w:hAnsiTheme="majorHAnsi" w:cstheme="majorHAnsi"/>
          <w:b/>
          <w:color w:val="7F1B25"/>
          <w:sz w:val="24"/>
          <w:szCs w:val="24"/>
        </w:rPr>
        <w:t>Opening Remarks</w:t>
      </w:r>
      <w:r w:rsidR="00C1159D" w:rsidRPr="00FA5BFA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A. </w:t>
      </w:r>
      <w:proofErr w:type="spellStart"/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Kartapanis</w:t>
      </w:r>
      <w:proofErr w:type="spellEnd"/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FF067B" w:rsidRPr="00FA5BFA">
        <w:rPr>
          <w:rFonts w:ascii="Calibri" w:hAnsi="Calibri" w:cs="Calibri"/>
          <w:i/>
          <w:iCs/>
          <w:color w:val="000000" w:themeColor="text1"/>
        </w:rPr>
        <w:t>- Chairman &amp; CEO, Hygeia Hospital</w:t>
      </w:r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S. </w:t>
      </w:r>
      <w:proofErr w:type="spellStart"/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Pattakos</w:t>
      </w:r>
      <w:proofErr w:type="spellEnd"/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FF067B" w:rsidRPr="00FA5BFA">
        <w:rPr>
          <w:rFonts w:ascii="Calibri" w:hAnsi="Calibri" w:cs="Calibri"/>
          <w:bCs/>
          <w:i/>
          <w:iCs/>
          <w:color w:val="000000" w:themeColor="text1"/>
        </w:rPr>
        <w:t>– Surgical Director of THV</w:t>
      </w:r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K. </w:t>
      </w:r>
      <w:proofErr w:type="spellStart"/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Spargias</w:t>
      </w:r>
      <w:proofErr w:type="spellEnd"/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FF067B" w:rsidRPr="00FA5BFA">
        <w:rPr>
          <w:rFonts w:ascii="Calibri" w:hAnsi="Calibri" w:cs="Calibri"/>
          <w:bCs/>
          <w:i/>
          <w:iCs/>
          <w:color w:val="000000" w:themeColor="text1"/>
        </w:rPr>
        <w:t>– Medical Director of THV</w:t>
      </w:r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 xml:space="preserve">T. </w:t>
      </w:r>
      <w:proofErr w:type="spellStart"/>
      <w:r w:rsidR="00FF067B" w:rsidRPr="00FA5BFA">
        <w:rPr>
          <w:rFonts w:asciiTheme="majorHAnsi" w:hAnsiTheme="majorHAnsi" w:cstheme="majorHAnsi"/>
          <w:b/>
          <w:bCs/>
          <w:color w:val="000000" w:themeColor="text1"/>
          <w:sz w:val="24"/>
          <w:szCs w:val="24"/>
        </w:rPr>
        <w:t>Skandalakis</w:t>
      </w:r>
      <w:proofErr w:type="spellEnd"/>
      <w:r w:rsidR="00FF067B" w:rsidRPr="00FA5BFA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="00FF067B" w:rsidRPr="00FA5BFA">
        <w:rPr>
          <w:rFonts w:ascii="Calibri" w:hAnsi="Calibri" w:cs="Calibri"/>
          <w:i/>
          <w:iCs/>
          <w:color w:val="000000" w:themeColor="text1"/>
        </w:rPr>
        <w:t>– President of the Heal Academy</w:t>
      </w:r>
    </w:p>
    <w:p w14:paraId="1B06BB64" w14:textId="010CFB63" w:rsidR="00FA5BFA" w:rsidRDefault="00F87EB2">
      <w:pPr>
        <w:rPr>
          <w:rFonts w:asciiTheme="majorHAnsi" w:hAnsiTheme="majorHAnsi" w:cstheme="majorHAnsi"/>
          <w:b/>
          <w:sz w:val="24"/>
          <w:szCs w:val="24"/>
          <w:highlight w:val="green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31968" behindDoc="1" locked="0" layoutInCell="1" allowOverlap="1" wp14:anchorId="6A14BE5C" wp14:editId="38D7AE82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51593524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BFA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A35E748" wp14:editId="27B0F2AE">
                <wp:simplePos x="0" y="0"/>
                <wp:positionH relativeFrom="column">
                  <wp:posOffset>-1152878</wp:posOffset>
                </wp:positionH>
                <wp:positionV relativeFrom="paragraph">
                  <wp:posOffset>1875367</wp:posOffset>
                </wp:positionV>
                <wp:extent cx="7857366" cy="348544"/>
                <wp:effectExtent l="12700" t="12700" r="17145" b="7620"/>
                <wp:wrapNone/>
                <wp:docPr id="979960683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48544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1A7DE" w14:textId="77777777" w:rsidR="00FA5BFA" w:rsidRPr="00DB5FD6" w:rsidRDefault="00FA5BFA" w:rsidP="00FA5BFA">
                            <w:pPr>
                              <w:ind w:left="720" w:firstLine="72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5E748" id="_x0000_s1029" style="position:absolute;margin-left:-90.8pt;margin-top:147.65pt;width:618.7pt;height:27.4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" fillcolor="#7f1b25" strokecolor="#faf6f6" strokeweight="2pt">
                <v:textbox>
                  <w:txbxContent>
                    <w:p w14:paraId="2921A7DE" w14:textId="77777777" w:rsidR="00FA5BFA" w:rsidRPr="00DB5FD6" w:rsidRDefault="00FA5BFA" w:rsidP="00FA5BFA">
                      <w:pPr>
                        <w:ind w:left="720" w:firstLine="72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</w:p>
                  </w:txbxContent>
                </v:textbox>
              </v:rect>
            </w:pict>
          </mc:Fallback>
        </mc:AlternateContent>
      </w:r>
      <w:r w:rsidR="00FA5BFA">
        <w:rPr>
          <w:noProof/>
        </w:rPr>
        <w:drawing>
          <wp:anchor distT="0" distB="0" distL="114300" distR="114300" simplePos="0" relativeHeight="251668480" behindDoc="1" locked="0" layoutInCell="1" allowOverlap="1" wp14:anchorId="566CFAF6" wp14:editId="30A4A472">
            <wp:simplePos x="0" y="0"/>
            <wp:positionH relativeFrom="column">
              <wp:posOffset>-1143000</wp:posOffset>
            </wp:positionH>
            <wp:positionV relativeFrom="paragraph">
              <wp:posOffset>-105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282950731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DD8D7" w14:textId="1F0BB841" w:rsidR="00FA5BFA" w:rsidRPr="00FA5BFA" w:rsidRDefault="00FA5BFA">
      <w:pPr>
        <w:rPr>
          <w:rFonts w:asciiTheme="majorHAnsi" w:hAnsiTheme="majorHAnsi" w:cstheme="majorHAnsi"/>
          <w:bCs/>
          <w:sz w:val="24"/>
          <w:szCs w:val="24"/>
          <w:highlight w:val="green"/>
        </w:rPr>
      </w:pPr>
    </w:p>
    <w:p w14:paraId="57186B40" w14:textId="7E623DCD" w:rsidR="00662D3B" w:rsidRDefault="00FA5BFA" w:rsidP="00FA5BFA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</w:rPr>
      </w:pPr>
      <w:r w:rsidRPr="00FA5BFA">
        <w:rPr>
          <w:rFonts w:asciiTheme="majorHAnsi" w:hAnsiTheme="majorHAnsi" w:cstheme="majorHAnsi"/>
          <w:bCs/>
          <w:sz w:val="24"/>
          <w:szCs w:val="24"/>
        </w:rPr>
        <w:t>10:30–10:45</w:t>
      </w:r>
      <w:r w:rsidRPr="00FA5BFA">
        <w:rPr>
          <w:rFonts w:asciiTheme="majorHAnsi" w:hAnsiTheme="majorHAnsi" w:cstheme="majorHAnsi"/>
          <w:bCs/>
          <w:sz w:val="24"/>
          <w:szCs w:val="24"/>
        </w:rPr>
        <w:tab/>
      </w:r>
      <w:r w:rsidR="002F6090" w:rsidRPr="00FA5BFA">
        <w:rPr>
          <w:rFonts w:asciiTheme="majorHAnsi" w:hAnsiTheme="majorHAnsi" w:cstheme="majorHAnsi"/>
          <w:bCs/>
          <w:sz w:val="24"/>
          <w:szCs w:val="24"/>
        </w:rPr>
        <w:t xml:space="preserve">Coffee Break </w:t>
      </w:r>
    </w:p>
    <w:p w14:paraId="5C4D6A1D" w14:textId="57ECE997" w:rsidR="00751056" w:rsidRPr="00FA5BFA" w:rsidRDefault="00FA5BFA" w:rsidP="00FA5BFA">
      <w:pPr>
        <w:tabs>
          <w:tab w:val="left" w:pos="1843"/>
        </w:tabs>
        <w:ind w:left="1838" w:hanging="1980"/>
        <w:rPr>
          <w:rFonts w:asciiTheme="majorHAnsi" w:hAnsiTheme="majorHAnsi" w:cstheme="majorHAnsi"/>
          <w:bCs/>
          <w:sz w:val="24"/>
          <w:szCs w:val="24"/>
        </w:rPr>
      </w:pP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>10:45–11:45</w:t>
      </w:r>
      <w:r w:rsidRPr="00C9091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="002F6090" w:rsidRPr="00C90911">
        <w:rPr>
          <w:rFonts w:asciiTheme="majorHAnsi" w:hAnsiTheme="majorHAnsi" w:cstheme="majorHAnsi"/>
          <w:b/>
          <w:color w:val="7F1B25"/>
          <w:sz w:val="24"/>
          <w:szCs w:val="24"/>
        </w:rPr>
        <w:t>SESSION 2</w:t>
      </w: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2F6090" w:rsidRPr="00C90911">
        <w:rPr>
          <w:rFonts w:asciiTheme="majorHAnsi" w:hAnsiTheme="majorHAnsi" w:cstheme="majorHAnsi"/>
          <w:b/>
          <w:color w:val="7F1B25"/>
          <w:sz w:val="24"/>
          <w:szCs w:val="24"/>
        </w:rPr>
        <w:t>TAVI PLANNING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="00CD4CB2" w:rsidRPr="00FA5BFA">
        <w:rPr>
          <w:rFonts w:asciiTheme="majorHAnsi" w:hAnsiTheme="majorHAnsi" w:cstheme="majorHAnsi"/>
          <w:bCs/>
          <w:sz w:val="24"/>
          <w:szCs w:val="24"/>
        </w:rPr>
        <w:t>M</w:t>
      </w:r>
      <w:r w:rsidR="00751056" w:rsidRPr="00FA5BFA">
        <w:rPr>
          <w:rFonts w:asciiTheme="majorHAnsi" w:hAnsiTheme="majorHAnsi" w:cstheme="majorHAnsi"/>
          <w:bCs/>
          <w:sz w:val="24"/>
          <w:szCs w:val="24"/>
        </w:rPr>
        <w:t>oderators:</w:t>
      </w:r>
      <w:r w:rsidR="001C6B77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34FAB"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434FAB" w:rsidRPr="00FE6269">
        <w:rPr>
          <w:rFonts w:asciiTheme="majorHAnsi" w:hAnsiTheme="majorHAnsi" w:cstheme="majorHAnsi"/>
          <w:b/>
          <w:sz w:val="24"/>
          <w:szCs w:val="24"/>
        </w:rPr>
        <w:t>Tsioufis</w:t>
      </w:r>
      <w:proofErr w:type="spellEnd"/>
      <w:r w:rsidR="00D61927" w:rsidRPr="00FE6269">
        <w:rPr>
          <w:rFonts w:asciiTheme="majorHAnsi" w:hAnsiTheme="majorHAnsi" w:cstheme="majorHAnsi"/>
          <w:b/>
          <w:sz w:val="24"/>
          <w:szCs w:val="24"/>
        </w:rPr>
        <w:t xml:space="preserve">, P. </w:t>
      </w:r>
      <w:proofErr w:type="spellStart"/>
      <w:r w:rsidR="00D61927" w:rsidRPr="00FE6269">
        <w:rPr>
          <w:rFonts w:asciiTheme="majorHAnsi" w:hAnsiTheme="majorHAnsi" w:cstheme="majorHAnsi"/>
          <w:b/>
          <w:sz w:val="24"/>
          <w:szCs w:val="24"/>
        </w:rPr>
        <w:t>Vardas</w:t>
      </w:r>
      <w:proofErr w:type="spellEnd"/>
    </w:p>
    <w:p w14:paraId="20ECB966" w14:textId="77777777" w:rsidR="00387135" w:rsidRPr="00FE6269" w:rsidRDefault="00387135" w:rsidP="00A422BB">
      <w:pPr>
        <w:ind w:left="1118" w:firstLine="720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34912FE2" w14:textId="2BF55A70" w:rsidR="00662D3B" w:rsidRPr="00FE6269" w:rsidRDefault="00A608CE" w:rsidP="0090050E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Borderline a</w:t>
      </w:r>
      <w:r w:rsidR="002F6090" w:rsidRPr="00FE6269">
        <w:rPr>
          <w:rFonts w:asciiTheme="majorHAnsi" w:hAnsiTheme="majorHAnsi" w:cstheme="majorHAnsi"/>
          <w:sz w:val="24"/>
          <w:szCs w:val="24"/>
        </w:rPr>
        <w:t>nnulus: 23 or 26?</w:t>
      </w:r>
      <w:r w:rsidR="009C5AB7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272C5E">
        <w:rPr>
          <w:rFonts w:asciiTheme="majorHAnsi" w:hAnsiTheme="majorHAnsi" w:cstheme="majorHAnsi"/>
          <w:sz w:val="24"/>
          <w:szCs w:val="24"/>
        </w:rPr>
        <w:br/>
      </w:r>
      <w:r w:rsidR="009C5AB7" w:rsidRPr="00FE6269">
        <w:rPr>
          <w:rFonts w:asciiTheme="majorHAnsi" w:hAnsiTheme="majorHAnsi" w:cstheme="majorHAnsi"/>
          <w:b/>
          <w:sz w:val="24"/>
          <w:szCs w:val="24"/>
        </w:rPr>
        <w:t>K. Lampropoulos</w:t>
      </w:r>
    </w:p>
    <w:p w14:paraId="40E6C2EC" w14:textId="55E2148E" w:rsidR="00751056" w:rsidRPr="00FE6269" w:rsidRDefault="00751056" w:rsidP="00272C5E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272C5E">
        <w:rPr>
          <w:rFonts w:asciiTheme="majorHAnsi" w:hAnsiTheme="majorHAnsi" w:cstheme="majorHAnsi"/>
          <w:sz w:val="24"/>
          <w:szCs w:val="24"/>
        </w:rPr>
        <w:br/>
      </w:r>
      <w:r w:rsidR="002436D7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971D46">
        <w:rPr>
          <w:rFonts w:asciiTheme="majorHAnsi" w:hAnsiTheme="majorHAnsi" w:cstheme="majorHAnsi"/>
          <w:b/>
          <w:sz w:val="24"/>
          <w:szCs w:val="24"/>
        </w:rPr>
        <w:t>C. Pappas</w:t>
      </w:r>
      <w:r w:rsidR="00272C5E">
        <w:rPr>
          <w:rFonts w:asciiTheme="majorHAnsi" w:hAnsiTheme="majorHAnsi" w:cstheme="majorHAnsi"/>
          <w:b/>
          <w:sz w:val="24"/>
          <w:szCs w:val="24"/>
        </w:rPr>
        <w:br/>
      </w:r>
    </w:p>
    <w:p w14:paraId="6FD0BF0F" w14:textId="16C86F07" w:rsidR="00662D3B" w:rsidRPr="00FE6269" w:rsidRDefault="002F6090" w:rsidP="0090050E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Low </w:t>
      </w:r>
      <w:r w:rsidR="00A608CE" w:rsidRPr="00FE6269">
        <w:rPr>
          <w:rFonts w:asciiTheme="majorHAnsi" w:hAnsiTheme="majorHAnsi" w:cstheme="majorHAnsi"/>
          <w:sz w:val="24"/>
          <w:szCs w:val="24"/>
        </w:rPr>
        <w:t>coronaries and small s</w:t>
      </w:r>
      <w:r w:rsidRPr="00FE6269">
        <w:rPr>
          <w:rFonts w:asciiTheme="majorHAnsi" w:hAnsiTheme="majorHAnsi" w:cstheme="majorHAnsi"/>
          <w:sz w:val="24"/>
          <w:szCs w:val="24"/>
        </w:rPr>
        <w:t>inuses</w:t>
      </w:r>
      <w:r w:rsidR="00272C5E">
        <w:rPr>
          <w:rFonts w:asciiTheme="majorHAnsi" w:hAnsiTheme="majorHAnsi" w:cstheme="majorHAnsi"/>
          <w:sz w:val="24"/>
          <w:szCs w:val="24"/>
        </w:rPr>
        <w:br/>
      </w:r>
      <w:r w:rsidR="00AF494F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AF494F" w:rsidRPr="00FE6269">
        <w:rPr>
          <w:rFonts w:asciiTheme="majorHAnsi" w:hAnsiTheme="majorHAnsi" w:cstheme="majorHAnsi"/>
          <w:b/>
          <w:sz w:val="24"/>
          <w:szCs w:val="24"/>
        </w:rPr>
        <w:t>Zairis</w:t>
      </w:r>
      <w:proofErr w:type="spellEnd"/>
    </w:p>
    <w:p w14:paraId="363E8ECC" w14:textId="54F22D39" w:rsidR="00751056" w:rsidRPr="00FE6269" w:rsidRDefault="00751056" w:rsidP="003D626B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272C5E">
        <w:rPr>
          <w:rFonts w:asciiTheme="majorHAnsi" w:hAnsiTheme="majorHAnsi" w:cstheme="majorHAnsi"/>
          <w:sz w:val="24"/>
          <w:szCs w:val="24"/>
        </w:rPr>
        <w:br/>
      </w:r>
      <w:r w:rsidR="002436D7" w:rsidRPr="00FE6269">
        <w:rPr>
          <w:rFonts w:asciiTheme="majorHAnsi" w:hAnsiTheme="majorHAnsi" w:cstheme="majorHAnsi"/>
          <w:b/>
          <w:sz w:val="24"/>
          <w:szCs w:val="24"/>
        </w:rPr>
        <w:t>A. Tsolakis</w:t>
      </w:r>
      <w:r w:rsidR="00272C5E">
        <w:rPr>
          <w:rFonts w:asciiTheme="majorHAnsi" w:hAnsiTheme="majorHAnsi" w:cstheme="majorHAnsi"/>
          <w:b/>
          <w:sz w:val="24"/>
          <w:szCs w:val="24"/>
        </w:rPr>
        <w:br/>
      </w:r>
    </w:p>
    <w:p w14:paraId="18F8F49D" w14:textId="1646FA36" w:rsidR="00662D3B" w:rsidRPr="00FE6269" w:rsidRDefault="00EE48A4" w:rsidP="0090050E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Valve-in-v</w:t>
      </w:r>
      <w:r w:rsidR="00A608CE" w:rsidRPr="00FE6269">
        <w:rPr>
          <w:rFonts w:asciiTheme="majorHAnsi" w:hAnsiTheme="majorHAnsi" w:cstheme="majorHAnsi"/>
          <w:sz w:val="24"/>
          <w:szCs w:val="24"/>
        </w:rPr>
        <w:t>alve with coronary r</w:t>
      </w:r>
      <w:r w:rsidR="002F6090" w:rsidRPr="00FE6269">
        <w:rPr>
          <w:rFonts w:asciiTheme="majorHAnsi" w:hAnsiTheme="majorHAnsi" w:cstheme="majorHAnsi"/>
          <w:sz w:val="24"/>
          <w:szCs w:val="24"/>
        </w:rPr>
        <w:t>isk</w:t>
      </w:r>
      <w:r w:rsidR="003D626B">
        <w:rPr>
          <w:rFonts w:asciiTheme="majorHAnsi" w:hAnsiTheme="majorHAnsi" w:cstheme="majorHAnsi"/>
          <w:sz w:val="24"/>
          <w:szCs w:val="24"/>
        </w:rPr>
        <w:br/>
      </w:r>
      <w:r w:rsidR="00FE0E0F"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434FAB" w:rsidRPr="00FE6269">
        <w:rPr>
          <w:rFonts w:asciiTheme="majorHAnsi" w:hAnsiTheme="majorHAnsi" w:cstheme="majorHAnsi"/>
          <w:b/>
          <w:sz w:val="24"/>
          <w:szCs w:val="24"/>
        </w:rPr>
        <w:t>Spargias</w:t>
      </w:r>
      <w:proofErr w:type="spellEnd"/>
    </w:p>
    <w:p w14:paraId="21CCEFF9" w14:textId="2E08E970" w:rsidR="00751056" w:rsidRPr="00FE6269" w:rsidRDefault="00751056" w:rsidP="00DB2AB8">
      <w:pPr>
        <w:pStyle w:val="ListParagraph"/>
        <w:ind w:left="2160" w:firstLine="3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D626B">
        <w:rPr>
          <w:rFonts w:asciiTheme="majorHAnsi" w:hAnsiTheme="majorHAnsi" w:cstheme="majorHAnsi"/>
          <w:sz w:val="24"/>
          <w:szCs w:val="24"/>
        </w:rPr>
        <w:br/>
      </w:r>
      <w:r w:rsidR="00FE0E0F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B97D01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B97D01" w:rsidRPr="00FE6269">
        <w:rPr>
          <w:rFonts w:asciiTheme="majorHAnsi" w:hAnsiTheme="majorHAnsi" w:cstheme="majorHAnsi"/>
          <w:b/>
          <w:sz w:val="24"/>
          <w:szCs w:val="24"/>
        </w:rPr>
        <w:t>Hamilos</w:t>
      </w:r>
      <w:proofErr w:type="spellEnd"/>
      <w:r w:rsidR="003D626B">
        <w:rPr>
          <w:rFonts w:asciiTheme="majorHAnsi" w:hAnsiTheme="majorHAnsi" w:cstheme="majorHAnsi"/>
          <w:b/>
          <w:sz w:val="24"/>
          <w:szCs w:val="24"/>
        </w:rPr>
        <w:br/>
      </w:r>
    </w:p>
    <w:p w14:paraId="4E1EDB21" w14:textId="307EC896" w:rsidR="00C47289" w:rsidRPr="00FE6269" w:rsidRDefault="00292272" w:rsidP="00DB2AB8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  <w:sz w:val="24"/>
          <w:szCs w:val="24"/>
        </w:rPr>
      </w:pPr>
      <w:r w:rsidRPr="0024661F">
        <w:rPr>
          <w:rFonts w:asciiTheme="majorHAnsi" w:hAnsiTheme="majorHAnsi" w:cstheme="majorHAnsi"/>
          <w:sz w:val="24"/>
          <w:szCs w:val="24"/>
        </w:rPr>
        <w:t>Bic</w:t>
      </w:r>
      <w:r w:rsidRPr="00FE6269">
        <w:rPr>
          <w:rFonts w:asciiTheme="majorHAnsi" w:hAnsiTheme="majorHAnsi" w:cstheme="majorHAnsi"/>
          <w:sz w:val="24"/>
          <w:szCs w:val="24"/>
        </w:rPr>
        <w:t>uspid valve</w:t>
      </w:r>
      <w:r w:rsidR="003D626B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Katsimagklis</w:t>
      </w:r>
      <w:proofErr w:type="spellEnd"/>
    </w:p>
    <w:p w14:paraId="0860B1A0" w14:textId="744AC26A" w:rsidR="00662D3B" w:rsidRPr="00DB2AB8" w:rsidRDefault="00751056" w:rsidP="00DB2AB8">
      <w:pPr>
        <w:pStyle w:val="ListParagraph"/>
        <w:ind w:left="2198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D626B">
        <w:rPr>
          <w:rFonts w:asciiTheme="majorHAnsi" w:hAnsiTheme="majorHAnsi" w:cstheme="majorHAnsi"/>
          <w:sz w:val="24"/>
          <w:szCs w:val="24"/>
        </w:rPr>
        <w:br/>
      </w:r>
      <w:r w:rsidR="00292272"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292272" w:rsidRPr="00FE6269">
        <w:rPr>
          <w:rFonts w:asciiTheme="majorHAnsi" w:hAnsiTheme="majorHAnsi" w:cstheme="majorHAnsi"/>
          <w:b/>
          <w:sz w:val="24"/>
          <w:szCs w:val="24"/>
        </w:rPr>
        <w:t>Katsianos</w:t>
      </w:r>
      <w:proofErr w:type="spellEnd"/>
      <w:r w:rsidR="00DB2AB8">
        <w:rPr>
          <w:rFonts w:asciiTheme="majorHAnsi" w:hAnsiTheme="majorHAnsi" w:cstheme="majorHAnsi"/>
          <w:b/>
          <w:sz w:val="24"/>
          <w:szCs w:val="24"/>
        </w:rPr>
        <w:br/>
      </w:r>
    </w:p>
    <w:p w14:paraId="497862C1" w14:textId="0031DC87" w:rsidR="00DB2AB8" w:rsidRPr="00C90911" w:rsidRDefault="00DB2AB8" w:rsidP="0024661F">
      <w:pPr>
        <w:ind w:left="2158" w:hanging="2300"/>
        <w:rPr>
          <w:rFonts w:asciiTheme="majorHAnsi" w:hAnsiTheme="majorHAnsi" w:cstheme="majorHAnsi"/>
          <w:b/>
          <w:sz w:val="24"/>
          <w:szCs w:val="24"/>
        </w:rPr>
      </w:pPr>
      <w:r w:rsidRPr="00DB2AB8">
        <w:rPr>
          <w:rFonts w:asciiTheme="majorHAnsi" w:hAnsiTheme="majorHAnsi" w:cstheme="majorHAnsi"/>
          <w:b/>
          <w:color w:val="7F1B25"/>
          <w:sz w:val="24"/>
          <w:szCs w:val="24"/>
        </w:rPr>
        <w:t>11:45–12:15</w:t>
      </w:r>
      <w:r w:rsidRPr="00DB2AB8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DB2AB8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DB2AB8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LIVE-IN-A-BOX SESSION I — AORTIC 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DB2AB8">
        <w:rPr>
          <w:rFonts w:asciiTheme="majorHAnsi" w:hAnsiTheme="majorHAnsi" w:cstheme="majorHAnsi"/>
          <w:bCs/>
          <w:sz w:val="24"/>
          <w:szCs w:val="24"/>
        </w:rPr>
        <w:t>Moderator</w:t>
      </w:r>
      <w:r w:rsidR="00597D42" w:rsidRPr="00DB2AB8">
        <w:rPr>
          <w:rFonts w:asciiTheme="majorHAnsi" w:hAnsiTheme="majorHAnsi" w:cstheme="majorHAnsi"/>
          <w:bCs/>
          <w:sz w:val="24"/>
          <w:szCs w:val="24"/>
        </w:rPr>
        <w:t xml:space="preserve">: </w:t>
      </w:r>
      <w:r w:rsidR="00997E40" w:rsidRPr="00DB2AB8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="00997E40" w:rsidRPr="00DB2AB8">
        <w:rPr>
          <w:rFonts w:asciiTheme="majorHAnsi" w:hAnsiTheme="majorHAnsi" w:cstheme="majorHAnsi"/>
          <w:b/>
          <w:sz w:val="24"/>
          <w:szCs w:val="24"/>
        </w:rPr>
        <w:t>Dangas</w:t>
      </w:r>
      <w:proofErr w:type="spellEnd"/>
    </w:p>
    <w:p w14:paraId="14EAA9A1" w14:textId="07A33102" w:rsidR="00662D3B" w:rsidRDefault="00DB2AB8" w:rsidP="00E64389">
      <w:pPr>
        <w:ind w:left="1440" w:firstLine="72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</w:t>
      </w:r>
      <w:r w:rsidR="009916BB" w:rsidRPr="00FE6269">
        <w:rPr>
          <w:rFonts w:asciiTheme="majorHAnsi" w:hAnsiTheme="majorHAnsi" w:cstheme="majorHAnsi"/>
          <w:sz w:val="24"/>
          <w:szCs w:val="24"/>
        </w:rPr>
        <w:t>anelists</w:t>
      </w:r>
      <w:r w:rsidR="00D850B2" w:rsidRPr="00FE6269">
        <w:rPr>
          <w:rFonts w:asciiTheme="majorHAnsi" w:hAnsiTheme="majorHAnsi" w:cstheme="majorHAnsi"/>
          <w:sz w:val="24"/>
          <w:szCs w:val="24"/>
        </w:rPr>
        <w:t xml:space="preserve">: </w:t>
      </w:r>
      <w:r w:rsidR="00D850B2" w:rsidRPr="00DB2AB8">
        <w:rPr>
          <w:rFonts w:asciiTheme="majorHAnsi" w:hAnsiTheme="majorHAnsi" w:cstheme="majorHAnsi"/>
          <w:b/>
          <w:bCs/>
          <w:sz w:val="24"/>
          <w:szCs w:val="24"/>
        </w:rPr>
        <w:t xml:space="preserve">A. Kalogeropoulos, </w:t>
      </w:r>
      <w:r w:rsidR="00CC2D2C" w:rsidRPr="00DB2AB8">
        <w:rPr>
          <w:rFonts w:asciiTheme="majorHAnsi" w:hAnsiTheme="majorHAnsi" w:cstheme="majorHAnsi"/>
          <w:b/>
          <w:bCs/>
          <w:sz w:val="24"/>
          <w:szCs w:val="24"/>
        </w:rPr>
        <w:t xml:space="preserve">A. </w:t>
      </w:r>
      <w:proofErr w:type="spellStart"/>
      <w:r w:rsidR="00CC2D2C" w:rsidRPr="00DB2AB8">
        <w:rPr>
          <w:rFonts w:asciiTheme="majorHAnsi" w:hAnsiTheme="majorHAnsi" w:cstheme="majorHAnsi"/>
          <w:b/>
          <w:bCs/>
          <w:sz w:val="24"/>
          <w:szCs w:val="24"/>
        </w:rPr>
        <w:t>Synetos</w:t>
      </w:r>
      <w:proofErr w:type="spellEnd"/>
      <w:r w:rsidR="00CC2D2C" w:rsidRPr="00DB2AB8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="009F6BB8" w:rsidRPr="00DB2AB8">
        <w:rPr>
          <w:rFonts w:asciiTheme="majorHAnsi" w:hAnsiTheme="majorHAnsi" w:cstheme="majorHAnsi"/>
          <w:b/>
          <w:bCs/>
          <w:sz w:val="24"/>
          <w:szCs w:val="24"/>
        </w:rPr>
        <w:t xml:space="preserve">G. </w:t>
      </w:r>
      <w:proofErr w:type="spellStart"/>
      <w:r w:rsidR="009F6BB8" w:rsidRPr="00DB2AB8">
        <w:rPr>
          <w:rFonts w:asciiTheme="majorHAnsi" w:hAnsiTheme="majorHAnsi" w:cstheme="majorHAnsi"/>
          <w:b/>
          <w:bCs/>
          <w:sz w:val="24"/>
          <w:szCs w:val="24"/>
        </w:rPr>
        <w:t>Tsigkas</w:t>
      </w:r>
      <w:proofErr w:type="spellEnd"/>
      <w:r w:rsidR="009C05D6" w:rsidRPr="00DB2AB8">
        <w:rPr>
          <w:rFonts w:asciiTheme="majorHAnsi" w:hAnsiTheme="majorHAnsi" w:cstheme="majorHAnsi"/>
          <w:b/>
          <w:bCs/>
          <w:sz w:val="24"/>
          <w:szCs w:val="24"/>
        </w:rPr>
        <w:t>, G. Triantis</w:t>
      </w:r>
    </w:p>
    <w:p w14:paraId="02D95680" w14:textId="41AB6B75" w:rsidR="00DB2AB8" w:rsidRDefault="00F87EB2">
      <w:pPr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34016" behindDoc="1" locked="0" layoutInCell="1" allowOverlap="1" wp14:anchorId="684632CE" wp14:editId="6817F7BA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64719499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AB8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55C708A" wp14:editId="78BEA809">
                <wp:simplePos x="0" y="0"/>
                <wp:positionH relativeFrom="column">
                  <wp:posOffset>-1152878</wp:posOffset>
                </wp:positionH>
                <wp:positionV relativeFrom="paragraph">
                  <wp:posOffset>1875367</wp:posOffset>
                </wp:positionV>
                <wp:extent cx="7857366" cy="337255"/>
                <wp:effectExtent l="12700" t="12700" r="17145" b="18415"/>
                <wp:wrapNone/>
                <wp:docPr id="206475698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E3D9A" w14:textId="77777777" w:rsidR="00DB2AB8" w:rsidRPr="00DB5FD6" w:rsidRDefault="00DB2AB8" w:rsidP="00DB2AB8">
                            <w:pPr>
                              <w:ind w:left="720" w:firstLine="72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C708A" id="_x0000_s1030" style="position:absolute;margin-left:-90.8pt;margin-top:147.65pt;width:618.7pt;height:26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" fillcolor="#7f1b25" strokecolor="#faf6f6" strokeweight="2pt">
                <v:textbox>
                  <w:txbxContent>
                    <w:p w14:paraId="0E5E3D9A" w14:textId="77777777" w:rsidR="00DB2AB8" w:rsidRPr="00DB5FD6" w:rsidRDefault="00DB2AB8" w:rsidP="00DB2AB8">
                      <w:pPr>
                        <w:ind w:left="720" w:firstLine="72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</w:p>
                  </w:txbxContent>
                </v:textbox>
              </v:rect>
            </w:pict>
          </mc:Fallback>
        </mc:AlternateContent>
      </w:r>
      <w:r w:rsidR="00DB2AB8">
        <w:rPr>
          <w:noProof/>
        </w:rPr>
        <w:drawing>
          <wp:anchor distT="0" distB="0" distL="114300" distR="114300" simplePos="0" relativeHeight="251672576" behindDoc="1" locked="0" layoutInCell="1" allowOverlap="1" wp14:anchorId="189519CE" wp14:editId="0ADBCE48">
            <wp:simplePos x="0" y="0"/>
            <wp:positionH relativeFrom="column">
              <wp:posOffset>-1143000</wp:posOffset>
            </wp:positionH>
            <wp:positionV relativeFrom="paragraph">
              <wp:posOffset>-68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729781054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0C47E" w14:textId="1D59A9E9" w:rsidR="00DB2AB8" w:rsidRPr="00FE6269" w:rsidRDefault="00DB2AB8">
      <w:pPr>
        <w:rPr>
          <w:rFonts w:asciiTheme="majorHAnsi" w:hAnsiTheme="majorHAnsi" w:cstheme="majorHAnsi"/>
          <w:sz w:val="24"/>
          <w:szCs w:val="24"/>
        </w:rPr>
      </w:pPr>
    </w:p>
    <w:p w14:paraId="0EFE8104" w14:textId="665A04BE" w:rsidR="00662D3B" w:rsidRPr="00B80071" w:rsidRDefault="00DB2AB8" w:rsidP="00B80071">
      <w:pPr>
        <w:tabs>
          <w:tab w:val="left" w:pos="1843"/>
        </w:tabs>
        <w:ind w:left="1838" w:hanging="1980"/>
        <w:rPr>
          <w:rFonts w:asciiTheme="majorHAnsi" w:hAnsiTheme="majorHAnsi" w:cstheme="majorHAnsi"/>
          <w:b/>
          <w:sz w:val="24"/>
          <w:szCs w:val="24"/>
        </w:rPr>
      </w:pPr>
      <w:r w:rsidRPr="00B80071">
        <w:rPr>
          <w:rFonts w:asciiTheme="majorHAnsi" w:hAnsiTheme="majorHAnsi" w:cstheme="majorHAnsi"/>
          <w:b/>
          <w:color w:val="7F1B25"/>
          <w:sz w:val="24"/>
          <w:szCs w:val="24"/>
        </w:rPr>
        <w:t>12:15–12:45</w:t>
      </w:r>
      <w:r w:rsidR="00B80071" w:rsidRPr="00B8007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INDUSTRY TECHNOLOGY SESSION I </w:t>
      </w:r>
      <w:r w:rsidR="00ED3B3C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0958AF" w:rsidRPr="00FE6269">
        <w:rPr>
          <w:rFonts w:asciiTheme="majorHAnsi" w:hAnsiTheme="majorHAnsi" w:cstheme="majorHAnsi"/>
          <w:sz w:val="24"/>
          <w:szCs w:val="24"/>
        </w:rPr>
        <w:t xml:space="preserve">Moderator: </w:t>
      </w:r>
      <w:r w:rsidR="000958AF" w:rsidRPr="00B80071">
        <w:rPr>
          <w:rFonts w:asciiTheme="majorHAnsi" w:hAnsiTheme="majorHAnsi" w:cstheme="majorHAnsi"/>
          <w:b/>
          <w:bCs/>
          <w:sz w:val="24"/>
          <w:szCs w:val="24"/>
        </w:rPr>
        <w:t xml:space="preserve">K. </w:t>
      </w:r>
      <w:proofErr w:type="spellStart"/>
      <w:r w:rsidR="000958AF" w:rsidRPr="00B80071">
        <w:rPr>
          <w:rFonts w:asciiTheme="majorHAnsi" w:hAnsiTheme="majorHAnsi" w:cstheme="majorHAnsi"/>
          <w:b/>
          <w:bCs/>
          <w:sz w:val="24"/>
          <w:szCs w:val="24"/>
        </w:rPr>
        <w:t>Spargias</w:t>
      </w:r>
      <w:proofErr w:type="spellEnd"/>
      <w:r w:rsidR="00B80071">
        <w:rPr>
          <w:rFonts w:asciiTheme="majorHAnsi" w:hAnsiTheme="majorHAnsi" w:cstheme="majorHAnsi"/>
          <w:b/>
          <w:sz w:val="24"/>
          <w:szCs w:val="24"/>
        </w:rPr>
        <w:br/>
      </w:r>
    </w:p>
    <w:p w14:paraId="55DE38C8" w14:textId="7FD50CAF" w:rsidR="00662D3B" w:rsidRDefault="00B80071" w:rsidP="00B80071">
      <w:pPr>
        <w:tabs>
          <w:tab w:val="left" w:pos="1843"/>
        </w:tabs>
        <w:ind w:hanging="142"/>
        <w:rPr>
          <w:rFonts w:asciiTheme="majorHAnsi" w:hAnsiTheme="majorHAnsi" w:cstheme="majorHAnsi"/>
          <w:bCs/>
          <w:color w:val="7F1B25"/>
          <w:sz w:val="24"/>
          <w:szCs w:val="24"/>
        </w:rPr>
      </w:pPr>
      <w:r w:rsidRPr="00B80071">
        <w:rPr>
          <w:rFonts w:asciiTheme="majorHAnsi" w:hAnsiTheme="majorHAnsi" w:cstheme="majorHAnsi"/>
          <w:bCs/>
          <w:color w:val="7F1B25"/>
          <w:sz w:val="24"/>
          <w:szCs w:val="24"/>
        </w:rPr>
        <w:t>12:45–13:30</w:t>
      </w:r>
      <w:r w:rsidRPr="00B8007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="002F6090" w:rsidRPr="00B80071">
        <w:rPr>
          <w:rFonts w:asciiTheme="majorHAnsi" w:hAnsiTheme="majorHAnsi" w:cstheme="majorHAnsi"/>
          <w:bCs/>
          <w:color w:val="7F1B25"/>
          <w:sz w:val="24"/>
          <w:szCs w:val="24"/>
        </w:rPr>
        <w:t xml:space="preserve">Lunch </w:t>
      </w:r>
      <w:r w:rsidRPr="00B80071">
        <w:rPr>
          <w:rFonts w:asciiTheme="majorHAnsi" w:hAnsiTheme="majorHAnsi" w:cstheme="majorHAnsi"/>
          <w:bCs/>
          <w:color w:val="7F1B25"/>
          <w:sz w:val="24"/>
          <w:szCs w:val="24"/>
        </w:rPr>
        <w:t>Break</w:t>
      </w:r>
    </w:p>
    <w:p w14:paraId="26240407" w14:textId="4898EE99" w:rsidR="00751056" w:rsidRPr="00B80071" w:rsidRDefault="00B80071" w:rsidP="00B80071">
      <w:pPr>
        <w:tabs>
          <w:tab w:val="left" w:pos="1843"/>
        </w:tabs>
        <w:ind w:left="1838" w:hanging="1980"/>
        <w:rPr>
          <w:rFonts w:asciiTheme="majorHAnsi" w:hAnsiTheme="majorHAnsi" w:cstheme="majorHAnsi"/>
          <w:bCs/>
          <w:color w:val="7F1B25"/>
          <w:sz w:val="24"/>
          <w:szCs w:val="24"/>
        </w:rPr>
      </w:pPr>
      <w:r w:rsidRPr="00B80071">
        <w:rPr>
          <w:rFonts w:asciiTheme="majorHAnsi" w:hAnsiTheme="majorHAnsi" w:cstheme="majorHAnsi"/>
          <w:b/>
          <w:color w:val="7F1B25"/>
          <w:sz w:val="24"/>
          <w:szCs w:val="24"/>
        </w:rPr>
        <w:t>13:30–14:15</w:t>
      </w:r>
      <w:r w:rsidRPr="00B8007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="002F6090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3 </w:t>
      </w:r>
      <w:r w:rsidRPr="00B80071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2F6090" w:rsidRPr="00B80071">
        <w:rPr>
          <w:rFonts w:asciiTheme="majorHAnsi" w:hAnsiTheme="majorHAnsi" w:cstheme="majorHAnsi"/>
          <w:b/>
          <w:color w:val="7F1B25"/>
          <w:sz w:val="24"/>
          <w:szCs w:val="24"/>
        </w:rPr>
        <w:t>DEVICE &amp; ACCESS STRATEGY</w:t>
      </w:r>
      <w:r w:rsidR="00CF7634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IN TAVI</w:t>
      </w:r>
      <w:r w:rsidR="002F6090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>
        <w:rPr>
          <w:rFonts w:asciiTheme="majorHAnsi" w:hAnsiTheme="majorHAnsi" w:cstheme="majorHAnsi"/>
          <w:bCs/>
          <w:color w:val="7F1B25"/>
          <w:sz w:val="24"/>
          <w:szCs w:val="24"/>
        </w:rPr>
        <w:br/>
      </w:r>
      <w:r w:rsidR="00E40550" w:rsidRPr="00B80071">
        <w:rPr>
          <w:rFonts w:asciiTheme="majorHAnsi" w:hAnsiTheme="majorHAnsi" w:cstheme="majorHAnsi"/>
          <w:bCs/>
          <w:sz w:val="24"/>
          <w:szCs w:val="24"/>
        </w:rPr>
        <w:t>M</w:t>
      </w:r>
      <w:r w:rsidR="00751056" w:rsidRPr="00B80071">
        <w:rPr>
          <w:rFonts w:asciiTheme="majorHAnsi" w:hAnsiTheme="majorHAnsi" w:cstheme="majorHAnsi"/>
          <w:bCs/>
          <w:sz w:val="24"/>
          <w:szCs w:val="24"/>
        </w:rPr>
        <w:t>oderators</w:t>
      </w:r>
      <w:r w:rsidR="00E40550" w:rsidRPr="00B80071">
        <w:rPr>
          <w:rFonts w:asciiTheme="majorHAnsi" w:hAnsiTheme="majorHAnsi" w:cstheme="majorHAnsi"/>
          <w:bCs/>
          <w:sz w:val="24"/>
          <w:szCs w:val="24"/>
        </w:rPr>
        <w:t>:</w:t>
      </w:r>
      <w:r w:rsidR="008700A8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83627F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83627F" w:rsidRPr="00FE6269">
        <w:rPr>
          <w:rFonts w:asciiTheme="majorHAnsi" w:hAnsiTheme="majorHAnsi" w:cstheme="majorHAnsi"/>
          <w:b/>
          <w:sz w:val="24"/>
          <w:szCs w:val="24"/>
        </w:rPr>
        <w:t>Manginas</w:t>
      </w:r>
      <w:proofErr w:type="spellEnd"/>
      <w:r w:rsidR="008700A8" w:rsidRPr="00FE6269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2145E4" w:rsidRPr="00FE6269">
        <w:rPr>
          <w:rFonts w:asciiTheme="majorHAnsi" w:hAnsiTheme="majorHAnsi" w:cstheme="majorHAnsi"/>
          <w:b/>
          <w:sz w:val="24"/>
          <w:szCs w:val="24"/>
        </w:rPr>
        <w:t xml:space="preserve">D. </w:t>
      </w:r>
      <w:proofErr w:type="spellStart"/>
      <w:r w:rsidR="002145E4" w:rsidRPr="00FE6269">
        <w:rPr>
          <w:rFonts w:asciiTheme="majorHAnsi" w:hAnsiTheme="majorHAnsi" w:cstheme="majorHAnsi"/>
          <w:b/>
          <w:sz w:val="24"/>
          <w:szCs w:val="24"/>
        </w:rPr>
        <w:t>Stakos</w:t>
      </w:r>
      <w:proofErr w:type="spellEnd"/>
    </w:p>
    <w:p w14:paraId="4EBB5237" w14:textId="77777777" w:rsidR="00387135" w:rsidRPr="00FE6269" w:rsidRDefault="00387135" w:rsidP="00B80071">
      <w:pPr>
        <w:ind w:left="1118" w:firstLine="720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034DE160" w14:textId="25C755CC" w:rsidR="00662D3B" w:rsidRPr="00FE6269" w:rsidRDefault="002F6090" w:rsidP="0090050E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Ba</w:t>
      </w:r>
      <w:r w:rsidR="008C05A0" w:rsidRPr="00FE6269">
        <w:rPr>
          <w:rFonts w:asciiTheme="majorHAnsi" w:hAnsiTheme="majorHAnsi" w:cstheme="majorHAnsi"/>
          <w:sz w:val="24"/>
          <w:szCs w:val="24"/>
        </w:rPr>
        <w:t xml:space="preserve">lloon </w:t>
      </w:r>
      <w:r w:rsidR="008C05A0" w:rsidRPr="00FE6269">
        <w:rPr>
          <w:rFonts w:asciiTheme="majorHAnsi" w:hAnsiTheme="majorHAnsi" w:cstheme="majorHAnsi"/>
          <w:i/>
          <w:sz w:val="24"/>
          <w:szCs w:val="24"/>
        </w:rPr>
        <w:t>vs</w:t>
      </w:r>
      <w:r w:rsidR="00E40550" w:rsidRPr="00FE6269">
        <w:rPr>
          <w:rFonts w:asciiTheme="majorHAnsi" w:hAnsiTheme="majorHAnsi" w:cstheme="majorHAnsi"/>
          <w:sz w:val="24"/>
          <w:szCs w:val="24"/>
        </w:rPr>
        <w:t xml:space="preserve"> self-expandable in similar</w:t>
      </w:r>
      <w:r w:rsidR="008C05A0" w:rsidRPr="00FE6269">
        <w:rPr>
          <w:rFonts w:asciiTheme="majorHAnsi" w:hAnsiTheme="majorHAnsi" w:cstheme="majorHAnsi"/>
          <w:sz w:val="24"/>
          <w:szCs w:val="24"/>
        </w:rPr>
        <w:t xml:space="preserve"> a</w:t>
      </w:r>
      <w:r w:rsidRPr="00FE6269">
        <w:rPr>
          <w:rFonts w:asciiTheme="majorHAnsi" w:hAnsiTheme="majorHAnsi" w:cstheme="majorHAnsi"/>
          <w:sz w:val="24"/>
          <w:szCs w:val="24"/>
        </w:rPr>
        <w:t>natomy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2145E4" w:rsidRPr="00FE6269">
        <w:rPr>
          <w:rFonts w:asciiTheme="majorHAnsi" w:hAnsiTheme="majorHAnsi" w:cstheme="majorHAnsi"/>
          <w:b/>
          <w:sz w:val="24"/>
          <w:szCs w:val="24"/>
        </w:rPr>
        <w:t>K. Triantafyllou</w:t>
      </w:r>
    </w:p>
    <w:p w14:paraId="5DCBC7BC" w14:textId="1C00268B" w:rsidR="00751056" w:rsidRPr="00FE6269" w:rsidRDefault="00751056" w:rsidP="00B80071">
      <w:pPr>
        <w:pStyle w:val="ListParagraph"/>
        <w:ind w:left="2160" w:firstLine="3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2145E4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FC7B5A" w:rsidRPr="00FE6269">
        <w:rPr>
          <w:rFonts w:asciiTheme="majorHAnsi" w:hAnsiTheme="majorHAnsi" w:cstheme="majorHAnsi"/>
          <w:b/>
          <w:sz w:val="24"/>
          <w:szCs w:val="24"/>
        </w:rPr>
        <w:t xml:space="preserve">N. </w:t>
      </w:r>
      <w:proofErr w:type="spellStart"/>
      <w:r w:rsidR="00FC7B5A" w:rsidRPr="00FE6269">
        <w:rPr>
          <w:rFonts w:asciiTheme="majorHAnsi" w:hAnsiTheme="majorHAnsi" w:cstheme="majorHAnsi"/>
          <w:b/>
          <w:sz w:val="24"/>
          <w:szCs w:val="24"/>
        </w:rPr>
        <w:t>Kafkas</w:t>
      </w:r>
      <w:proofErr w:type="spellEnd"/>
      <w:r w:rsidR="00B80071">
        <w:rPr>
          <w:rFonts w:asciiTheme="majorHAnsi" w:hAnsiTheme="majorHAnsi" w:cstheme="majorHAnsi"/>
          <w:b/>
          <w:sz w:val="24"/>
          <w:szCs w:val="24"/>
        </w:rPr>
        <w:br/>
      </w:r>
    </w:p>
    <w:p w14:paraId="6DBA696A" w14:textId="6102C57B" w:rsidR="00662D3B" w:rsidRPr="00FE6269" w:rsidRDefault="002F6090" w:rsidP="0090050E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High </w:t>
      </w:r>
      <w:r w:rsidR="00E40550" w:rsidRPr="00FE6269">
        <w:rPr>
          <w:rFonts w:asciiTheme="majorHAnsi" w:hAnsiTheme="majorHAnsi" w:cstheme="majorHAnsi"/>
          <w:sz w:val="24"/>
          <w:szCs w:val="24"/>
        </w:rPr>
        <w:t>pacemaker-</w:t>
      </w:r>
      <w:r w:rsidR="008C05A0" w:rsidRPr="00FE6269">
        <w:rPr>
          <w:rFonts w:asciiTheme="majorHAnsi" w:hAnsiTheme="majorHAnsi" w:cstheme="majorHAnsi"/>
          <w:sz w:val="24"/>
          <w:szCs w:val="24"/>
        </w:rPr>
        <w:t>risk</w:t>
      </w:r>
      <w:r w:rsidR="009D7F80" w:rsidRPr="00FE6269">
        <w:rPr>
          <w:rFonts w:asciiTheme="majorHAnsi" w:hAnsiTheme="majorHAnsi" w:cstheme="majorHAnsi"/>
          <w:sz w:val="24"/>
          <w:szCs w:val="24"/>
        </w:rPr>
        <w:t xml:space="preserve"> patient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7D3D6A" w:rsidRPr="00FE6269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="007D3D6A" w:rsidRPr="00FE6269">
        <w:rPr>
          <w:rFonts w:asciiTheme="majorHAnsi" w:hAnsiTheme="majorHAnsi" w:cstheme="majorHAnsi"/>
          <w:b/>
          <w:sz w:val="24"/>
          <w:szCs w:val="24"/>
        </w:rPr>
        <w:t>Karamasis</w:t>
      </w:r>
      <w:proofErr w:type="spellEnd"/>
    </w:p>
    <w:p w14:paraId="236AEA7D" w14:textId="4CD3664E" w:rsidR="00751056" w:rsidRPr="00B80071" w:rsidRDefault="00751056" w:rsidP="00D82EF0">
      <w:pPr>
        <w:pStyle w:val="ListParagraph"/>
        <w:ind w:left="219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B60113" w:rsidRPr="007320E2">
        <w:rPr>
          <w:rFonts w:asciiTheme="majorHAnsi" w:hAnsiTheme="majorHAnsi" w:cstheme="majorHAnsi"/>
          <w:b/>
          <w:sz w:val="24"/>
          <w:szCs w:val="24"/>
        </w:rPr>
        <w:t>K. Aronis</w:t>
      </w:r>
      <w:r w:rsidR="00B80071">
        <w:rPr>
          <w:rFonts w:asciiTheme="majorHAnsi" w:hAnsiTheme="majorHAnsi" w:cstheme="majorHAnsi"/>
          <w:b/>
          <w:sz w:val="24"/>
          <w:szCs w:val="24"/>
        </w:rPr>
        <w:br/>
      </w:r>
    </w:p>
    <w:p w14:paraId="57B2954D" w14:textId="7000E3D9" w:rsidR="00662D3B" w:rsidRPr="00FE6269" w:rsidRDefault="002F6090" w:rsidP="0090050E">
      <w:pPr>
        <w:pStyle w:val="ListParagraph"/>
        <w:numPr>
          <w:ilvl w:val="0"/>
          <w:numId w:val="17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Alternative </w:t>
      </w:r>
      <w:r w:rsidR="008C05A0" w:rsidRPr="00FE6269">
        <w:rPr>
          <w:rFonts w:asciiTheme="majorHAnsi" w:hAnsiTheme="majorHAnsi" w:cstheme="majorHAnsi"/>
          <w:sz w:val="24"/>
          <w:szCs w:val="24"/>
        </w:rPr>
        <w:t>access that changed outcome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7D3D6A" w:rsidRPr="00FE6269">
        <w:rPr>
          <w:rFonts w:asciiTheme="majorHAnsi" w:hAnsiTheme="majorHAnsi" w:cstheme="majorHAnsi"/>
          <w:b/>
          <w:sz w:val="24"/>
          <w:szCs w:val="24"/>
        </w:rPr>
        <w:t>G. Georgiou</w:t>
      </w:r>
    </w:p>
    <w:p w14:paraId="79168748" w14:textId="6508A6EF" w:rsidR="00751056" w:rsidRPr="00FE6269" w:rsidRDefault="00751056" w:rsidP="00543309">
      <w:pPr>
        <w:pStyle w:val="ListParagraph"/>
        <w:ind w:left="219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B80071">
        <w:rPr>
          <w:rFonts w:asciiTheme="majorHAnsi" w:hAnsiTheme="majorHAnsi" w:cstheme="majorHAnsi"/>
          <w:sz w:val="24"/>
          <w:szCs w:val="24"/>
        </w:rPr>
        <w:br/>
      </w:r>
      <w:r w:rsidR="007D3D6A" w:rsidRPr="00FE6269">
        <w:rPr>
          <w:rFonts w:asciiTheme="majorHAnsi" w:hAnsiTheme="majorHAnsi" w:cstheme="majorHAnsi"/>
          <w:b/>
          <w:sz w:val="24"/>
          <w:szCs w:val="24"/>
        </w:rPr>
        <w:t>K. Kalogeras</w:t>
      </w:r>
    </w:p>
    <w:p w14:paraId="6FA98A4C" w14:textId="77777777" w:rsidR="00751056" w:rsidRPr="00FE6269" w:rsidRDefault="00751056">
      <w:pPr>
        <w:rPr>
          <w:rFonts w:asciiTheme="majorHAnsi" w:hAnsiTheme="majorHAnsi" w:cstheme="majorHAnsi"/>
          <w:sz w:val="24"/>
          <w:szCs w:val="24"/>
        </w:rPr>
      </w:pPr>
    </w:p>
    <w:p w14:paraId="78B5B818" w14:textId="5E5D59BD" w:rsidR="00B80071" w:rsidRPr="00C90911" w:rsidRDefault="00B80071" w:rsidP="009F5884">
      <w:pPr>
        <w:tabs>
          <w:tab w:val="left" w:pos="1843"/>
        </w:tabs>
        <w:ind w:left="1843" w:hanging="1983"/>
        <w:rPr>
          <w:rFonts w:asciiTheme="majorHAnsi" w:hAnsiTheme="majorHAnsi" w:cstheme="majorHAnsi"/>
          <w:b/>
          <w:sz w:val="24"/>
          <w:szCs w:val="24"/>
        </w:rPr>
      </w:pPr>
      <w:r w:rsidRPr="00B80071">
        <w:rPr>
          <w:rFonts w:asciiTheme="majorHAnsi" w:hAnsiTheme="majorHAnsi" w:cstheme="majorHAnsi"/>
          <w:b/>
          <w:color w:val="7F1B25"/>
          <w:sz w:val="24"/>
          <w:szCs w:val="24"/>
        </w:rPr>
        <w:t>14:15–14:45</w:t>
      </w:r>
      <w:r w:rsidRPr="00B8007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B80071">
        <w:rPr>
          <w:rFonts w:asciiTheme="majorHAnsi" w:hAnsiTheme="majorHAnsi" w:cstheme="majorHAnsi"/>
          <w:b/>
          <w:color w:val="7F1B25"/>
          <w:sz w:val="24"/>
          <w:szCs w:val="24"/>
        </w:rPr>
        <w:t>LIVE</w:t>
      </w:r>
      <w:r w:rsidR="00F11649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-IN-A-BOX SESSION II </w:t>
      </w:r>
      <w:r w:rsidR="00806E53" w:rsidRPr="00B8007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– AORTIC 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="00AC420F" w:rsidRPr="00FE6269">
        <w:rPr>
          <w:rFonts w:asciiTheme="majorHAnsi" w:hAnsiTheme="majorHAnsi" w:cstheme="majorHAnsi"/>
          <w:sz w:val="24"/>
          <w:szCs w:val="24"/>
        </w:rPr>
        <w:t>M</w:t>
      </w:r>
      <w:r w:rsidR="00BD560F" w:rsidRPr="00FE6269">
        <w:rPr>
          <w:rFonts w:asciiTheme="majorHAnsi" w:hAnsiTheme="majorHAnsi" w:cstheme="majorHAnsi"/>
          <w:sz w:val="24"/>
          <w:szCs w:val="24"/>
        </w:rPr>
        <w:t>oderator</w:t>
      </w:r>
      <w:r w:rsidR="00D15384" w:rsidRPr="00FE6269">
        <w:rPr>
          <w:rFonts w:asciiTheme="majorHAnsi" w:hAnsiTheme="majorHAnsi" w:cstheme="majorHAnsi"/>
          <w:sz w:val="24"/>
          <w:szCs w:val="24"/>
        </w:rPr>
        <w:t xml:space="preserve">: </w:t>
      </w:r>
      <w:r w:rsidR="00D15384" w:rsidRPr="00FE6269">
        <w:rPr>
          <w:rFonts w:asciiTheme="majorHAnsi" w:hAnsiTheme="majorHAnsi" w:cstheme="majorHAnsi"/>
          <w:b/>
          <w:sz w:val="24"/>
          <w:szCs w:val="24"/>
        </w:rPr>
        <w:t xml:space="preserve">D. </w:t>
      </w:r>
      <w:proofErr w:type="spellStart"/>
      <w:r w:rsidR="00D15384" w:rsidRPr="00FE6269">
        <w:rPr>
          <w:rFonts w:asciiTheme="majorHAnsi" w:hAnsiTheme="majorHAnsi" w:cstheme="majorHAnsi"/>
          <w:b/>
          <w:sz w:val="24"/>
          <w:szCs w:val="24"/>
        </w:rPr>
        <w:t>Syrseloudis</w:t>
      </w:r>
      <w:proofErr w:type="spellEnd"/>
    </w:p>
    <w:p w14:paraId="7298ED39" w14:textId="77777777" w:rsidR="009916BB" w:rsidRPr="00FE6269" w:rsidRDefault="00AC420F" w:rsidP="00B80071">
      <w:pPr>
        <w:ind w:left="1440" w:firstLine="403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P</w:t>
      </w:r>
      <w:r w:rsidR="009916BB" w:rsidRPr="00FE6269">
        <w:rPr>
          <w:rFonts w:asciiTheme="majorHAnsi" w:hAnsiTheme="majorHAnsi" w:cstheme="majorHAnsi"/>
          <w:sz w:val="24"/>
          <w:szCs w:val="24"/>
        </w:rPr>
        <w:t>anelists</w:t>
      </w:r>
      <w:r w:rsidR="001C6B77" w:rsidRPr="00FE6269">
        <w:rPr>
          <w:rFonts w:asciiTheme="majorHAnsi" w:hAnsiTheme="majorHAnsi" w:cstheme="majorHAnsi"/>
          <w:sz w:val="24"/>
          <w:szCs w:val="24"/>
        </w:rPr>
        <w:t xml:space="preserve">: </w:t>
      </w:r>
      <w:r w:rsidR="001C6B77" w:rsidRPr="00FE6269">
        <w:rPr>
          <w:rFonts w:asciiTheme="majorHAnsi" w:hAnsiTheme="majorHAnsi" w:cstheme="majorHAnsi"/>
          <w:b/>
          <w:sz w:val="24"/>
          <w:szCs w:val="24"/>
        </w:rPr>
        <w:t xml:space="preserve">F. </w:t>
      </w:r>
      <w:proofErr w:type="spellStart"/>
      <w:r w:rsidR="001C6B77" w:rsidRPr="00FE6269">
        <w:rPr>
          <w:rFonts w:asciiTheme="majorHAnsi" w:hAnsiTheme="majorHAnsi" w:cstheme="majorHAnsi"/>
          <w:b/>
          <w:sz w:val="24"/>
          <w:szCs w:val="24"/>
        </w:rPr>
        <w:t>Kolokathis</w:t>
      </w:r>
      <w:proofErr w:type="spellEnd"/>
      <w:r w:rsidR="000E5FF8" w:rsidRPr="00FE6269">
        <w:rPr>
          <w:rFonts w:asciiTheme="majorHAnsi" w:hAnsiTheme="majorHAnsi" w:cstheme="majorHAnsi"/>
          <w:b/>
          <w:sz w:val="24"/>
          <w:szCs w:val="24"/>
        </w:rPr>
        <w:t xml:space="preserve">, G. </w:t>
      </w:r>
      <w:proofErr w:type="spellStart"/>
      <w:r w:rsidR="000E5FF8" w:rsidRPr="00FE6269">
        <w:rPr>
          <w:rFonts w:asciiTheme="majorHAnsi" w:hAnsiTheme="majorHAnsi" w:cstheme="majorHAnsi"/>
          <w:b/>
          <w:sz w:val="24"/>
          <w:szCs w:val="24"/>
        </w:rPr>
        <w:t>Kassimis</w:t>
      </w:r>
      <w:proofErr w:type="spellEnd"/>
      <w:r w:rsidR="00D850B2" w:rsidRPr="00FE6269">
        <w:rPr>
          <w:rFonts w:asciiTheme="majorHAnsi" w:hAnsiTheme="majorHAnsi" w:cstheme="majorHAnsi"/>
          <w:b/>
          <w:sz w:val="24"/>
          <w:szCs w:val="24"/>
        </w:rPr>
        <w:t xml:space="preserve">, I. Karabinos, J. </w:t>
      </w:r>
      <w:proofErr w:type="spellStart"/>
      <w:r w:rsidR="00D850B2" w:rsidRPr="00FE6269">
        <w:rPr>
          <w:rFonts w:asciiTheme="majorHAnsi" w:hAnsiTheme="majorHAnsi" w:cstheme="majorHAnsi"/>
          <w:b/>
          <w:sz w:val="24"/>
          <w:szCs w:val="24"/>
        </w:rPr>
        <w:t>Kanakakis</w:t>
      </w:r>
      <w:proofErr w:type="spellEnd"/>
    </w:p>
    <w:p w14:paraId="37A7FCCA" w14:textId="77777777" w:rsidR="00B80071" w:rsidRPr="005B2DE0" w:rsidRDefault="00B80071">
      <w:pPr>
        <w:rPr>
          <w:rFonts w:asciiTheme="majorHAnsi" w:hAnsiTheme="majorHAnsi" w:cstheme="majorHAnsi"/>
          <w:sz w:val="24"/>
          <w:szCs w:val="24"/>
        </w:rPr>
      </w:pPr>
    </w:p>
    <w:p w14:paraId="1A257415" w14:textId="7FE0EF9E" w:rsidR="00B80071" w:rsidRDefault="00F87EB2">
      <w:pPr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36064" behindDoc="1" locked="0" layoutInCell="1" allowOverlap="1" wp14:anchorId="73557A01" wp14:editId="31367113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658582410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071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70C1A8B" wp14:editId="31801E03">
                <wp:simplePos x="0" y="0"/>
                <wp:positionH relativeFrom="column">
                  <wp:posOffset>-1152878</wp:posOffset>
                </wp:positionH>
                <wp:positionV relativeFrom="paragraph">
                  <wp:posOffset>1875367</wp:posOffset>
                </wp:positionV>
                <wp:extent cx="7857366" cy="337255"/>
                <wp:effectExtent l="12700" t="12700" r="17145" b="18415"/>
                <wp:wrapNone/>
                <wp:docPr id="1827498143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09382" w14:textId="77777777" w:rsidR="00B80071" w:rsidRPr="00DB5FD6" w:rsidRDefault="00B80071" w:rsidP="00B80071">
                            <w:pPr>
                              <w:ind w:left="720" w:firstLine="72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C1A8B" id="_x0000_s1031" style="position:absolute;margin-left:-90.8pt;margin-top:147.65pt;width:618.7pt;height:26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" fillcolor="#7f1b25" strokecolor="#faf6f6" strokeweight="2pt">
                <v:textbox>
                  <w:txbxContent>
                    <w:p w14:paraId="42A09382" w14:textId="77777777" w:rsidR="00B80071" w:rsidRPr="00DB5FD6" w:rsidRDefault="00B80071" w:rsidP="00B80071">
                      <w:pPr>
                        <w:ind w:left="720" w:firstLine="72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</w:p>
                  </w:txbxContent>
                </v:textbox>
              </v:rect>
            </w:pict>
          </mc:Fallback>
        </mc:AlternateContent>
      </w:r>
      <w:r w:rsidR="00B80071">
        <w:rPr>
          <w:noProof/>
        </w:rPr>
        <w:drawing>
          <wp:anchor distT="0" distB="0" distL="114300" distR="114300" simplePos="0" relativeHeight="251676672" behindDoc="1" locked="0" layoutInCell="1" allowOverlap="1" wp14:anchorId="65B7FFC5" wp14:editId="2643064A">
            <wp:simplePos x="0" y="0"/>
            <wp:positionH relativeFrom="column">
              <wp:posOffset>-1143000</wp:posOffset>
            </wp:positionH>
            <wp:positionV relativeFrom="paragraph">
              <wp:posOffset>-456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29634979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989E" w14:textId="77777777" w:rsidR="002F1E2F" w:rsidRPr="002F1E2F" w:rsidRDefault="002F1E2F" w:rsidP="002F1E2F">
      <w:pPr>
        <w:rPr>
          <w:rFonts w:asciiTheme="majorHAnsi" w:hAnsiTheme="majorHAnsi" w:cstheme="majorHAnsi"/>
          <w:bCs/>
          <w:sz w:val="24"/>
          <w:szCs w:val="24"/>
        </w:rPr>
      </w:pPr>
    </w:p>
    <w:p w14:paraId="51C589D5" w14:textId="70237D4C" w:rsidR="00662D3B" w:rsidRPr="007B14D5" w:rsidRDefault="00B80071" w:rsidP="007B14D5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</w:rPr>
      </w:pPr>
      <w:r w:rsidRPr="002F1E2F">
        <w:rPr>
          <w:rFonts w:asciiTheme="majorHAnsi" w:hAnsiTheme="majorHAnsi" w:cstheme="majorHAnsi"/>
          <w:bCs/>
          <w:sz w:val="24"/>
          <w:szCs w:val="24"/>
        </w:rPr>
        <w:t>14:45–15:00</w:t>
      </w:r>
      <w:r w:rsidRPr="002F1E2F">
        <w:rPr>
          <w:rFonts w:asciiTheme="majorHAnsi" w:hAnsiTheme="majorHAnsi" w:cstheme="majorHAnsi"/>
          <w:bCs/>
          <w:sz w:val="24"/>
          <w:szCs w:val="24"/>
        </w:rPr>
        <w:tab/>
      </w:r>
      <w:r w:rsidR="002F6090" w:rsidRPr="002F1E2F">
        <w:rPr>
          <w:rFonts w:asciiTheme="majorHAnsi" w:hAnsiTheme="majorHAnsi" w:cstheme="majorHAnsi"/>
          <w:bCs/>
          <w:sz w:val="24"/>
          <w:szCs w:val="24"/>
        </w:rPr>
        <w:t xml:space="preserve">Coffee Break </w:t>
      </w:r>
      <w:r w:rsidR="007B14D5">
        <w:rPr>
          <w:rFonts w:asciiTheme="majorHAnsi" w:hAnsiTheme="majorHAnsi" w:cstheme="majorHAnsi"/>
          <w:bCs/>
          <w:sz w:val="24"/>
          <w:szCs w:val="24"/>
        </w:rPr>
        <w:br/>
      </w:r>
    </w:p>
    <w:p w14:paraId="63AE772A" w14:textId="4E7E882D" w:rsidR="00751056" w:rsidRPr="004D6061" w:rsidRDefault="002F1E2F" w:rsidP="007B14D5">
      <w:pPr>
        <w:tabs>
          <w:tab w:val="left" w:pos="1843"/>
        </w:tabs>
        <w:ind w:left="1838" w:hanging="1980"/>
        <w:rPr>
          <w:rFonts w:asciiTheme="majorHAnsi" w:hAnsiTheme="majorHAnsi" w:cstheme="majorHAnsi"/>
          <w:b/>
          <w:sz w:val="24"/>
          <w:szCs w:val="24"/>
        </w:rPr>
      </w:pPr>
      <w:r w:rsidRPr="007B14D5">
        <w:rPr>
          <w:rFonts w:asciiTheme="majorHAnsi" w:hAnsiTheme="majorHAnsi" w:cstheme="majorHAnsi"/>
          <w:b/>
          <w:color w:val="7F1B25"/>
          <w:sz w:val="24"/>
          <w:szCs w:val="24"/>
        </w:rPr>
        <w:t>15:00–15:45</w:t>
      </w:r>
      <w:r w:rsidRPr="007B14D5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7B14D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4 </w:t>
      </w:r>
      <w:r w:rsidR="007B14D5" w:rsidRPr="007B14D5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2F6090" w:rsidRPr="007B14D5">
        <w:rPr>
          <w:rFonts w:asciiTheme="majorHAnsi" w:hAnsiTheme="majorHAnsi" w:cstheme="majorHAnsi"/>
          <w:b/>
          <w:color w:val="7F1B25"/>
          <w:sz w:val="24"/>
          <w:szCs w:val="24"/>
        </w:rPr>
        <w:t>WHEN SURGERY STILL MATTERS</w:t>
      </w:r>
      <w:r w:rsidR="00343C52" w:rsidRPr="007B14D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: </w:t>
      </w:r>
      <w:r w:rsidR="00B4668F" w:rsidRPr="007B14D5">
        <w:rPr>
          <w:rFonts w:asciiTheme="majorHAnsi" w:hAnsiTheme="majorHAnsi" w:cstheme="majorHAnsi"/>
          <w:b/>
          <w:color w:val="7F1B25"/>
          <w:sz w:val="24"/>
          <w:szCs w:val="24"/>
        </w:rPr>
        <w:t>AORTIC VALVE</w:t>
      </w:r>
      <w:r w:rsidR="002F6090" w:rsidRPr="007B14D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 w:rsidR="007B14D5">
        <w:rPr>
          <w:rFonts w:asciiTheme="majorHAnsi" w:hAnsiTheme="majorHAnsi" w:cstheme="majorHAnsi"/>
          <w:b/>
          <w:sz w:val="24"/>
          <w:szCs w:val="24"/>
        </w:rPr>
        <w:br/>
      </w:r>
      <w:r w:rsidR="00B4668F" w:rsidRPr="007B14D5">
        <w:rPr>
          <w:rFonts w:asciiTheme="majorHAnsi" w:hAnsiTheme="majorHAnsi" w:cstheme="majorHAnsi"/>
          <w:bCs/>
          <w:sz w:val="24"/>
          <w:szCs w:val="24"/>
        </w:rPr>
        <w:t>M</w:t>
      </w:r>
      <w:r w:rsidR="00751056" w:rsidRPr="007B14D5">
        <w:rPr>
          <w:rFonts w:asciiTheme="majorHAnsi" w:hAnsiTheme="majorHAnsi" w:cstheme="majorHAnsi"/>
          <w:bCs/>
          <w:sz w:val="24"/>
          <w:szCs w:val="24"/>
        </w:rPr>
        <w:t>oderators</w:t>
      </w:r>
      <w:r w:rsidR="00B4668F" w:rsidRPr="007B14D5">
        <w:rPr>
          <w:rFonts w:asciiTheme="majorHAnsi" w:hAnsiTheme="majorHAnsi" w:cstheme="majorHAnsi"/>
          <w:bCs/>
          <w:sz w:val="24"/>
          <w:szCs w:val="24"/>
        </w:rPr>
        <w:t>:</w:t>
      </w:r>
      <w:r w:rsidR="00B4668F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FE0E0F" w:rsidRPr="00FE6269">
        <w:rPr>
          <w:rFonts w:asciiTheme="majorHAnsi" w:hAnsiTheme="majorHAnsi" w:cstheme="majorHAnsi"/>
          <w:b/>
          <w:sz w:val="24"/>
          <w:szCs w:val="24"/>
        </w:rPr>
        <w:t xml:space="preserve">C. </w:t>
      </w:r>
      <w:r w:rsidR="007B14D5">
        <w:rPr>
          <w:rFonts w:asciiTheme="majorHAnsi" w:hAnsiTheme="majorHAnsi" w:cstheme="majorHAnsi"/>
          <w:b/>
          <w:sz w:val="24"/>
          <w:szCs w:val="24"/>
        </w:rPr>
        <w:t>K</w:t>
      </w:r>
      <w:r w:rsidR="00FE0E0F" w:rsidRPr="00FE6269">
        <w:rPr>
          <w:rFonts w:asciiTheme="majorHAnsi" w:hAnsiTheme="majorHAnsi" w:cstheme="majorHAnsi"/>
          <w:b/>
          <w:sz w:val="24"/>
          <w:szCs w:val="24"/>
        </w:rPr>
        <w:t xml:space="preserve">otoulas, </w:t>
      </w:r>
      <w:r w:rsidR="00026408" w:rsidRPr="00FE6269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="00026408" w:rsidRPr="00FE6269">
        <w:rPr>
          <w:rFonts w:asciiTheme="majorHAnsi" w:hAnsiTheme="majorHAnsi" w:cstheme="majorHAnsi"/>
          <w:b/>
          <w:sz w:val="24"/>
          <w:szCs w:val="24"/>
        </w:rPr>
        <w:t>Filippato</w:t>
      </w:r>
      <w:r w:rsidR="004D6061">
        <w:rPr>
          <w:rFonts w:asciiTheme="majorHAnsi" w:hAnsiTheme="majorHAnsi" w:cstheme="majorHAnsi"/>
          <w:b/>
          <w:sz w:val="24"/>
          <w:szCs w:val="24"/>
        </w:rPr>
        <w:t>s</w:t>
      </w:r>
      <w:proofErr w:type="spellEnd"/>
    </w:p>
    <w:p w14:paraId="371E7B12" w14:textId="77777777" w:rsidR="00387135" w:rsidRPr="00FE6269" w:rsidRDefault="00387135" w:rsidP="007B14D5">
      <w:pPr>
        <w:ind w:left="1118" w:firstLine="720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27644233" w14:textId="4C33A488" w:rsidR="00662D3B" w:rsidRPr="00FE6269" w:rsidRDefault="00551560" w:rsidP="0090050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Failed TAVI r</w:t>
      </w:r>
      <w:r w:rsidR="002F6090" w:rsidRPr="00FE6269">
        <w:rPr>
          <w:rFonts w:asciiTheme="majorHAnsi" w:hAnsiTheme="majorHAnsi" w:cstheme="majorHAnsi"/>
          <w:sz w:val="24"/>
          <w:szCs w:val="24"/>
        </w:rPr>
        <w:t>eferred for SAVR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EF6934" w:rsidRPr="00FE6269">
        <w:rPr>
          <w:rFonts w:asciiTheme="majorHAnsi" w:hAnsiTheme="majorHAnsi" w:cstheme="majorHAnsi"/>
          <w:b/>
          <w:sz w:val="24"/>
          <w:szCs w:val="24"/>
        </w:rPr>
        <w:t>Roubelakis</w:t>
      </w:r>
      <w:proofErr w:type="spellEnd"/>
    </w:p>
    <w:p w14:paraId="4C4C5E24" w14:textId="1C4E47D5" w:rsidR="00751056" w:rsidRPr="00FE6269" w:rsidRDefault="00751056" w:rsidP="007B14D5">
      <w:pPr>
        <w:pStyle w:val="ListParagraph"/>
        <w:ind w:left="219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 xml:space="preserve">E. </w:t>
      </w:r>
      <w:proofErr w:type="spellStart"/>
      <w:r w:rsidR="00EF6934" w:rsidRPr="00FE6269">
        <w:rPr>
          <w:rFonts w:asciiTheme="majorHAnsi" w:hAnsiTheme="majorHAnsi" w:cstheme="majorHAnsi"/>
          <w:b/>
          <w:sz w:val="24"/>
          <w:szCs w:val="24"/>
        </w:rPr>
        <w:t>Poulidakis</w:t>
      </w:r>
      <w:proofErr w:type="spellEnd"/>
      <w:r w:rsidR="007B14D5">
        <w:rPr>
          <w:rFonts w:asciiTheme="majorHAnsi" w:hAnsiTheme="majorHAnsi" w:cstheme="majorHAnsi"/>
          <w:b/>
          <w:sz w:val="24"/>
          <w:szCs w:val="24"/>
        </w:rPr>
        <w:br/>
      </w:r>
    </w:p>
    <w:p w14:paraId="28C46D16" w14:textId="51A839F6" w:rsidR="00662D3B" w:rsidRPr="00FE6269" w:rsidRDefault="00551560" w:rsidP="0090050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TAVI </w:t>
      </w:r>
      <w:proofErr w:type="spellStart"/>
      <w:r w:rsidRPr="00FE6269">
        <w:rPr>
          <w:rFonts w:asciiTheme="majorHAnsi" w:hAnsiTheme="majorHAnsi" w:cstheme="majorHAnsi"/>
          <w:sz w:val="24"/>
          <w:szCs w:val="24"/>
        </w:rPr>
        <w:t>explantation</w:t>
      </w:r>
      <w:proofErr w:type="spellEnd"/>
      <w:r w:rsidRPr="00FE6269">
        <w:rPr>
          <w:rFonts w:asciiTheme="majorHAnsi" w:hAnsiTheme="majorHAnsi" w:cstheme="majorHAnsi"/>
          <w:sz w:val="24"/>
          <w:szCs w:val="24"/>
        </w:rPr>
        <w:t>: When and h</w:t>
      </w:r>
      <w:r w:rsidR="002F6090" w:rsidRPr="00FE6269">
        <w:rPr>
          <w:rFonts w:asciiTheme="majorHAnsi" w:hAnsiTheme="majorHAnsi" w:cstheme="majorHAnsi"/>
          <w:sz w:val="24"/>
          <w:szCs w:val="24"/>
        </w:rPr>
        <w:t>ow?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>D. Avgerinos</w:t>
      </w:r>
    </w:p>
    <w:p w14:paraId="1299AEF3" w14:textId="69D7FFDD" w:rsidR="00751056" w:rsidRPr="00FE6269" w:rsidRDefault="00751056" w:rsidP="007B14D5">
      <w:pPr>
        <w:pStyle w:val="ListParagraph"/>
        <w:ind w:left="225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 xml:space="preserve">L. </w:t>
      </w:r>
      <w:proofErr w:type="spellStart"/>
      <w:r w:rsidR="00EF6934" w:rsidRPr="00FE6269">
        <w:rPr>
          <w:rFonts w:asciiTheme="majorHAnsi" w:hAnsiTheme="majorHAnsi" w:cstheme="majorHAnsi"/>
          <w:b/>
          <w:sz w:val="24"/>
          <w:szCs w:val="24"/>
        </w:rPr>
        <w:t>Poulimenos</w:t>
      </w:r>
      <w:proofErr w:type="spellEnd"/>
      <w:r w:rsidR="007B14D5">
        <w:rPr>
          <w:rFonts w:asciiTheme="majorHAnsi" w:hAnsiTheme="majorHAnsi" w:cstheme="majorHAnsi"/>
          <w:b/>
          <w:sz w:val="24"/>
          <w:szCs w:val="24"/>
        </w:rPr>
        <w:br/>
      </w:r>
    </w:p>
    <w:p w14:paraId="2CD95E78" w14:textId="7B37ACA3" w:rsidR="00662D3B" w:rsidRPr="00FE6269" w:rsidRDefault="002F6090" w:rsidP="0090050E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Rising </w:t>
      </w:r>
      <w:r w:rsidR="00551560" w:rsidRPr="00FE6269">
        <w:rPr>
          <w:rFonts w:asciiTheme="majorHAnsi" w:hAnsiTheme="majorHAnsi" w:cstheme="majorHAnsi"/>
          <w:sz w:val="24"/>
          <w:szCs w:val="24"/>
        </w:rPr>
        <w:t>gradients</w:t>
      </w:r>
      <w:r w:rsidR="00CF7634" w:rsidRPr="00FE6269">
        <w:rPr>
          <w:rFonts w:asciiTheme="majorHAnsi" w:hAnsiTheme="majorHAnsi" w:cstheme="majorHAnsi"/>
          <w:sz w:val="24"/>
          <w:szCs w:val="24"/>
        </w:rPr>
        <w:t xml:space="preserve"> after TAVI</w:t>
      </w:r>
      <w:r w:rsidR="00551560" w:rsidRPr="00FE6269">
        <w:rPr>
          <w:rFonts w:asciiTheme="majorHAnsi" w:hAnsiTheme="majorHAnsi" w:cstheme="majorHAnsi"/>
          <w:sz w:val="24"/>
          <w:szCs w:val="24"/>
        </w:rPr>
        <w:t>: Redo-TAVI or s</w:t>
      </w:r>
      <w:r w:rsidRPr="00FE6269">
        <w:rPr>
          <w:rFonts w:asciiTheme="majorHAnsi" w:hAnsiTheme="majorHAnsi" w:cstheme="majorHAnsi"/>
          <w:sz w:val="24"/>
          <w:szCs w:val="24"/>
        </w:rPr>
        <w:t>urgery?</w:t>
      </w:r>
      <w:r w:rsidR="00EF6934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>A. Taleb</w:t>
      </w:r>
    </w:p>
    <w:p w14:paraId="2A09F24B" w14:textId="10175301" w:rsidR="00751056" w:rsidRPr="00FE6269" w:rsidRDefault="00751056" w:rsidP="007B14D5">
      <w:pPr>
        <w:pStyle w:val="ListParagraph"/>
        <w:ind w:left="2198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7B14D5">
        <w:rPr>
          <w:rFonts w:asciiTheme="majorHAnsi" w:hAnsiTheme="majorHAnsi" w:cstheme="majorHAnsi"/>
          <w:sz w:val="24"/>
          <w:szCs w:val="24"/>
        </w:rPr>
        <w:br/>
      </w:r>
      <w:r w:rsidR="00EF6934" w:rsidRPr="00FE6269">
        <w:rPr>
          <w:rFonts w:asciiTheme="majorHAnsi" w:hAnsiTheme="majorHAnsi" w:cstheme="majorHAnsi"/>
          <w:b/>
          <w:sz w:val="24"/>
          <w:szCs w:val="24"/>
        </w:rPr>
        <w:t xml:space="preserve">P. </w:t>
      </w:r>
      <w:proofErr w:type="spellStart"/>
      <w:r w:rsidR="00EF6934" w:rsidRPr="00FE6269">
        <w:rPr>
          <w:rFonts w:asciiTheme="majorHAnsi" w:hAnsiTheme="majorHAnsi" w:cstheme="majorHAnsi"/>
          <w:b/>
          <w:sz w:val="24"/>
          <w:szCs w:val="24"/>
        </w:rPr>
        <w:t>Koutrolou</w:t>
      </w:r>
      <w:proofErr w:type="spellEnd"/>
      <w:r w:rsidR="007B14D5">
        <w:rPr>
          <w:rFonts w:asciiTheme="majorHAnsi" w:hAnsiTheme="majorHAnsi" w:cstheme="majorHAnsi"/>
          <w:b/>
          <w:sz w:val="24"/>
          <w:szCs w:val="24"/>
        </w:rPr>
        <w:br/>
      </w:r>
    </w:p>
    <w:p w14:paraId="6B8E735D" w14:textId="37FE52E8" w:rsidR="00751056" w:rsidRPr="00D737FF" w:rsidRDefault="00551560" w:rsidP="00D737FF">
      <w:pPr>
        <w:pStyle w:val="ListParagraph"/>
        <w:numPr>
          <w:ilvl w:val="0"/>
          <w:numId w:val="16"/>
        </w:numPr>
        <w:rPr>
          <w:rFonts w:asciiTheme="majorHAnsi" w:hAnsiTheme="majorHAnsi" w:cstheme="majorHAnsi"/>
          <w:sz w:val="24"/>
          <w:szCs w:val="24"/>
        </w:rPr>
      </w:pPr>
      <w:r w:rsidRPr="00945F4D">
        <w:rPr>
          <w:rFonts w:asciiTheme="majorHAnsi" w:hAnsiTheme="majorHAnsi" w:cstheme="majorHAnsi"/>
          <w:sz w:val="24"/>
          <w:szCs w:val="24"/>
        </w:rPr>
        <w:t>Post-TAVI e</w:t>
      </w:r>
      <w:r w:rsidR="002F6090" w:rsidRPr="00945F4D">
        <w:rPr>
          <w:rFonts w:asciiTheme="majorHAnsi" w:hAnsiTheme="majorHAnsi" w:cstheme="majorHAnsi"/>
          <w:sz w:val="24"/>
          <w:szCs w:val="24"/>
        </w:rPr>
        <w:t>ndocarditis</w:t>
      </w:r>
      <w:r w:rsidR="00945F4D" w:rsidRPr="00945F4D">
        <w:rPr>
          <w:rFonts w:asciiTheme="majorHAnsi" w:hAnsiTheme="majorHAnsi" w:cstheme="majorHAnsi"/>
          <w:sz w:val="24"/>
          <w:szCs w:val="24"/>
        </w:rPr>
        <w:br/>
      </w:r>
      <w:r w:rsidR="00D33A6D" w:rsidRPr="000A160C">
        <w:rPr>
          <w:rFonts w:asciiTheme="majorHAnsi" w:hAnsiTheme="majorHAnsi" w:cstheme="majorHAnsi"/>
          <w:b/>
          <w:bCs/>
          <w:sz w:val="24"/>
          <w:szCs w:val="24"/>
        </w:rPr>
        <w:t xml:space="preserve">D. </w:t>
      </w:r>
      <w:r w:rsidR="00945F4D" w:rsidRPr="000A160C">
        <w:rPr>
          <w:rFonts w:asciiTheme="majorHAnsi" w:hAnsiTheme="majorHAnsi" w:cstheme="majorHAnsi"/>
          <w:b/>
          <w:bCs/>
          <w:sz w:val="24"/>
          <w:szCs w:val="24"/>
        </w:rPr>
        <w:t>Iliopoulos</w:t>
      </w:r>
      <w:r w:rsidR="00945F4D">
        <w:rPr>
          <w:rFonts w:asciiTheme="majorHAnsi" w:hAnsiTheme="majorHAnsi" w:cstheme="majorHAnsi"/>
          <w:sz w:val="24"/>
          <w:szCs w:val="24"/>
        </w:rPr>
        <w:t xml:space="preserve"> </w:t>
      </w:r>
      <w:r w:rsidR="007B14D5" w:rsidRPr="00945F4D">
        <w:rPr>
          <w:rFonts w:asciiTheme="majorHAnsi" w:hAnsiTheme="majorHAnsi" w:cstheme="majorHAnsi"/>
          <w:sz w:val="24"/>
          <w:szCs w:val="24"/>
        </w:rPr>
        <w:br/>
      </w:r>
      <w:r w:rsidR="00751056" w:rsidRPr="00945F4D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85226C" w:rsidRPr="00945F4D">
        <w:rPr>
          <w:rFonts w:asciiTheme="majorHAnsi" w:hAnsiTheme="majorHAnsi" w:cstheme="majorHAnsi"/>
          <w:sz w:val="24"/>
          <w:szCs w:val="24"/>
        </w:rPr>
        <w:br/>
      </w:r>
      <w:r w:rsidR="0081743C">
        <w:rPr>
          <w:rFonts w:asciiTheme="majorHAnsi" w:hAnsiTheme="majorHAnsi" w:cstheme="majorHAnsi"/>
          <w:b/>
          <w:sz w:val="24"/>
          <w:szCs w:val="24"/>
        </w:rPr>
        <w:t xml:space="preserve">E. </w:t>
      </w:r>
      <w:proofErr w:type="spellStart"/>
      <w:r w:rsidR="0081743C">
        <w:rPr>
          <w:rFonts w:asciiTheme="majorHAnsi" w:hAnsiTheme="majorHAnsi" w:cstheme="majorHAnsi"/>
          <w:b/>
          <w:sz w:val="24"/>
          <w:szCs w:val="24"/>
        </w:rPr>
        <w:t>Tsougkos</w:t>
      </w:r>
      <w:proofErr w:type="spellEnd"/>
      <w:r w:rsidR="0081743C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52ECA408" w14:textId="77777777" w:rsidR="00751056" w:rsidRPr="00FE6269" w:rsidRDefault="00751056" w:rsidP="00751056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1A60A5E5" w14:textId="66F4ECB4" w:rsidR="000958AF" w:rsidRPr="004F6808" w:rsidRDefault="0085226C" w:rsidP="004F6808">
      <w:pPr>
        <w:tabs>
          <w:tab w:val="left" w:pos="1843"/>
        </w:tabs>
        <w:ind w:left="1838" w:hanging="1980"/>
        <w:rPr>
          <w:rFonts w:asciiTheme="majorHAnsi" w:hAnsiTheme="majorHAnsi" w:cstheme="majorHAnsi"/>
          <w:color w:val="7F1B25"/>
          <w:sz w:val="24"/>
          <w:szCs w:val="24"/>
        </w:rPr>
      </w:pPr>
      <w:r w:rsidRPr="004F6808">
        <w:rPr>
          <w:rFonts w:asciiTheme="majorHAnsi" w:hAnsiTheme="majorHAnsi" w:cstheme="majorHAnsi"/>
          <w:b/>
          <w:color w:val="7F1B25"/>
          <w:sz w:val="24"/>
          <w:szCs w:val="24"/>
        </w:rPr>
        <w:t>15:45–16:15</w:t>
      </w:r>
      <w:r w:rsidR="004F6808" w:rsidRPr="004F6808">
        <w:rPr>
          <w:rFonts w:asciiTheme="majorHAnsi" w:hAnsiTheme="majorHAnsi" w:cstheme="majorHAnsi"/>
          <w:color w:val="7F1B25"/>
          <w:sz w:val="24"/>
          <w:szCs w:val="24"/>
        </w:rPr>
        <w:tab/>
      </w:r>
      <w:r w:rsidR="002F6090" w:rsidRPr="004F6808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INDUSTRY TECHNOLOGY SESSION II </w:t>
      </w:r>
      <w:r w:rsidR="004F6808">
        <w:rPr>
          <w:rFonts w:asciiTheme="majorHAnsi" w:hAnsiTheme="majorHAnsi" w:cstheme="majorHAnsi"/>
          <w:color w:val="7F1B25"/>
          <w:sz w:val="24"/>
          <w:szCs w:val="24"/>
        </w:rPr>
        <w:br/>
      </w:r>
      <w:r w:rsidR="000958AF" w:rsidRPr="00FE6269">
        <w:rPr>
          <w:rFonts w:asciiTheme="majorHAnsi" w:hAnsiTheme="majorHAnsi" w:cstheme="majorHAnsi"/>
          <w:sz w:val="24"/>
          <w:szCs w:val="24"/>
        </w:rPr>
        <w:t xml:space="preserve">Moderator: </w:t>
      </w:r>
      <w:r w:rsidR="000958AF" w:rsidRPr="004F6808">
        <w:rPr>
          <w:rFonts w:asciiTheme="majorHAnsi" w:hAnsiTheme="majorHAnsi" w:cstheme="majorHAnsi"/>
          <w:b/>
          <w:bCs/>
          <w:sz w:val="24"/>
          <w:szCs w:val="24"/>
        </w:rPr>
        <w:t xml:space="preserve">K. </w:t>
      </w:r>
      <w:proofErr w:type="spellStart"/>
      <w:r w:rsidR="000958AF" w:rsidRPr="004F6808">
        <w:rPr>
          <w:rFonts w:asciiTheme="majorHAnsi" w:hAnsiTheme="majorHAnsi" w:cstheme="majorHAnsi"/>
          <w:b/>
          <w:bCs/>
          <w:sz w:val="24"/>
          <w:szCs w:val="24"/>
        </w:rPr>
        <w:t>Spargias</w:t>
      </w:r>
      <w:proofErr w:type="spellEnd"/>
    </w:p>
    <w:p w14:paraId="2DFB42B2" w14:textId="77777777" w:rsidR="004F6808" w:rsidRDefault="004F6808">
      <w:pPr>
        <w:rPr>
          <w:rFonts w:asciiTheme="majorHAnsi" w:hAnsiTheme="majorHAnsi" w:cstheme="majorHAnsi"/>
          <w:sz w:val="24"/>
          <w:szCs w:val="24"/>
        </w:rPr>
      </w:pPr>
    </w:p>
    <w:p w14:paraId="2D7AB0E2" w14:textId="3B7DB15C" w:rsidR="004F6808" w:rsidRDefault="00F87EB2">
      <w:pPr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38112" behindDoc="1" locked="0" layoutInCell="1" allowOverlap="1" wp14:anchorId="6009F607" wp14:editId="7930620D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42286006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85C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0B5F2FD" wp14:editId="7883E889">
                <wp:simplePos x="0" y="0"/>
                <wp:positionH relativeFrom="column">
                  <wp:posOffset>-1141589</wp:posOffset>
                </wp:positionH>
                <wp:positionV relativeFrom="paragraph">
                  <wp:posOffset>1875367</wp:posOffset>
                </wp:positionV>
                <wp:extent cx="7857366" cy="337255"/>
                <wp:effectExtent l="12700" t="12700" r="17145" b="18415"/>
                <wp:wrapNone/>
                <wp:docPr id="634530173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B0D68" w14:textId="77777777" w:rsidR="00F3285C" w:rsidRPr="00DB5FD6" w:rsidRDefault="00F3285C" w:rsidP="00F3285C">
                            <w:pPr>
                              <w:ind w:left="720" w:firstLine="720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5F2FD" id="_x0000_s1032" style="position:absolute;margin-left:-89.9pt;margin-top:147.65pt;width:618.7pt;height:26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" fillcolor="#7f1b25" strokecolor="#faf6f6" strokeweight="2pt">
                <v:textbox>
                  <w:txbxContent>
                    <w:p w14:paraId="510B0D68" w14:textId="77777777" w:rsidR="00F3285C" w:rsidRPr="00DB5FD6" w:rsidRDefault="00F3285C" w:rsidP="00F3285C">
                      <w:pPr>
                        <w:ind w:left="720" w:firstLine="720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</w:p>
                  </w:txbxContent>
                </v:textbox>
              </v:rect>
            </w:pict>
          </mc:Fallback>
        </mc:AlternateContent>
      </w:r>
      <w:r w:rsidR="00F3285C">
        <w:rPr>
          <w:noProof/>
        </w:rPr>
        <w:drawing>
          <wp:anchor distT="0" distB="0" distL="114300" distR="114300" simplePos="0" relativeHeight="251680768" behindDoc="1" locked="0" layoutInCell="1" allowOverlap="1" wp14:anchorId="4173037F" wp14:editId="017024F8">
            <wp:simplePos x="0" y="0"/>
            <wp:positionH relativeFrom="column">
              <wp:posOffset>-1143000</wp:posOffset>
            </wp:positionH>
            <wp:positionV relativeFrom="paragraph">
              <wp:posOffset>-141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952848806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075E7" w14:textId="43C31880" w:rsidR="004F6808" w:rsidRDefault="004F6808">
      <w:pPr>
        <w:rPr>
          <w:rFonts w:asciiTheme="majorHAnsi" w:hAnsiTheme="majorHAnsi" w:cstheme="majorHAnsi"/>
          <w:b/>
          <w:sz w:val="24"/>
          <w:szCs w:val="24"/>
        </w:rPr>
      </w:pPr>
    </w:p>
    <w:p w14:paraId="7C7536AF" w14:textId="2704B18D" w:rsidR="005D3F4B" w:rsidRPr="00FE6269" w:rsidRDefault="003C5D9F" w:rsidP="003C5D9F">
      <w:pPr>
        <w:tabs>
          <w:tab w:val="left" w:pos="1843"/>
        </w:tabs>
        <w:ind w:left="1838" w:hanging="1980"/>
        <w:rPr>
          <w:rFonts w:asciiTheme="majorHAnsi" w:hAnsiTheme="majorHAnsi" w:cstheme="majorHAnsi"/>
          <w:b/>
          <w:sz w:val="24"/>
          <w:szCs w:val="24"/>
        </w:rPr>
      </w:pPr>
      <w:r w:rsidRPr="003C5D9F">
        <w:rPr>
          <w:rFonts w:asciiTheme="majorHAnsi" w:hAnsiTheme="majorHAnsi" w:cstheme="majorHAnsi"/>
          <w:b/>
          <w:color w:val="7F1B25"/>
          <w:sz w:val="24"/>
          <w:szCs w:val="24"/>
        </w:rPr>
        <w:t>16:15–17:00</w:t>
      </w:r>
      <w:r w:rsidRPr="003C5D9F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3C5D9F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5 — STRUCTURAL HEART </w:t>
      </w:r>
      <w:r w:rsidR="00E7551C" w:rsidRPr="003C5D9F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BEYOND VALVES 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="00EB22A9" w:rsidRPr="003C5D9F">
        <w:rPr>
          <w:rFonts w:asciiTheme="majorHAnsi" w:hAnsiTheme="majorHAnsi" w:cstheme="majorHAnsi"/>
          <w:bCs/>
          <w:sz w:val="24"/>
          <w:szCs w:val="24"/>
        </w:rPr>
        <w:t>M</w:t>
      </w:r>
      <w:r w:rsidR="005D3F4B" w:rsidRPr="003C5D9F">
        <w:rPr>
          <w:rFonts w:asciiTheme="majorHAnsi" w:hAnsiTheme="majorHAnsi" w:cstheme="majorHAnsi"/>
          <w:bCs/>
          <w:sz w:val="24"/>
          <w:szCs w:val="24"/>
        </w:rPr>
        <w:t>oderators</w:t>
      </w:r>
      <w:r w:rsidR="00EB22A9" w:rsidRPr="003C5D9F">
        <w:rPr>
          <w:rFonts w:asciiTheme="majorHAnsi" w:hAnsiTheme="majorHAnsi" w:cstheme="majorHAnsi"/>
          <w:bCs/>
          <w:sz w:val="24"/>
          <w:szCs w:val="24"/>
        </w:rPr>
        <w:t>:</w:t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50742D" w:rsidRPr="00FE6269">
        <w:rPr>
          <w:rFonts w:asciiTheme="majorHAnsi" w:hAnsiTheme="majorHAnsi" w:cstheme="majorHAnsi"/>
          <w:b/>
          <w:sz w:val="24"/>
          <w:szCs w:val="24"/>
        </w:rPr>
        <w:t xml:space="preserve">F. </w:t>
      </w:r>
      <w:r w:rsidR="0050742D" w:rsidRPr="00AB285F">
        <w:rPr>
          <w:rFonts w:asciiTheme="majorHAnsi" w:hAnsiTheme="majorHAnsi" w:cstheme="majorHAnsi"/>
          <w:b/>
          <w:sz w:val="24"/>
          <w:szCs w:val="24"/>
        </w:rPr>
        <w:t>Mitropoulos</w:t>
      </w:r>
      <w:r w:rsidR="00D737FF" w:rsidRPr="00AB285F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02084B" w:rsidRPr="00AB285F">
        <w:rPr>
          <w:rFonts w:asciiTheme="majorHAnsi" w:hAnsiTheme="majorHAnsi" w:cstheme="majorHAnsi"/>
          <w:b/>
          <w:sz w:val="24"/>
          <w:szCs w:val="24"/>
        </w:rPr>
        <w:t>S. Papaioannou</w:t>
      </w:r>
    </w:p>
    <w:p w14:paraId="37BFD1EF" w14:textId="77777777" w:rsidR="00387135" w:rsidRPr="00FE6269" w:rsidRDefault="00387135" w:rsidP="003C5D9F">
      <w:pPr>
        <w:ind w:left="1118" w:firstLine="720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54E58920" w14:textId="1C6CCAFE" w:rsidR="00662D3B" w:rsidRPr="00FE6269" w:rsidRDefault="002F6090" w:rsidP="0090050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PFO Closure: </w:t>
      </w:r>
      <w:r w:rsidR="00F11649" w:rsidRPr="00FE6269">
        <w:rPr>
          <w:rFonts w:asciiTheme="majorHAnsi" w:hAnsiTheme="majorHAnsi" w:cstheme="majorHAnsi"/>
          <w:sz w:val="24"/>
          <w:szCs w:val="24"/>
        </w:rPr>
        <w:t>To close or not to close?</w:t>
      </w:r>
      <w:r w:rsidR="00EB22A9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EB22A9" w:rsidRPr="00FE6269">
        <w:rPr>
          <w:rFonts w:asciiTheme="majorHAnsi" w:hAnsiTheme="majorHAnsi" w:cstheme="majorHAnsi"/>
          <w:b/>
          <w:sz w:val="24"/>
          <w:szCs w:val="24"/>
        </w:rPr>
        <w:t>Mitsis</w:t>
      </w:r>
      <w:proofErr w:type="spellEnd"/>
    </w:p>
    <w:p w14:paraId="04CA7F86" w14:textId="58F020B2" w:rsidR="005D3F4B" w:rsidRPr="00FE6269" w:rsidRDefault="005D3F4B" w:rsidP="003C5D9F">
      <w:pPr>
        <w:pStyle w:val="ListParagraph"/>
        <w:ind w:left="1440" w:firstLine="72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C5D9F">
        <w:rPr>
          <w:rFonts w:asciiTheme="majorHAnsi" w:hAnsiTheme="majorHAnsi" w:cstheme="majorHAnsi"/>
          <w:sz w:val="24"/>
          <w:szCs w:val="24"/>
        </w:rPr>
        <w:tab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>K. Dimitriadis</w:t>
      </w:r>
      <w:r w:rsidR="003C5D9F">
        <w:rPr>
          <w:rFonts w:asciiTheme="majorHAnsi" w:hAnsiTheme="majorHAnsi" w:cstheme="majorHAnsi"/>
          <w:b/>
          <w:sz w:val="24"/>
          <w:szCs w:val="24"/>
        </w:rPr>
        <w:br/>
      </w:r>
    </w:p>
    <w:p w14:paraId="678AE48F" w14:textId="508420F4" w:rsidR="00662D3B" w:rsidRPr="00FE6269" w:rsidRDefault="00F11649" w:rsidP="0090050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ASD in the adult patient: Close or o</w:t>
      </w:r>
      <w:r w:rsidR="002F6090" w:rsidRPr="00FE6269">
        <w:rPr>
          <w:rFonts w:asciiTheme="majorHAnsi" w:hAnsiTheme="majorHAnsi" w:cstheme="majorHAnsi"/>
          <w:sz w:val="24"/>
          <w:szCs w:val="24"/>
        </w:rPr>
        <w:t>bserve?</w:t>
      </w:r>
      <w:r w:rsidR="00EB22A9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EB22A9" w:rsidRPr="00FE6269">
        <w:rPr>
          <w:rFonts w:asciiTheme="majorHAnsi" w:hAnsiTheme="majorHAnsi" w:cstheme="majorHAnsi"/>
          <w:b/>
          <w:sz w:val="24"/>
          <w:szCs w:val="24"/>
        </w:rPr>
        <w:t>Tzifa</w:t>
      </w:r>
      <w:proofErr w:type="spellEnd"/>
    </w:p>
    <w:p w14:paraId="566F3A95" w14:textId="0F2332B8" w:rsidR="005D3F4B" w:rsidRPr="00FE6269" w:rsidRDefault="005D3F4B" w:rsidP="003C5D9F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I. </w:t>
      </w:r>
      <w:proofErr w:type="spellStart"/>
      <w:r w:rsidR="00EB22A9" w:rsidRPr="00FE6269">
        <w:rPr>
          <w:rFonts w:asciiTheme="majorHAnsi" w:hAnsiTheme="majorHAnsi" w:cstheme="majorHAnsi"/>
          <w:b/>
          <w:sz w:val="24"/>
          <w:szCs w:val="24"/>
        </w:rPr>
        <w:t>Darladimas</w:t>
      </w:r>
      <w:proofErr w:type="spellEnd"/>
      <w:r w:rsidR="003C5D9F">
        <w:rPr>
          <w:rFonts w:asciiTheme="majorHAnsi" w:hAnsiTheme="majorHAnsi" w:cstheme="majorHAnsi"/>
          <w:b/>
          <w:sz w:val="24"/>
          <w:szCs w:val="24"/>
        </w:rPr>
        <w:br/>
      </w:r>
    </w:p>
    <w:p w14:paraId="042750E8" w14:textId="54324166" w:rsidR="00662D3B" w:rsidRPr="00FE6269" w:rsidRDefault="00F11649" w:rsidP="0090050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LAAO in high b</w:t>
      </w:r>
      <w:r w:rsidR="002F6090" w:rsidRPr="00FE6269">
        <w:rPr>
          <w:rFonts w:asciiTheme="majorHAnsi" w:hAnsiTheme="majorHAnsi" w:cstheme="majorHAnsi"/>
          <w:sz w:val="24"/>
          <w:szCs w:val="24"/>
        </w:rPr>
        <w:t xml:space="preserve">leeding </w:t>
      </w:r>
      <w:r w:rsidRPr="00FE6269">
        <w:rPr>
          <w:rFonts w:asciiTheme="majorHAnsi" w:hAnsiTheme="majorHAnsi" w:cstheme="majorHAnsi"/>
          <w:sz w:val="24"/>
          <w:szCs w:val="24"/>
        </w:rPr>
        <w:t>risk: Device or medical t</w:t>
      </w:r>
      <w:r w:rsidR="002F6090" w:rsidRPr="00FE6269">
        <w:rPr>
          <w:rFonts w:asciiTheme="majorHAnsi" w:hAnsiTheme="majorHAnsi" w:cstheme="majorHAnsi"/>
          <w:sz w:val="24"/>
          <w:szCs w:val="24"/>
        </w:rPr>
        <w:t>herapy?</w:t>
      </w:r>
      <w:r w:rsidR="00EB22A9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D737FF" w:rsidRPr="00AB285F">
        <w:rPr>
          <w:rFonts w:asciiTheme="majorHAnsi" w:hAnsiTheme="majorHAnsi" w:cstheme="majorHAnsi"/>
          <w:b/>
          <w:sz w:val="24"/>
          <w:szCs w:val="24"/>
        </w:rPr>
        <w:t>A. Tzikas</w:t>
      </w:r>
    </w:p>
    <w:p w14:paraId="73578189" w14:textId="545D7F74" w:rsidR="005D3F4B" w:rsidRPr="00FE6269" w:rsidRDefault="005D3F4B" w:rsidP="003C5D9F">
      <w:pPr>
        <w:pStyle w:val="ListParagraph"/>
        <w:ind w:left="2160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EB22A9" w:rsidRPr="00FE6269">
        <w:rPr>
          <w:rFonts w:asciiTheme="majorHAnsi" w:hAnsiTheme="majorHAnsi" w:cstheme="majorHAnsi"/>
          <w:b/>
          <w:sz w:val="24"/>
          <w:szCs w:val="24"/>
        </w:rPr>
        <w:t>Didaggelos</w:t>
      </w:r>
      <w:proofErr w:type="spellEnd"/>
      <w:r w:rsidR="003C5D9F">
        <w:rPr>
          <w:rFonts w:asciiTheme="majorHAnsi" w:hAnsiTheme="majorHAnsi" w:cstheme="majorHAnsi"/>
          <w:b/>
          <w:sz w:val="24"/>
          <w:szCs w:val="24"/>
        </w:rPr>
        <w:br/>
      </w:r>
    </w:p>
    <w:p w14:paraId="7F1159E1" w14:textId="20346AFC" w:rsidR="00662D3B" w:rsidRPr="00FE6269" w:rsidRDefault="00F11649" w:rsidP="0090050E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Acute pulmonary e</w:t>
      </w:r>
      <w:r w:rsidR="002F6090" w:rsidRPr="00FE6269">
        <w:rPr>
          <w:rFonts w:asciiTheme="majorHAnsi" w:hAnsiTheme="majorHAnsi" w:cstheme="majorHAnsi"/>
          <w:sz w:val="24"/>
          <w:szCs w:val="24"/>
        </w:rPr>
        <w:t xml:space="preserve">mbolism: </w:t>
      </w:r>
      <w:r w:rsidRPr="00FE6269">
        <w:rPr>
          <w:rFonts w:asciiTheme="majorHAnsi" w:hAnsiTheme="majorHAnsi" w:cstheme="majorHAnsi"/>
          <w:sz w:val="24"/>
          <w:szCs w:val="24"/>
        </w:rPr>
        <w:t xml:space="preserve">Is </w:t>
      </w:r>
      <w:proofErr w:type="spellStart"/>
      <w:r w:rsidRPr="00FE6269">
        <w:rPr>
          <w:rFonts w:asciiTheme="majorHAnsi" w:hAnsiTheme="majorHAnsi" w:cstheme="majorHAnsi"/>
          <w:sz w:val="24"/>
          <w:szCs w:val="24"/>
        </w:rPr>
        <w:t>cath</w:t>
      </w:r>
      <w:proofErr w:type="spellEnd"/>
      <w:r w:rsidRPr="00FE6269">
        <w:rPr>
          <w:rFonts w:asciiTheme="majorHAnsi" w:hAnsiTheme="majorHAnsi" w:cstheme="majorHAnsi"/>
          <w:sz w:val="24"/>
          <w:szCs w:val="24"/>
        </w:rPr>
        <w:t xml:space="preserve"> lab the a</w:t>
      </w:r>
      <w:r w:rsidR="002F6090" w:rsidRPr="00FE6269">
        <w:rPr>
          <w:rFonts w:asciiTheme="majorHAnsi" w:hAnsiTheme="majorHAnsi" w:cstheme="majorHAnsi"/>
          <w:sz w:val="24"/>
          <w:szCs w:val="24"/>
        </w:rPr>
        <w:t>nswer</w:t>
      </w:r>
      <w:r w:rsidR="001035D6" w:rsidRPr="00FE6269">
        <w:rPr>
          <w:rFonts w:asciiTheme="majorHAnsi" w:hAnsiTheme="majorHAnsi" w:cstheme="majorHAnsi"/>
          <w:sz w:val="24"/>
          <w:szCs w:val="24"/>
        </w:rPr>
        <w:t>?</w:t>
      </w:r>
      <w:r w:rsidR="00D04AE0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D04AE0" w:rsidRPr="00FE6269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="00D04AE0" w:rsidRPr="00FE6269">
        <w:rPr>
          <w:rFonts w:asciiTheme="majorHAnsi" w:hAnsiTheme="majorHAnsi" w:cstheme="majorHAnsi"/>
          <w:b/>
          <w:sz w:val="24"/>
          <w:szCs w:val="24"/>
        </w:rPr>
        <w:t>Latsios</w:t>
      </w:r>
      <w:proofErr w:type="spellEnd"/>
    </w:p>
    <w:p w14:paraId="57B20958" w14:textId="21EF7157" w:rsidR="005D3F4B" w:rsidRPr="00FE6269" w:rsidRDefault="005D3F4B" w:rsidP="003C5D9F">
      <w:pPr>
        <w:pStyle w:val="ListParagraph"/>
        <w:ind w:left="2198"/>
        <w:rPr>
          <w:rFonts w:asciiTheme="majorHAnsi" w:hAnsiTheme="majorHAnsi" w:cstheme="majorHAnsi"/>
          <w:b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Comments by panelist </w:t>
      </w:r>
      <w:r w:rsidR="003C5D9F">
        <w:rPr>
          <w:rFonts w:asciiTheme="majorHAnsi" w:hAnsiTheme="majorHAnsi" w:cstheme="majorHAnsi"/>
          <w:sz w:val="24"/>
          <w:szCs w:val="24"/>
        </w:rPr>
        <w:br/>
      </w:r>
      <w:r w:rsidR="00EB22A9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EB22A9" w:rsidRPr="00FE6269">
        <w:rPr>
          <w:rFonts w:asciiTheme="majorHAnsi" w:hAnsiTheme="majorHAnsi" w:cstheme="majorHAnsi"/>
          <w:b/>
          <w:sz w:val="24"/>
          <w:szCs w:val="24"/>
        </w:rPr>
        <w:t>Triantafyllis</w:t>
      </w:r>
      <w:proofErr w:type="spellEnd"/>
    </w:p>
    <w:p w14:paraId="641D5181" w14:textId="77777777" w:rsidR="005D3F4B" w:rsidRPr="00FE6269" w:rsidRDefault="005D3F4B" w:rsidP="005D3F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738B7C65" w14:textId="19D9D637" w:rsidR="00E64389" w:rsidRDefault="003C5D9F" w:rsidP="00E64389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</w:rPr>
      </w:pPr>
      <w:r w:rsidRPr="003C5D9F">
        <w:rPr>
          <w:rFonts w:asciiTheme="majorHAnsi" w:hAnsiTheme="majorHAnsi" w:cstheme="majorHAnsi"/>
          <w:bCs/>
          <w:sz w:val="24"/>
          <w:szCs w:val="24"/>
        </w:rPr>
        <w:t>17:00–17:15</w:t>
      </w:r>
      <w:r w:rsidRPr="003C5D9F">
        <w:rPr>
          <w:rFonts w:asciiTheme="majorHAnsi" w:hAnsiTheme="majorHAnsi" w:cstheme="majorHAnsi"/>
          <w:bCs/>
          <w:sz w:val="24"/>
          <w:szCs w:val="24"/>
        </w:rPr>
        <w:tab/>
      </w:r>
      <w:r w:rsidR="008C0E5B" w:rsidRPr="003C5D9F">
        <w:rPr>
          <w:rFonts w:asciiTheme="majorHAnsi" w:hAnsiTheme="majorHAnsi" w:cstheme="majorHAnsi"/>
          <w:bCs/>
          <w:sz w:val="24"/>
          <w:szCs w:val="24"/>
        </w:rPr>
        <w:t xml:space="preserve">Coffee Break </w:t>
      </w:r>
    </w:p>
    <w:p w14:paraId="49302407" w14:textId="77777777" w:rsidR="00E64389" w:rsidRPr="00592976" w:rsidRDefault="00E64389" w:rsidP="00E64389">
      <w:pPr>
        <w:ind w:left="1843" w:right="-291" w:hanging="1985"/>
        <w:rPr>
          <w:rFonts w:asciiTheme="majorHAnsi" w:hAnsiTheme="majorHAnsi" w:cstheme="majorHAnsi"/>
          <w:bCs/>
          <w:sz w:val="24"/>
          <w:szCs w:val="24"/>
        </w:rPr>
      </w:pPr>
      <w:r w:rsidRPr="00625B16">
        <w:rPr>
          <w:rFonts w:asciiTheme="majorHAnsi" w:hAnsiTheme="majorHAnsi" w:cstheme="majorHAnsi"/>
          <w:b/>
          <w:color w:val="7F1B25"/>
          <w:sz w:val="24"/>
          <w:szCs w:val="24"/>
        </w:rPr>
        <w:t>17:15–18:15</w:t>
      </w:r>
      <w:r w:rsidRPr="00625B16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Pr="00625B16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7 — STRUCTURAL INTERVENTIONS-HEART TEAM 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625B16">
        <w:rPr>
          <w:rFonts w:asciiTheme="majorHAnsi" w:hAnsiTheme="majorHAnsi" w:cstheme="majorHAnsi"/>
          <w:bCs/>
          <w:sz w:val="24"/>
          <w:szCs w:val="24"/>
        </w:rPr>
        <w:t>Moderators: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N.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Pilatis</w:t>
      </w:r>
      <w:proofErr w:type="spellEnd"/>
      <w:r w:rsidRPr="00FE6269">
        <w:rPr>
          <w:rFonts w:asciiTheme="majorHAnsi" w:hAnsiTheme="majorHAnsi" w:cstheme="majorHAnsi"/>
          <w:b/>
          <w:sz w:val="24"/>
          <w:szCs w:val="24"/>
        </w:rPr>
        <w:t xml:space="preserve">, V.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Tzifos</w:t>
      </w:r>
      <w:proofErr w:type="spellEnd"/>
      <w:r>
        <w:rPr>
          <w:rFonts w:asciiTheme="majorHAnsi" w:hAnsiTheme="majorHAnsi" w:cstheme="majorHAnsi"/>
          <w:bCs/>
          <w:sz w:val="24"/>
          <w:szCs w:val="24"/>
        </w:rPr>
        <w:br/>
      </w:r>
      <w:r w:rsidRPr="00592976">
        <w:rPr>
          <w:rFonts w:asciiTheme="majorHAnsi" w:hAnsiTheme="majorHAnsi" w:cstheme="majorHAnsi"/>
          <w:bCs/>
          <w:sz w:val="24"/>
          <w:szCs w:val="24"/>
        </w:rPr>
        <w:t>Panelists: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A.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Karanasos</w:t>
      </w:r>
      <w:proofErr w:type="spellEnd"/>
      <w:r w:rsidRPr="00FE6269">
        <w:rPr>
          <w:rFonts w:asciiTheme="majorHAnsi" w:hAnsiTheme="majorHAnsi" w:cstheme="majorHAnsi"/>
          <w:b/>
          <w:sz w:val="24"/>
          <w:szCs w:val="24"/>
        </w:rPr>
        <w:t xml:space="preserve">, S. Makrygiannis, G. Tzanis, G.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Gavrielatos</w:t>
      </w:r>
      <w:proofErr w:type="spellEnd"/>
    </w:p>
    <w:p w14:paraId="670A4179" w14:textId="47F13B49" w:rsidR="00592976" w:rsidRPr="00E64389" w:rsidRDefault="00E64389" w:rsidP="00E64389">
      <w:pPr>
        <w:ind w:left="1843"/>
        <w:rPr>
          <w:rFonts w:asciiTheme="majorHAnsi" w:hAnsiTheme="majorHAnsi" w:cstheme="majorHAnsi"/>
          <w:b/>
          <w:sz w:val="24"/>
          <w:szCs w:val="24"/>
        </w:rPr>
      </w:pPr>
      <w:proofErr w:type="spellStart"/>
      <w:r w:rsidRPr="007378BD">
        <w:rPr>
          <w:rFonts w:asciiTheme="majorHAnsi" w:hAnsiTheme="majorHAnsi" w:cstheme="majorHAnsi"/>
          <w:bCs/>
          <w:color w:val="7F1B25"/>
          <w:sz w:val="24"/>
          <w:szCs w:val="24"/>
        </w:rPr>
        <w:t>Mediteraneo</w:t>
      </w:r>
      <w:proofErr w:type="spellEnd"/>
      <w:r w:rsidRPr="007378BD">
        <w:rPr>
          <w:rFonts w:asciiTheme="majorHAnsi" w:hAnsiTheme="majorHAnsi" w:cstheme="majorHAnsi"/>
          <w:bCs/>
          <w:color w:val="7F1B25"/>
          <w:sz w:val="24"/>
          <w:szCs w:val="24"/>
        </w:rPr>
        <w:t xml:space="preserve"> Hospital</w:t>
      </w:r>
      <w:r w:rsidRPr="007378BD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C.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Psathas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1A4842">
        <w:rPr>
          <w:rFonts w:asciiTheme="majorHAnsi" w:hAnsiTheme="majorHAnsi" w:cstheme="majorHAnsi"/>
          <w:bCs/>
          <w:sz w:val="24"/>
          <w:szCs w:val="24"/>
        </w:rPr>
        <w:t>(TBC)</w:t>
      </w:r>
    </w:p>
    <w:p w14:paraId="02FF4D55" w14:textId="21C644F5" w:rsidR="00BD41BC" w:rsidRPr="00FE6269" w:rsidRDefault="004F74EA" w:rsidP="00E64389">
      <w:pPr>
        <w:ind w:hanging="142"/>
        <w:rPr>
          <w:rFonts w:asciiTheme="majorHAnsi" w:hAnsiTheme="majorHAnsi" w:cstheme="majorHAnsi"/>
          <w:b/>
          <w:sz w:val="24"/>
          <w:szCs w:val="24"/>
        </w:rPr>
      </w:pPr>
      <w:r w:rsidRPr="00D70CD8">
        <w:rPr>
          <w:rFonts w:ascii="Calibri" w:hAnsi="Calibri" w:cs="Calibri"/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0AD005C" wp14:editId="02D66A31">
                <wp:simplePos x="0" y="0"/>
                <wp:positionH relativeFrom="column">
                  <wp:posOffset>-1165606</wp:posOffset>
                </wp:positionH>
                <wp:positionV relativeFrom="paragraph">
                  <wp:posOffset>1880743</wp:posOffset>
                </wp:positionV>
                <wp:extent cx="7857366" cy="337255"/>
                <wp:effectExtent l="12700" t="12700" r="17145" b="18415"/>
                <wp:wrapNone/>
                <wp:docPr id="2098340955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33ECE" w14:textId="08A2DDC3" w:rsidR="004172E8" w:rsidRDefault="004172E8" w:rsidP="004172E8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Friday May 15, 2026 |</w:t>
                            </w:r>
                            <w:r w:rsidRPr="003A3D84">
                              <w:t xml:space="preserve"> </w:t>
                            </w:r>
                            <w:r w:rsidRPr="003A3D8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AORTIC VALVE, LEFT-SIDED &amp; BEYOND VALVES</w:t>
                            </w:r>
                            <w:r w:rsidR="00FE576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275D41D4" w14:textId="77777777" w:rsidR="00FE5762" w:rsidRDefault="00FE5762" w:rsidP="004172E8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8EC9F29" w14:textId="77777777" w:rsidR="00FE5762" w:rsidRPr="00DB5FD6" w:rsidRDefault="00FE5762" w:rsidP="004172E8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D005C" id="_x0000_s1033" style="position:absolute;margin-left:-91.8pt;margin-top:148.1pt;width:618.7pt;height:26.5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" fillcolor="#7f1b25" strokecolor="#faf6f6" strokeweight="2pt">
                <v:textbox>
                  <w:txbxContent>
                    <w:p w14:paraId="3E433ECE" w14:textId="08A2DDC3" w:rsidR="004172E8" w:rsidRDefault="004172E8" w:rsidP="004172E8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Friday May 15, 2026 |</w:t>
                      </w:r>
                      <w:r w:rsidRPr="003A3D84">
                        <w:t xml:space="preserve"> </w:t>
                      </w:r>
                      <w:r w:rsidRPr="003A3D84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AORTIC VALVE, LEFT-SIDED &amp; BEYOND VALVES</w:t>
                      </w:r>
                      <w:r w:rsidR="00FE576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275D41D4" w14:textId="77777777" w:rsidR="00FE5762" w:rsidRDefault="00FE5762" w:rsidP="004172E8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8EC9F29" w14:textId="77777777" w:rsidR="00FE5762" w:rsidRPr="00DB5FD6" w:rsidRDefault="00FE5762" w:rsidP="004172E8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F87EB2">
        <w:rPr>
          <w:rFonts w:ascii="Calibri" w:hAnsi="Calibri" w:cs="Calibri"/>
          <w:noProof/>
          <w:color w:val="7F1B25"/>
        </w:rPr>
        <w:drawing>
          <wp:anchor distT="0" distB="0" distL="114300" distR="114300" simplePos="0" relativeHeight="251740160" behindDoc="1" locked="0" layoutInCell="1" allowOverlap="1" wp14:anchorId="70718F41" wp14:editId="05D73BD4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86648501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B8B">
        <w:rPr>
          <w:noProof/>
        </w:rPr>
        <w:drawing>
          <wp:anchor distT="0" distB="0" distL="114300" distR="114300" simplePos="0" relativeHeight="251684864" behindDoc="1" locked="0" layoutInCell="1" allowOverlap="1" wp14:anchorId="563CDC54" wp14:editId="4B825977">
            <wp:simplePos x="0" y="0"/>
            <wp:positionH relativeFrom="column">
              <wp:posOffset>-1143353</wp:posOffset>
            </wp:positionH>
            <wp:positionV relativeFrom="paragraph">
              <wp:posOffset>-494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597865790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Cs/>
          <w:sz w:val="24"/>
          <w:szCs w:val="24"/>
        </w:rPr>
        <w:br/>
      </w:r>
    </w:p>
    <w:p w14:paraId="174678DE" w14:textId="52C617B3" w:rsidR="00BD41BC" w:rsidRPr="00CE4A8D" w:rsidRDefault="004172E8" w:rsidP="004172E8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7378BD">
        <w:rPr>
          <w:rFonts w:asciiTheme="majorHAnsi" w:hAnsiTheme="majorHAnsi" w:cstheme="majorHAnsi"/>
          <w:bCs/>
          <w:color w:val="7F1B25"/>
          <w:sz w:val="24"/>
          <w:szCs w:val="24"/>
        </w:rPr>
        <w:t>Athens Naval Hospital</w:t>
      </w:r>
      <w:r w:rsidRPr="007378BD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 w:rsidR="00CC2D2C" w:rsidRPr="007378BD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="00CC2D2C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CC2D2C" w:rsidRPr="00FE6269">
        <w:rPr>
          <w:rFonts w:asciiTheme="majorHAnsi" w:hAnsiTheme="majorHAnsi" w:cstheme="majorHAnsi"/>
          <w:b/>
          <w:sz w:val="24"/>
          <w:szCs w:val="24"/>
        </w:rPr>
        <w:t>Mastrokostopoulos</w:t>
      </w:r>
      <w:proofErr w:type="spellEnd"/>
    </w:p>
    <w:p w14:paraId="05979EF7" w14:textId="3DFB5F9A" w:rsidR="00BD41BC" w:rsidRPr="00FE6269" w:rsidRDefault="00863DBF" w:rsidP="004172E8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863DBF">
        <w:rPr>
          <w:rFonts w:asciiTheme="majorHAnsi" w:hAnsiTheme="majorHAnsi" w:cstheme="majorHAnsi"/>
          <w:bCs/>
          <w:color w:val="7F1B25"/>
          <w:sz w:val="24"/>
          <w:szCs w:val="24"/>
        </w:rPr>
        <w:t>Athens Medical Center</w:t>
      </w:r>
      <w:r w:rsidR="00CC2D2C" w:rsidRPr="00863DBF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 w:rsidR="004172E8">
        <w:rPr>
          <w:rFonts w:asciiTheme="majorHAnsi" w:hAnsiTheme="majorHAnsi" w:cstheme="majorHAnsi"/>
          <w:b/>
          <w:sz w:val="24"/>
          <w:szCs w:val="24"/>
        </w:rPr>
        <w:br/>
      </w:r>
      <w:r w:rsidR="00CC2D2C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CC2D2C" w:rsidRPr="00FE6269">
        <w:rPr>
          <w:rFonts w:asciiTheme="majorHAnsi" w:hAnsiTheme="majorHAnsi" w:cstheme="majorHAnsi"/>
          <w:b/>
          <w:sz w:val="24"/>
          <w:szCs w:val="24"/>
        </w:rPr>
        <w:t>Chalapas</w:t>
      </w:r>
      <w:proofErr w:type="spellEnd"/>
    </w:p>
    <w:p w14:paraId="24BA2AB2" w14:textId="47A4BE16" w:rsidR="00BD41BC" w:rsidRPr="00FE6269" w:rsidRDefault="00E00A2A" w:rsidP="004172E8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Cs/>
          <w:color w:val="7F1B25"/>
          <w:sz w:val="24"/>
          <w:szCs w:val="24"/>
        </w:rPr>
        <w:t>HYGEIA</w:t>
      </w:r>
      <w:r w:rsidR="00B94AED" w:rsidRPr="00B94AED">
        <w:rPr>
          <w:rFonts w:asciiTheme="majorHAnsi" w:hAnsiTheme="majorHAnsi" w:cstheme="majorHAnsi"/>
          <w:bCs/>
          <w:color w:val="7F1B25"/>
          <w:sz w:val="24"/>
          <w:szCs w:val="24"/>
        </w:rPr>
        <w:t xml:space="preserve"> Hospital</w:t>
      </w:r>
      <w:r w:rsidR="004172E8">
        <w:rPr>
          <w:rFonts w:asciiTheme="majorHAnsi" w:hAnsiTheme="majorHAnsi" w:cstheme="majorHAnsi"/>
          <w:b/>
          <w:sz w:val="24"/>
          <w:szCs w:val="24"/>
        </w:rPr>
        <w:br/>
      </w:r>
      <w:r w:rsidR="00CC2D2C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CC2D2C" w:rsidRPr="00FE6269">
        <w:rPr>
          <w:rFonts w:asciiTheme="majorHAnsi" w:hAnsiTheme="majorHAnsi" w:cstheme="majorHAnsi"/>
          <w:b/>
          <w:sz w:val="24"/>
          <w:szCs w:val="24"/>
        </w:rPr>
        <w:t>Koutouzis</w:t>
      </w:r>
      <w:proofErr w:type="spellEnd"/>
    </w:p>
    <w:p w14:paraId="1C8ECDCE" w14:textId="77777777" w:rsidR="005D637D" w:rsidRDefault="0030061B" w:rsidP="004172E8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30061B">
        <w:rPr>
          <w:rFonts w:asciiTheme="majorHAnsi" w:hAnsiTheme="majorHAnsi" w:cstheme="majorHAnsi"/>
          <w:bCs/>
          <w:color w:val="7F1B25"/>
          <w:sz w:val="24"/>
          <w:szCs w:val="24"/>
        </w:rPr>
        <w:t>St. Luke's Hospital</w:t>
      </w:r>
      <w:r w:rsidR="004172E8">
        <w:rPr>
          <w:rFonts w:asciiTheme="majorHAnsi" w:hAnsiTheme="majorHAnsi" w:cstheme="majorHAnsi"/>
          <w:b/>
          <w:sz w:val="24"/>
          <w:szCs w:val="24"/>
        </w:rPr>
        <w:br/>
      </w:r>
      <w:r w:rsidR="000D79F0" w:rsidRPr="00FE6269">
        <w:rPr>
          <w:rFonts w:asciiTheme="majorHAnsi" w:hAnsiTheme="majorHAnsi" w:cstheme="majorHAnsi"/>
          <w:b/>
          <w:sz w:val="24"/>
          <w:szCs w:val="24"/>
        </w:rPr>
        <w:t>D.</w:t>
      </w:r>
      <w:r w:rsidR="0081257B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="0081257B" w:rsidRPr="00FE6269">
        <w:rPr>
          <w:rFonts w:asciiTheme="majorHAnsi" w:hAnsiTheme="majorHAnsi" w:cstheme="majorHAnsi"/>
          <w:b/>
          <w:sz w:val="24"/>
          <w:szCs w:val="24"/>
        </w:rPr>
        <w:t>Tsikaderi</w:t>
      </w:r>
      <w:r w:rsidR="00B03810" w:rsidRPr="00FE6269">
        <w:rPr>
          <w:rFonts w:asciiTheme="majorHAnsi" w:hAnsiTheme="majorHAnsi" w:cstheme="majorHAnsi"/>
          <w:b/>
          <w:sz w:val="24"/>
          <w:szCs w:val="24"/>
        </w:rPr>
        <w:t>s</w:t>
      </w:r>
      <w:proofErr w:type="spellEnd"/>
    </w:p>
    <w:p w14:paraId="1504B4A6" w14:textId="09D9B5B5" w:rsidR="00BD41BC" w:rsidRPr="008C3477" w:rsidRDefault="00854FB6" w:rsidP="004172E8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854FB6">
        <w:rPr>
          <w:rFonts w:asciiTheme="majorHAnsi" w:hAnsiTheme="majorHAnsi" w:cstheme="majorHAnsi"/>
          <w:bCs/>
          <w:color w:val="7F1B25"/>
          <w:sz w:val="24"/>
          <w:szCs w:val="24"/>
        </w:rPr>
        <w:t>Sotiria Hospital</w:t>
      </w:r>
      <w:r w:rsidR="003F46D5">
        <w:rPr>
          <w:rFonts w:asciiTheme="majorHAnsi" w:hAnsiTheme="majorHAnsi" w:cstheme="majorHAnsi"/>
          <w:bCs/>
          <w:color w:val="7F1B25"/>
          <w:sz w:val="24"/>
          <w:szCs w:val="24"/>
        </w:rPr>
        <w:br/>
      </w:r>
      <w:r>
        <w:rPr>
          <w:rFonts w:asciiTheme="majorHAnsi" w:hAnsiTheme="majorHAnsi" w:cstheme="majorHAnsi"/>
          <w:b/>
          <w:sz w:val="24"/>
          <w:szCs w:val="24"/>
        </w:rPr>
        <w:t>K. Kalogeras</w:t>
      </w:r>
    </w:p>
    <w:p w14:paraId="709310CE" w14:textId="58132918" w:rsidR="00BD41BC" w:rsidRPr="00390550" w:rsidRDefault="003048C6" w:rsidP="00B903FE">
      <w:pPr>
        <w:tabs>
          <w:tab w:val="left" w:pos="993"/>
          <w:tab w:val="left" w:pos="1843"/>
        </w:tabs>
        <w:ind w:right="-716" w:hanging="142"/>
        <w:rPr>
          <w:rFonts w:asciiTheme="majorHAnsi" w:hAnsiTheme="majorHAnsi" w:cstheme="majorHAnsi"/>
          <w:b/>
          <w:sz w:val="24"/>
          <w:szCs w:val="24"/>
        </w:rPr>
      </w:pPr>
      <w:r w:rsidRPr="003048C6">
        <w:rPr>
          <w:rFonts w:asciiTheme="majorHAnsi" w:hAnsiTheme="majorHAnsi" w:cstheme="majorHAnsi"/>
          <w:b/>
          <w:color w:val="7F1B25"/>
          <w:sz w:val="24"/>
          <w:szCs w:val="24"/>
        </w:rPr>
        <w:t>18:15</w:t>
      </w:r>
      <w:r w:rsidR="00F73698">
        <w:rPr>
          <w:rFonts w:asciiTheme="majorHAnsi" w:hAnsiTheme="majorHAnsi" w:cstheme="majorHAnsi"/>
          <w:b/>
          <w:color w:val="7F1B25"/>
          <w:sz w:val="24"/>
          <w:szCs w:val="24"/>
        </w:rPr>
        <w:t>-19.15</w:t>
      </w: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F73698" w:rsidRPr="00625B16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</w:t>
      </w:r>
      <w:r w:rsidR="00F73698">
        <w:rPr>
          <w:rFonts w:asciiTheme="majorHAnsi" w:hAnsiTheme="majorHAnsi" w:cstheme="majorHAnsi"/>
          <w:b/>
          <w:color w:val="7F1B25"/>
          <w:sz w:val="24"/>
          <w:szCs w:val="24"/>
        </w:rPr>
        <w:t>8</w:t>
      </w:r>
      <w:r w:rsidR="00F73698" w:rsidRPr="00625B16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— STRUCTURAL INTERVENTIONS-HEART TEAM</w:t>
      </w:r>
      <w:r w:rsidR="00F73698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F73698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F73698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F73698" w:rsidRPr="00625B16">
        <w:rPr>
          <w:rFonts w:asciiTheme="majorHAnsi" w:hAnsiTheme="majorHAnsi" w:cstheme="majorHAnsi"/>
          <w:bCs/>
          <w:sz w:val="24"/>
          <w:szCs w:val="24"/>
        </w:rPr>
        <w:t>Moderators:</w:t>
      </w:r>
      <w:r w:rsidR="00F73698">
        <w:rPr>
          <w:rFonts w:asciiTheme="majorHAnsi" w:hAnsiTheme="majorHAnsi" w:cstheme="majorHAnsi"/>
          <w:bCs/>
          <w:sz w:val="24"/>
          <w:szCs w:val="24"/>
        </w:rPr>
        <w:t xml:space="preserve"> </w:t>
      </w:r>
      <w:r w:rsidR="00F73698" w:rsidRPr="00F73698">
        <w:rPr>
          <w:rFonts w:asciiTheme="majorHAnsi" w:hAnsiTheme="majorHAnsi" w:cstheme="majorHAnsi"/>
          <w:b/>
          <w:sz w:val="24"/>
          <w:szCs w:val="24"/>
        </w:rPr>
        <w:t>I. Zarifis, A. Ziakas</w:t>
      </w:r>
      <w:r w:rsidR="004D281F">
        <w:rPr>
          <w:rFonts w:asciiTheme="majorHAnsi" w:hAnsiTheme="majorHAnsi" w:cstheme="majorHAnsi"/>
          <w:b/>
          <w:sz w:val="24"/>
          <w:szCs w:val="24"/>
        </w:rPr>
        <w:br/>
      </w:r>
      <w:r w:rsidR="004D281F">
        <w:rPr>
          <w:rFonts w:asciiTheme="majorHAnsi" w:hAnsiTheme="majorHAnsi" w:cstheme="majorHAnsi"/>
          <w:b/>
          <w:sz w:val="24"/>
          <w:szCs w:val="24"/>
        </w:rPr>
        <w:tab/>
      </w:r>
      <w:r w:rsidR="004D281F" w:rsidRPr="004D281F">
        <w:rPr>
          <w:rFonts w:asciiTheme="majorHAnsi" w:hAnsiTheme="majorHAnsi" w:cstheme="majorHAnsi"/>
          <w:bCs/>
          <w:sz w:val="24"/>
          <w:szCs w:val="24"/>
        </w:rPr>
        <w:tab/>
      </w:r>
      <w:r w:rsidR="004D281F" w:rsidRPr="004F74EA">
        <w:rPr>
          <w:rFonts w:asciiTheme="majorHAnsi" w:hAnsiTheme="majorHAnsi" w:cstheme="majorHAnsi"/>
          <w:bCs/>
          <w:sz w:val="24"/>
          <w:szCs w:val="24"/>
        </w:rPr>
        <w:t>Panelists:</w:t>
      </w:r>
      <w:r w:rsidR="004D281F" w:rsidRPr="004F74EA">
        <w:rPr>
          <w:rFonts w:asciiTheme="majorHAnsi" w:hAnsiTheme="majorHAnsi" w:cstheme="majorHAnsi"/>
          <w:b/>
          <w:sz w:val="24"/>
          <w:szCs w:val="24"/>
        </w:rPr>
        <w:t xml:space="preserve"> G. Trantalis</w:t>
      </w:r>
      <w:r w:rsidR="004D281F" w:rsidRPr="004F74EA">
        <w:rPr>
          <w:rFonts w:asciiTheme="majorHAnsi" w:hAnsiTheme="majorHAnsi" w:cstheme="majorHAnsi"/>
          <w:bCs/>
          <w:sz w:val="24"/>
          <w:szCs w:val="24"/>
        </w:rPr>
        <w:t>,</w:t>
      </w:r>
      <w:r w:rsidR="004D281F" w:rsidRPr="004F74EA">
        <w:rPr>
          <w:rFonts w:asciiTheme="majorHAnsi" w:hAnsiTheme="majorHAnsi" w:cstheme="majorHAnsi"/>
          <w:b/>
          <w:sz w:val="24"/>
          <w:szCs w:val="24"/>
        </w:rPr>
        <w:t xml:space="preserve"> G. </w:t>
      </w:r>
      <w:proofErr w:type="spellStart"/>
      <w:r w:rsidR="004D281F" w:rsidRPr="004F74EA">
        <w:rPr>
          <w:rFonts w:asciiTheme="majorHAnsi" w:hAnsiTheme="majorHAnsi" w:cstheme="majorHAnsi"/>
          <w:b/>
          <w:sz w:val="24"/>
          <w:szCs w:val="24"/>
        </w:rPr>
        <w:t>Gavrielatos</w:t>
      </w:r>
      <w:proofErr w:type="spellEnd"/>
      <w:r w:rsidR="002B1CB9" w:rsidRPr="002B1CB9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2B1CB9" w:rsidRPr="00B903FE">
        <w:rPr>
          <w:rFonts w:asciiTheme="majorHAnsi" w:hAnsiTheme="majorHAnsi" w:cstheme="majorHAnsi"/>
          <w:b/>
          <w:sz w:val="24"/>
          <w:szCs w:val="24"/>
        </w:rPr>
        <w:t xml:space="preserve">P. </w:t>
      </w:r>
      <w:proofErr w:type="spellStart"/>
      <w:r w:rsidR="00F849C9" w:rsidRPr="00B903FE">
        <w:rPr>
          <w:rFonts w:asciiTheme="majorHAnsi" w:hAnsiTheme="majorHAnsi" w:cstheme="majorHAnsi"/>
          <w:b/>
          <w:sz w:val="24"/>
          <w:szCs w:val="24"/>
        </w:rPr>
        <w:t>Bounas</w:t>
      </w:r>
      <w:proofErr w:type="spellEnd"/>
      <w:r w:rsidR="00F87804" w:rsidRPr="00B903FE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B903FE" w:rsidRPr="00B903FE">
        <w:rPr>
          <w:rFonts w:asciiTheme="majorHAnsi" w:hAnsiTheme="majorHAnsi" w:cstheme="majorHAnsi"/>
          <w:bCs/>
          <w:sz w:val="24"/>
          <w:szCs w:val="24"/>
        </w:rPr>
        <w:t xml:space="preserve">(TBC) </w:t>
      </w:r>
      <w:r w:rsidR="00390550" w:rsidRPr="00B903FE">
        <w:rPr>
          <w:rFonts w:asciiTheme="majorHAnsi" w:hAnsiTheme="majorHAnsi" w:cstheme="majorHAnsi"/>
          <w:b/>
          <w:sz w:val="24"/>
          <w:szCs w:val="24"/>
        </w:rPr>
        <w:t>D. Karatzas</w:t>
      </w:r>
      <w:r w:rsidR="00B903FE" w:rsidRPr="00B903FE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B903FE" w:rsidRPr="00B903FE">
        <w:rPr>
          <w:rFonts w:asciiTheme="majorHAnsi" w:hAnsiTheme="majorHAnsi" w:cstheme="majorHAnsi"/>
          <w:bCs/>
          <w:sz w:val="24"/>
          <w:szCs w:val="24"/>
        </w:rPr>
        <w:t>(TBC)</w:t>
      </w:r>
    </w:p>
    <w:p w14:paraId="31FD6D12" w14:textId="25F61477" w:rsidR="00F73698" w:rsidRPr="00546991" w:rsidRDefault="00546991" w:rsidP="003048C6">
      <w:pPr>
        <w:tabs>
          <w:tab w:val="left" w:pos="993"/>
          <w:tab w:val="left" w:pos="1843"/>
        </w:tabs>
        <w:ind w:hanging="142"/>
        <w:rPr>
          <w:rFonts w:asciiTheme="majorHAnsi" w:hAnsiTheme="majorHAnsi" w:cstheme="majorHAnsi"/>
          <w:b/>
          <w:sz w:val="24"/>
          <w:szCs w:val="24"/>
        </w:rPr>
      </w:pP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  <w:t>General Clinic</w:t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/>
          <w:sz w:val="24"/>
          <w:szCs w:val="24"/>
          <w:lang w:val="el-GR"/>
        </w:rPr>
        <w:t>Α</w:t>
      </w:r>
      <w:r w:rsidRPr="00546991">
        <w:rPr>
          <w:rFonts w:asciiTheme="majorHAnsi" w:hAnsiTheme="majorHAnsi" w:cstheme="majorHAnsi"/>
          <w:b/>
          <w:sz w:val="24"/>
          <w:szCs w:val="24"/>
        </w:rPr>
        <w:t xml:space="preserve">. </w:t>
      </w:r>
      <w:proofErr w:type="spellStart"/>
      <w:r w:rsidRPr="00546991">
        <w:rPr>
          <w:rFonts w:asciiTheme="majorHAnsi" w:hAnsiTheme="majorHAnsi" w:cstheme="majorHAnsi"/>
          <w:b/>
          <w:sz w:val="24"/>
          <w:szCs w:val="24"/>
        </w:rPr>
        <w:t>Kapetanopoulos</w:t>
      </w:r>
      <w:proofErr w:type="spellEnd"/>
      <w:r w:rsidRPr="00546991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555F8D9D" w14:textId="3207AAD8" w:rsidR="00546991" w:rsidRDefault="00546991" w:rsidP="003048C6">
      <w:pPr>
        <w:tabs>
          <w:tab w:val="left" w:pos="993"/>
          <w:tab w:val="left" w:pos="1843"/>
        </w:tabs>
        <w:ind w:hanging="142"/>
        <w:rPr>
          <w:rFonts w:asciiTheme="majorHAnsi" w:hAnsiTheme="majorHAnsi" w:cstheme="majorHAnsi"/>
          <w:b/>
          <w:color w:val="7F1B25"/>
          <w:sz w:val="24"/>
          <w:szCs w:val="24"/>
        </w:rPr>
      </w:pP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  <w:t>"George Papanikolaou" General Hospital of Thessaloniki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8C3477">
        <w:rPr>
          <w:rFonts w:asciiTheme="majorHAnsi" w:hAnsiTheme="majorHAnsi" w:cstheme="majorHAnsi"/>
          <w:b/>
          <w:sz w:val="24"/>
          <w:szCs w:val="24"/>
        </w:rPr>
        <w:tab/>
      </w:r>
      <w:r w:rsidRPr="008C3477">
        <w:rPr>
          <w:rFonts w:asciiTheme="majorHAnsi" w:hAnsiTheme="majorHAnsi" w:cstheme="majorHAnsi"/>
          <w:b/>
          <w:sz w:val="24"/>
          <w:szCs w:val="24"/>
        </w:rPr>
        <w:tab/>
        <w:t xml:space="preserve">V. </w:t>
      </w:r>
      <w:proofErr w:type="spellStart"/>
      <w:r w:rsidRPr="008C3477">
        <w:rPr>
          <w:rFonts w:asciiTheme="majorHAnsi" w:hAnsiTheme="majorHAnsi" w:cstheme="majorHAnsi"/>
          <w:b/>
          <w:sz w:val="24"/>
          <w:szCs w:val="24"/>
        </w:rPr>
        <w:t>Tzalamouras</w:t>
      </w:r>
      <w:proofErr w:type="spellEnd"/>
      <w:r w:rsidRPr="008C3477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54F89A22" w14:textId="38CA50B3" w:rsidR="00BD41BC" w:rsidRDefault="00546991" w:rsidP="00546991">
      <w:pPr>
        <w:tabs>
          <w:tab w:val="left" w:pos="993"/>
          <w:tab w:val="left" w:pos="1843"/>
        </w:tabs>
        <w:ind w:hanging="142"/>
        <w:rPr>
          <w:rFonts w:asciiTheme="majorHAnsi" w:hAnsiTheme="majorHAnsi" w:cstheme="majorHAnsi"/>
          <w:b/>
          <w:color w:val="7F1B25"/>
          <w:sz w:val="24"/>
          <w:szCs w:val="24"/>
        </w:rPr>
      </w:pP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  <w:t>“Papageorgiou” General Hospital of Thessaloniki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8C3477">
        <w:rPr>
          <w:rFonts w:asciiTheme="majorHAnsi" w:hAnsiTheme="majorHAnsi" w:cstheme="majorHAnsi"/>
          <w:b/>
          <w:sz w:val="24"/>
          <w:szCs w:val="24"/>
        </w:rPr>
        <w:tab/>
      </w:r>
      <w:r w:rsidR="00DA71DC">
        <w:rPr>
          <w:rFonts w:asciiTheme="majorHAnsi" w:hAnsiTheme="majorHAnsi" w:cstheme="majorHAnsi"/>
          <w:b/>
          <w:sz w:val="24"/>
          <w:szCs w:val="24"/>
        </w:rPr>
        <w:t xml:space="preserve">N. </w:t>
      </w:r>
      <w:proofErr w:type="spellStart"/>
      <w:r w:rsidR="00412D3D">
        <w:rPr>
          <w:rFonts w:asciiTheme="majorHAnsi" w:hAnsiTheme="majorHAnsi" w:cstheme="majorHAnsi"/>
          <w:b/>
          <w:sz w:val="24"/>
          <w:szCs w:val="24"/>
        </w:rPr>
        <w:t>Tsanaxidis</w:t>
      </w:r>
      <w:proofErr w:type="spellEnd"/>
      <w:r w:rsidR="00412D3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12D3D" w:rsidRPr="00412D3D">
        <w:rPr>
          <w:rFonts w:asciiTheme="majorHAnsi" w:hAnsiTheme="majorHAnsi" w:cstheme="majorHAnsi"/>
          <w:bCs/>
          <w:sz w:val="24"/>
          <w:szCs w:val="24"/>
        </w:rPr>
        <w:t>(TBC)</w:t>
      </w:r>
    </w:p>
    <w:p w14:paraId="473839B8" w14:textId="68B9617B" w:rsidR="00546991" w:rsidRPr="008C3477" w:rsidRDefault="00546991" w:rsidP="00546991">
      <w:pPr>
        <w:tabs>
          <w:tab w:val="left" w:pos="993"/>
          <w:tab w:val="left" w:pos="1843"/>
        </w:tabs>
        <w:ind w:hanging="142"/>
        <w:rPr>
          <w:rFonts w:asciiTheme="majorHAnsi" w:hAnsiTheme="majorHAnsi" w:cstheme="majorHAnsi"/>
          <w:b/>
          <w:color w:val="7F1B25"/>
          <w:sz w:val="24"/>
          <w:szCs w:val="24"/>
        </w:rPr>
      </w:pP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  <w:t>Red Cross Hospital, Athens</w:t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8C3477">
        <w:rPr>
          <w:rFonts w:asciiTheme="majorHAnsi" w:hAnsiTheme="majorHAnsi" w:cstheme="majorHAnsi"/>
          <w:b/>
          <w:sz w:val="24"/>
          <w:szCs w:val="24"/>
        </w:rPr>
        <w:tab/>
      </w:r>
      <w:r w:rsidRPr="008C3477">
        <w:rPr>
          <w:rFonts w:asciiTheme="majorHAnsi" w:hAnsiTheme="majorHAnsi" w:cstheme="majorHAnsi"/>
          <w:b/>
          <w:sz w:val="24"/>
          <w:szCs w:val="24"/>
        </w:rPr>
        <w:tab/>
        <w:t xml:space="preserve">I. </w:t>
      </w:r>
      <w:proofErr w:type="spellStart"/>
      <w:r w:rsidRPr="008C3477">
        <w:rPr>
          <w:rFonts w:asciiTheme="majorHAnsi" w:hAnsiTheme="majorHAnsi" w:cstheme="majorHAnsi"/>
          <w:b/>
          <w:sz w:val="24"/>
          <w:szCs w:val="24"/>
        </w:rPr>
        <w:t>Tsiafoutis</w:t>
      </w:r>
      <w:proofErr w:type="spellEnd"/>
      <w:r w:rsidRPr="008C3477"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3D562022" w14:textId="06D13B98" w:rsidR="003048C6" w:rsidRPr="00546991" w:rsidRDefault="00546991" w:rsidP="00546991">
      <w:pPr>
        <w:tabs>
          <w:tab w:val="left" w:pos="993"/>
          <w:tab w:val="left" w:pos="1843"/>
        </w:tabs>
        <w:ind w:hanging="142"/>
        <w:rPr>
          <w:rFonts w:asciiTheme="majorHAnsi" w:hAnsiTheme="majorHAnsi" w:cstheme="majorHAnsi"/>
          <w:b/>
          <w:color w:val="7F1B25"/>
          <w:sz w:val="24"/>
          <w:szCs w:val="24"/>
        </w:rPr>
      </w:pP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Cs/>
          <w:color w:val="7F1B25"/>
          <w:sz w:val="24"/>
          <w:szCs w:val="24"/>
        </w:rPr>
        <w:tab/>
        <w:t>St. Luke's Hospital</w:t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Pr="00546991">
        <w:rPr>
          <w:rFonts w:asciiTheme="majorHAnsi" w:hAnsiTheme="majorHAnsi" w:cstheme="majorHAnsi"/>
          <w:b/>
          <w:sz w:val="24"/>
          <w:szCs w:val="24"/>
        </w:rPr>
        <w:t xml:space="preserve">N. </w:t>
      </w:r>
      <w:proofErr w:type="spellStart"/>
      <w:r w:rsidRPr="00546991">
        <w:rPr>
          <w:rFonts w:asciiTheme="majorHAnsi" w:hAnsiTheme="majorHAnsi" w:cstheme="majorHAnsi"/>
          <w:b/>
          <w:sz w:val="24"/>
          <w:szCs w:val="24"/>
        </w:rPr>
        <w:t>Mezilis</w:t>
      </w:r>
      <w:proofErr w:type="spellEnd"/>
      <w:r w:rsidRPr="00546991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3579F95E" w14:textId="236F6AFA" w:rsidR="003048C6" w:rsidRPr="00C90911" w:rsidRDefault="00F87EB2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42208" behindDoc="1" locked="0" layoutInCell="1" allowOverlap="1" wp14:anchorId="0467CD45" wp14:editId="1D3A786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561728939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670" w:rsidRPr="00D70CD8">
        <w:rPr>
          <w:rFonts w:ascii="Calibri" w:hAnsi="Calibri" w:cs="Calibr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FCF9B58" wp14:editId="5A64D046">
                <wp:simplePos x="0" y="0"/>
                <wp:positionH relativeFrom="column">
                  <wp:posOffset>-1151749</wp:posOffset>
                </wp:positionH>
                <wp:positionV relativeFrom="paragraph">
                  <wp:posOffset>1872615</wp:posOffset>
                </wp:positionV>
                <wp:extent cx="7857366" cy="337255"/>
                <wp:effectExtent l="12700" t="12700" r="17145" b="18415"/>
                <wp:wrapNone/>
                <wp:docPr id="979679102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C8EE69" w14:textId="00D90ED2" w:rsidR="00477670" w:rsidRDefault="00477670" w:rsidP="00477670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Saturday May 16, 2026 |</w:t>
                            </w:r>
                            <w:r w:rsidRPr="003A3D84">
                              <w:t xml:space="preserve"> </w:t>
                            </w:r>
                            <w:r w:rsidRPr="0047767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MITRAL &amp; TRICUSPID INTERVENTIONS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496F0098" w14:textId="77777777" w:rsidR="00477670" w:rsidRDefault="00477670" w:rsidP="00477670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4276A7E0" w14:textId="77777777" w:rsidR="00477670" w:rsidRPr="00DB5FD6" w:rsidRDefault="00477670" w:rsidP="00477670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F9B58" id="_x0000_s1034" style="position:absolute;margin-left:-90.7pt;margin-top:147.45pt;width:618.7pt;height:26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" fillcolor="#7f1b25" strokecolor="#faf6f6" strokeweight="2pt">
                <v:textbox>
                  <w:txbxContent>
                    <w:p w14:paraId="3AC8EE69" w14:textId="00D90ED2" w:rsidR="00477670" w:rsidRDefault="00477670" w:rsidP="00477670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Saturday May 16, 2026 |</w:t>
                      </w:r>
                      <w:r w:rsidRPr="003A3D84">
                        <w:t xml:space="preserve"> </w:t>
                      </w:r>
                      <w:r w:rsidRPr="0047767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MITRAL &amp; TRICUSPID INTERVENTIONS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496F0098" w14:textId="77777777" w:rsidR="00477670" w:rsidRDefault="00477670" w:rsidP="00477670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4276A7E0" w14:textId="77777777" w:rsidR="00477670" w:rsidRPr="00DB5FD6" w:rsidRDefault="00477670" w:rsidP="00477670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477670">
        <w:rPr>
          <w:noProof/>
        </w:rPr>
        <w:drawing>
          <wp:anchor distT="0" distB="0" distL="114300" distR="114300" simplePos="0" relativeHeight="251688960" behindDoc="1" locked="0" layoutInCell="1" allowOverlap="1" wp14:anchorId="2E1C1865" wp14:editId="3A2A0B01">
            <wp:simplePos x="0" y="0"/>
            <wp:positionH relativeFrom="column">
              <wp:posOffset>-1143000</wp:posOffset>
            </wp:positionH>
            <wp:positionV relativeFrom="paragraph">
              <wp:posOffset>-423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158568054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83EA" w14:textId="77777777" w:rsidR="00662D3B" w:rsidRPr="00FE6269" w:rsidRDefault="00662D3B">
      <w:pPr>
        <w:rPr>
          <w:rFonts w:asciiTheme="majorHAnsi" w:hAnsiTheme="majorHAnsi" w:cstheme="majorHAnsi"/>
          <w:sz w:val="24"/>
          <w:szCs w:val="24"/>
        </w:rPr>
      </w:pPr>
    </w:p>
    <w:p w14:paraId="614529AE" w14:textId="6B9531E7" w:rsidR="00861AFF" w:rsidRPr="00557968" w:rsidRDefault="00477670" w:rsidP="00557968">
      <w:pPr>
        <w:tabs>
          <w:tab w:val="left" w:pos="1843"/>
        </w:tabs>
        <w:ind w:left="1843" w:right="-574" w:hanging="1843"/>
        <w:rPr>
          <w:rFonts w:asciiTheme="majorHAnsi" w:hAnsiTheme="majorHAnsi" w:cstheme="majorHAnsi"/>
          <w:b/>
          <w:color w:val="7F1B25"/>
          <w:sz w:val="24"/>
          <w:szCs w:val="24"/>
        </w:rPr>
      </w:pP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09:00–10:00 </w:t>
      </w: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8C0E5B" w:rsidRPr="00C9091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</w:t>
      </w:r>
      <w:r w:rsidR="00546991">
        <w:rPr>
          <w:rFonts w:asciiTheme="majorHAnsi" w:hAnsiTheme="majorHAnsi" w:cstheme="majorHAnsi"/>
          <w:b/>
          <w:color w:val="7F1B25"/>
          <w:sz w:val="24"/>
          <w:szCs w:val="24"/>
        </w:rPr>
        <w:t>9</w:t>
      </w:r>
      <w:r w:rsidR="00557968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2F6090" w:rsidRPr="00C90911">
        <w:rPr>
          <w:rFonts w:asciiTheme="majorHAnsi" w:hAnsiTheme="majorHAnsi" w:cstheme="majorHAnsi"/>
          <w:b/>
          <w:color w:val="7F1B25"/>
          <w:sz w:val="24"/>
          <w:szCs w:val="24"/>
        </w:rPr>
        <w:t>MITRAL</w:t>
      </w:r>
      <w:r w:rsidR="007240CE" w:rsidRPr="00C9091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VALVE</w:t>
      </w:r>
      <w:r w:rsidR="00475742" w:rsidRPr="00C9091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2026</w:t>
      </w:r>
      <w:r w:rsidR="002F6090" w:rsidRPr="00C90911">
        <w:rPr>
          <w:rFonts w:asciiTheme="majorHAnsi" w:hAnsiTheme="majorHAnsi" w:cstheme="majorHAnsi"/>
          <w:b/>
          <w:color w:val="7F1B25"/>
          <w:sz w:val="24"/>
          <w:szCs w:val="24"/>
        </w:rPr>
        <w:t>: WHO SHOULD WE TREAT?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="00861AFF" w:rsidRPr="00477670">
        <w:rPr>
          <w:rFonts w:asciiTheme="majorHAnsi" w:hAnsiTheme="majorHAnsi" w:cstheme="majorHAnsi"/>
          <w:bCs/>
          <w:sz w:val="24"/>
          <w:szCs w:val="24"/>
        </w:rPr>
        <w:t>Moderators:</w:t>
      </w:r>
      <w:r w:rsidR="00AD5D1A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66A0B" w:rsidRPr="00FE6269">
        <w:rPr>
          <w:rFonts w:asciiTheme="majorHAnsi" w:hAnsiTheme="majorHAnsi" w:cstheme="majorHAnsi"/>
          <w:b/>
          <w:sz w:val="24"/>
          <w:szCs w:val="24"/>
        </w:rPr>
        <w:t xml:space="preserve">L. Michalis, </w:t>
      </w:r>
      <w:r w:rsidR="00CA57CF">
        <w:rPr>
          <w:rFonts w:asciiTheme="majorHAnsi" w:hAnsiTheme="majorHAnsi" w:cstheme="majorHAnsi"/>
          <w:b/>
          <w:sz w:val="24"/>
          <w:szCs w:val="24"/>
        </w:rPr>
        <w:t>K. Perreas</w:t>
      </w:r>
      <w:r w:rsidR="00CA57CF">
        <w:rPr>
          <w:rFonts w:asciiTheme="majorHAnsi" w:hAnsiTheme="majorHAnsi" w:cstheme="majorHAnsi"/>
          <w:b/>
          <w:sz w:val="24"/>
          <w:szCs w:val="24"/>
        </w:rPr>
        <w:br/>
      </w:r>
      <w:r w:rsidR="00861AFF" w:rsidRPr="00321243">
        <w:rPr>
          <w:rFonts w:asciiTheme="majorHAnsi" w:hAnsiTheme="majorHAnsi" w:cstheme="majorHAnsi"/>
          <w:bCs/>
          <w:sz w:val="24"/>
          <w:szCs w:val="24"/>
        </w:rPr>
        <w:t>Panelists:</w:t>
      </w:r>
      <w:r w:rsidR="000D79F0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430A71" w:rsidRPr="00FE6269">
        <w:rPr>
          <w:rFonts w:asciiTheme="majorHAnsi" w:hAnsiTheme="majorHAnsi" w:cstheme="majorHAnsi"/>
          <w:b/>
          <w:sz w:val="24"/>
          <w:szCs w:val="24"/>
        </w:rPr>
        <w:t xml:space="preserve">N. </w:t>
      </w:r>
      <w:proofErr w:type="spellStart"/>
      <w:r w:rsidR="00430A71" w:rsidRPr="001234E4">
        <w:rPr>
          <w:rFonts w:asciiTheme="majorHAnsi" w:hAnsiTheme="majorHAnsi" w:cstheme="majorHAnsi"/>
          <w:b/>
          <w:sz w:val="24"/>
          <w:szCs w:val="24"/>
        </w:rPr>
        <w:t>Bouboulis</w:t>
      </w:r>
      <w:proofErr w:type="spellEnd"/>
      <w:r w:rsidR="00430A71" w:rsidRPr="001234E4">
        <w:rPr>
          <w:rFonts w:asciiTheme="majorHAnsi" w:hAnsiTheme="majorHAnsi" w:cstheme="majorHAnsi"/>
          <w:b/>
          <w:sz w:val="24"/>
          <w:szCs w:val="24"/>
        </w:rPr>
        <w:t>,</w:t>
      </w:r>
      <w:r w:rsidR="000A2892" w:rsidRPr="001234E4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1A3CEF" w:rsidRPr="001234E4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1A3CEF" w:rsidRPr="001234E4">
        <w:rPr>
          <w:rFonts w:asciiTheme="majorHAnsi" w:hAnsiTheme="majorHAnsi" w:cstheme="majorHAnsi"/>
          <w:b/>
          <w:sz w:val="24"/>
          <w:szCs w:val="24"/>
        </w:rPr>
        <w:t>Agathos</w:t>
      </w:r>
      <w:proofErr w:type="spellEnd"/>
      <w:r w:rsidR="004408F9" w:rsidRPr="001234E4">
        <w:rPr>
          <w:rFonts w:asciiTheme="majorHAnsi" w:hAnsiTheme="majorHAnsi" w:cstheme="majorHAnsi"/>
          <w:b/>
          <w:sz w:val="24"/>
          <w:szCs w:val="24"/>
        </w:rPr>
        <w:t>,</w:t>
      </w:r>
      <w:r w:rsidR="004408F9"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AD5D1A" w:rsidRPr="00FE6269">
        <w:rPr>
          <w:rFonts w:asciiTheme="majorHAnsi" w:hAnsiTheme="majorHAnsi" w:cstheme="majorHAnsi"/>
          <w:b/>
          <w:sz w:val="24"/>
          <w:szCs w:val="24"/>
        </w:rPr>
        <w:t xml:space="preserve">S. </w:t>
      </w:r>
      <w:proofErr w:type="spellStart"/>
      <w:r w:rsidR="00AD5D1A" w:rsidRPr="00FE6269">
        <w:rPr>
          <w:rFonts w:asciiTheme="majorHAnsi" w:hAnsiTheme="majorHAnsi" w:cstheme="majorHAnsi"/>
          <w:b/>
          <w:sz w:val="24"/>
          <w:szCs w:val="24"/>
        </w:rPr>
        <w:t>Kaliampakos</w:t>
      </w:r>
      <w:proofErr w:type="spellEnd"/>
      <w:r w:rsidR="00F578CD" w:rsidRPr="00FE6269">
        <w:rPr>
          <w:rFonts w:asciiTheme="majorHAnsi" w:hAnsiTheme="majorHAnsi" w:cstheme="majorHAnsi"/>
          <w:b/>
          <w:sz w:val="24"/>
          <w:szCs w:val="24"/>
        </w:rPr>
        <w:t xml:space="preserve">, D. </w:t>
      </w:r>
      <w:proofErr w:type="spellStart"/>
      <w:r w:rsidR="00F578CD" w:rsidRPr="00FE6269">
        <w:rPr>
          <w:rFonts w:asciiTheme="majorHAnsi" w:hAnsiTheme="majorHAnsi" w:cstheme="majorHAnsi"/>
          <w:b/>
          <w:sz w:val="24"/>
          <w:szCs w:val="24"/>
        </w:rPr>
        <w:t>Aravantinos</w:t>
      </w:r>
      <w:proofErr w:type="spellEnd"/>
    </w:p>
    <w:p w14:paraId="59FE9D6A" w14:textId="373E6896" w:rsidR="00935BF8" w:rsidRPr="00935BF8" w:rsidRDefault="0042037F" w:rsidP="0090050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FMR+</w:t>
      </w:r>
      <w:r w:rsidR="004F1350" w:rsidRPr="00FE6269">
        <w:rPr>
          <w:rFonts w:asciiTheme="majorHAnsi" w:hAnsiTheme="majorHAnsi" w:cstheme="majorHAnsi"/>
          <w:sz w:val="24"/>
          <w:szCs w:val="24"/>
        </w:rPr>
        <w:t xml:space="preserve">EF 30%: </w:t>
      </w:r>
      <w:r w:rsidRPr="00FE6269">
        <w:rPr>
          <w:rFonts w:asciiTheme="majorHAnsi" w:hAnsiTheme="majorHAnsi" w:cstheme="majorHAnsi"/>
          <w:sz w:val="24"/>
          <w:szCs w:val="24"/>
        </w:rPr>
        <w:t>COAPT Criteria, Gray Zones</w:t>
      </w:r>
      <w:r w:rsidR="00321243" w:rsidRPr="00321243">
        <w:rPr>
          <w:rFonts w:asciiTheme="majorHAnsi" w:hAnsiTheme="majorHAnsi" w:cstheme="majorHAnsi"/>
          <w:sz w:val="24"/>
          <w:szCs w:val="24"/>
        </w:rPr>
        <w:br/>
      </w:r>
      <w:r w:rsidR="00AD5D1A" w:rsidRPr="00FE6269">
        <w:rPr>
          <w:rFonts w:asciiTheme="majorHAnsi" w:hAnsiTheme="majorHAnsi" w:cstheme="majorHAnsi"/>
          <w:b/>
          <w:sz w:val="24"/>
          <w:szCs w:val="24"/>
        </w:rPr>
        <w:t xml:space="preserve">I. </w:t>
      </w:r>
      <w:proofErr w:type="spellStart"/>
      <w:r w:rsidR="00AD5D1A" w:rsidRPr="00FE6269">
        <w:rPr>
          <w:rFonts w:asciiTheme="majorHAnsi" w:hAnsiTheme="majorHAnsi" w:cstheme="majorHAnsi"/>
          <w:b/>
          <w:sz w:val="24"/>
          <w:szCs w:val="24"/>
        </w:rPr>
        <w:t>Ninios</w:t>
      </w:r>
      <w:proofErr w:type="spellEnd"/>
      <w:r w:rsidR="00935BF8">
        <w:rPr>
          <w:rFonts w:asciiTheme="majorHAnsi" w:hAnsiTheme="majorHAnsi" w:cstheme="majorHAnsi"/>
          <w:b/>
          <w:sz w:val="24"/>
          <w:szCs w:val="24"/>
        </w:rPr>
        <w:br/>
      </w:r>
    </w:p>
    <w:p w14:paraId="355CD81F" w14:textId="331826EA" w:rsidR="00662D3B" w:rsidRPr="00935BF8" w:rsidRDefault="00935BF8" w:rsidP="0090050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bCs/>
          <w:sz w:val="24"/>
          <w:szCs w:val="24"/>
        </w:rPr>
      </w:pPr>
      <w:r w:rsidRPr="00935BF8">
        <w:rPr>
          <w:rFonts w:asciiTheme="majorHAnsi" w:hAnsiTheme="majorHAnsi" w:cstheme="majorHAnsi"/>
          <w:bCs/>
          <w:sz w:val="24"/>
          <w:szCs w:val="24"/>
        </w:rPr>
        <w:t>AFMR</w:t>
      </w:r>
      <w:r>
        <w:rPr>
          <w:rFonts w:asciiTheme="majorHAnsi" w:hAnsiTheme="majorHAnsi" w:cstheme="majorHAnsi"/>
          <w:bCs/>
          <w:sz w:val="24"/>
          <w:szCs w:val="24"/>
        </w:rPr>
        <w:br/>
      </w:r>
      <w:r w:rsidRPr="001A4842">
        <w:rPr>
          <w:rFonts w:asciiTheme="majorHAnsi" w:hAnsiTheme="majorHAnsi" w:cstheme="majorHAnsi"/>
          <w:b/>
          <w:bCs/>
          <w:sz w:val="24"/>
          <w:szCs w:val="24"/>
        </w:rPr>
        <w:t xml:space="preserve">TBA </w:t>
      </w:r>
      <w:r w:rsidR="001A4842">
        <w:rPr>
          <w:rFonts w:asciiTheme="majorHAnsi" w:hAnsiTheme="majorHAnsi" w:cstheme="majorHAnsi"/>
          <w:sz w:val="24"/>
          <w:szCs w:val="24"/>
        </w:rPr>
        <w:br/>
      </w:r>
    </w:p>
    <w:p w14:paraId="45DBE3EB" w14:textId="2C5E5CA7" w:rsidR="003101DB" w:rsidRPr="00FE6269" w:rsidRDefault="003B0AA8" w:rsidP="003101DB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Screening for patients. </w:t>
      </w:r>
      <w:r w:rsidR="002F6090" w:rsidRPr="00FE6269">
        <w:rPr>
          <w:rFonts w:asciiTheme="majorHAnsi" w:hAnsiTheme="majorHAnsi" w:cstheme="majorHAnsi"/>
          <w:sz w:val="24"/>
          <w:szCs w:val="24"/>
        </w:rPr>
        <w:t xml:space="preserve">LV </w:t>
      </w:r>
      <w:r w:rsidR="00E46AAD" w:rsidRPr="00FE6269">
        <w:rPr>
          <w:rFonts w:asciiTheme="majorHAnsi" w:hAnsiTheme="majorHAnsi" w:cstheme="majorHAnsi"/>
          <w:sz w:val="24"/>
          <w:szCs w:val="24"/>
        </w:rPr>
        <w:t xml:space="preserve">too large </w:t>
      </w:r>
      <w:r w:rsidR="002F6090" w:rsidRPr="00FE6269">
        <w:rPr>
          <w:rFonts w:asciiTheme="majorHAnsi" w:hAnsiTheme="majorHAnsi" w:cstheme="majorHAnsi"/>
          <w:sz w:val="24"/>
          <w:szCs w:val="24"/>
        </w:rPr>
        <w:t>for MTEER?</w:t>
      </w:r>
      <w:r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321243" w:rsidRPr="00C90911">
        <w:rPr>
          <w:rFonts w:asciiTheme="majorHAnsi" w:hAnsiTheme="majorHAnsi" w:cstheme="majorHAnsi"/>
          <w:sz w:val="24"/>
          <w:szCs w:val="24"/>
        </w:rPr>
        <w:br/>
      </w:r>
      <w:r w:rsidR="001931FE" w:rsidRPr="00075575">
        <w:rPr>
          <w:rFonts w:asciiTheme="majorHAnsi" w:hAnsiTheme="majorHAnsi" w:cstheme="majorHAnsi"/>
          <w:b/>
          <w:sz w:val="24"/>
          <w:szCs w:val="24"/>
        </w:rPr>
        <w:t>K</w:t>
      </w:r>
      <w:r w:rsidR="003101DB" w:rsidRPr="00075575">
        <w:rPr>
          <w:rFonts w:asciiTheme="majorHAnsi" w:hAnsiTheme="majorHAnsi" w:cstheme="majorHAnsi"/>
          <w:b/>
          <w:sz w:val="24"/>
          <w:szCs w:val="24"/>
        </w:rPr>
        <w:t>. Papadopoulos</w:t>
      </w:r>
      <w:r w:rsidR="00321243">
        <w:rPr>
          <w:rFonts w:asciiTheme="majorHAnsi" w:hAnsiTheme="majorHAnsi" w:cstheme="majorHAnsi"/>
          <w:b/>
          <w:sz w:val="24"/>
          <w:szCs w:val="24"/>
          <w:lang w:val="el-GR"/>
        </w:rPr>
        <w:br/>
      </w:r>
    </w:p>
    <w:p w14:paraId="1FC3933A" w14:textId="63C5E4EB" w:rsidR="00662D3B" w:rsidRPr="00FE6269" w:rsidRDefault="002F6090" w:rsidP="0090050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Primary MR in </w:t>
      </w:r>
      <w:r w:rsidR="00AD5D1A" w:rsidRPr="00FE6269">
        <w:rPr>
          <w:rFonts w:asciiTheme="majorHAnsi" w:hAnsiTheme="majorHAnsi" w:cstheme="majorHAnsi"/>
          <w:sz w:val="24"/>
          <w:szCs w:val="24"/>
        </w:rPr>
        <w:t>high</w:t>
      </w:r>
      <w:r w:rsidR="0042037F" w:rsidRPr="00FE6269">
        <w:rPr>
          <w:rFonts w:asciiTheme="majorHAnsi" w:hAnsiTheme="majorHAnsi" w:cstheme="majorHAnsi"/>
          <w:sz w:val="24"/>
          <w:szCs w:val="24"/>
        </w:rPr>
        <w:t>-</w:t>
      </w:r>
      <w:r w:rsidR="00E46AAD" w:rsidRPr="00FE6269">
        <w:rPr>
          <w:rFonts w:asciiTheme="majorHAnsi" w:hAnsiTheme="majorHAnsi" w:cstheme="majorHAnsi"/>
          <w:sz w:val="24"/>
          <w:szCs w:val="24"/>
        </w:rPr>
        <w:t>risk</w:t>
      </w:r>
      <w:r w:rsidR="0042037F" w:rsidRPr="00FE6269">
        <w:rPr>
          <w:rFonts w:asciiTheme="majorHAnsi" w:hAnsiTheme="majorHAnsi" w:cstheme="majorHAnsi"/>
          <w:sz w:val="24"/>
          <w:szCs w:val="24"/>
        </w:rPr>
        <w:t xml:space="preserve"> patient</w:t>
      </w:r>
      <w:r w:rsidR="00321243" w:rsidRPr="00321243">
        <w:rPr>
          <w:rFonts w:asciiTheme="majorHAnsi" w:hAnsiTheme="majorHAnsi" w:cstheme="majorHAnsi"/>
          <w:sz w:val="24"/>
          <w:szCs w:val="24"/>
        </w:rPr>
        <w:br/>
      </w:r>
      <w:r w:rsidR="00E52581">
        <w:rPr>
          <w:rFonts w:asciiTheme="majorHAnsi" w:hAnsiTheme="majorHAnsi" w:cstheme="majorHAnsi"/>
          <w:b/>
          <w:sz w:val="24"/>
          <w:szCs w:val="24"/>
        </w:rPr>
        <w:t xml:space="preserve">V. </w:t>
      </w:r>
      <w:proofErr w:type="spellStart"/>
      <w:r w:rsidR="00E52581">
        <w:rPr>
          <w:rFonts w:asciiTheme="majorHAnsi" w:hAnsiTheme="majorHAnsi" w:cstheme="majorHAnsi"/>
          <w:b/>
          <w:sz w:val="24"/>
          <w:szCs w:val="24"/>
        </w:rPr>
        <w:t>Goulielmos</w:t>
      </w:r>
      <w:proofErr w:type="spellEnd"/>
      <w:r w:rsidR="001A4842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1A4842" w:rsidRPr="001A4842">
        <w:rPr>
          <w:rFonts w:asciiTheme="majorHAnsi" w:hAnsiTheme="majorHAnsi" w:cstheme="majorHAnsi"/>
          <w:bCs/>
          <w:sz w:val="24"/>
          <w:szCs w:val="24"/>
        </w:rPr>
        <w:t>(TBC)</w:t>
      </w:r>
      <w:r w:rsidR="00C64DC6"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2CF3DE48" w14:textId="0B479765" w:rsidR="00662D3B" w:rsidRPr="00FE6269" w:rsidRDefault="002F6090" w:rsidP="0090050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MR + AF + TR: What </w:t>
      </w:r>
      <w:r w:rsidR="00E46AAD" w:rsidRPr="00FE6269">
        <w:rPr>
          <w:rFonts w:asciiTheme="majorHAnsi" w:hAnsiTheme="majorHAnsi" w:cstheme="majorHAnsi"/>
          <w:sz w:val="24"/>
          <w:szCs w:val="24"/>
        </w:rPr>
        <w:t>comes first</w:t>
      </w:r>
      <w:r w:rsidRPr="00FE6269">
        <w:rPr>
          <w:rFonts w:asciiTheme="majorHAnsi" w:hAnsiTheme="majorHAnsi" w:cstheme="majorHAnsi"/>
          <w:sz w:val="24"/>
          <w:szCs w:val="24"/>
        </w:rPr>
        <w:t>?</w:t>
      </w:r>
      <w:r w:rsidR="00C64DC6" w:rsidRPr="00C64DC6">
        <w:rPr>
          <w:rFonts w:asciiTheme="majorHAnsi" w:hAnsiTheme="majorHAnsi" w:cstheme="majorHAnsi"/>
          <w:sz w:val="24"/>
          <w:szCs w:val="24"/>
        </w:rPr>
        <w:br/>
      </w:r>
      <w:r w:rsidR="00961D8F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961D8F" w:rsidRPr="00FE6269">
        <w:rPr>
          <w:rFonts w:asciiTheme="majorHAnsi" w:hAnsiTheme="majorHAnsi" w:cstheme="majorHAnsi"/>
          <w:b/>
          <w:sz w:val="24"/>
          <w:szCs w:val="24"/>
        </w:rPr>
        <w:t>Chrissoheris</w:t>
      </w:r>
      <w:proofErr w:type="spellEnd"/>
      <w:r w:rsidR="00C64DC6">
        <w:rPr>
          <w:rFonts w:asciiTheme="majorHAnsi" w:hAnsiTheme="majorHAnsi" w:cstheme="majorHAnsi"/>
          <w:b/>
          <w:sz w:val="24"/>
          <w:szCs w:val="24"/>
          <w:lang w:val="el-GR"/>
        </w:rPr>
        <w:br/>
      </w:r>
    </w:p>
    <w:p w14:paraId="22A32B34" w14:textId="5487A866" w:rsidR="002F6090" w:rsidRPr="00FE6269" w:rsidRDefault="002F6090" w:rsidP="0090050E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Severe MR and MAC: TEER, </w:t>
      </w:r>
      <w:r w:rsidR="00170E13" w:rsidRPr="00FE6269">
        <w:rPr>
          <w:rFonts w:asciiTheme="majorHAnsi" w:hAnsiTheme="majorHAnsi" w:cstheme="majorHAnsi"/>
          <w:sz w:val="24"/>
          <w:szCs w:val="24"/>
        </w:rPr>
        <w:t>TMVR</w:t>
      </w:r>
      <w:r w:rsidRPr="00FE6269">
        <w:rPr>
          <w:rFonts w:asciiTheme="majorHAnsi" w:hAnsiTheme="majorHAnsi" w:cstheme="majorHAnsi"/>
          <w:sz w:val="24"/>
          <w:szCs w:val="24"/>
        </w:rPr>
        <w:t xml:space="preserve">, </w:t>
      </w:r>
      <w:r w:rsidR="00E40550" w:rsidRPr="00FE6269">
        <w:rPr>
          <w:rFonts w:asciiTheme="majorHAnsi" w:hAnsiTheme="majorHAnsi" w:cstheme="majorHAnsi"/>
          <w:sz w:val="24"/>
          <w:szCs w:val="24"/>
        </w:rPr>
        <w:t xml:space="preserve">surgery, </w:t>
      </w:r>
      <w:r w:rsidRPr="00FE6269">
        <w:rPr>
          <w:rFonts w:asciiTheme="majorHAnsi" w:hAnsiTheme="majorHAnsi" w:cstheme="majorHAnsi"/>
          <w:sz w:val="24"/>
          <w:szCs w:val="24"/>
        </w:rPr>
        <w:t>or palliation?</w:t>
      </w:r>
      <w:r w:rsidR="003B0AA8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C64DC6" w:rsidRPr="00C90911">
        <w:rPr>
          <w:rFonts w:asciiTheme="majorHAnsi" w:hAnsiTheme="majorHAnsi" w:cstheme="majorHAnsi"/>
          <w:sz w:val="24"/>
          <w:szCs w:val="24"/>
        </w:rPr>
        <w:br/>
      </w:r>
      <w:r w:rsidR="003B0AA8" w:rsidRPr="00FE6269">
        <w:rPr>
          <w:rFonts w:asciiTheme="majorHAnsi" w:hAnsiTheme="majorHAnsi" w:cstheme="majorHAnsi"/>
          <w:b/>
          <w:sz w:val="24"/>
          <w:szCs w:val="24"/>
        </w:rPr>
        <w:t xml:space="preserve">P. </w:t>
      </w:r>
      <w:proofErr w:type="spellStart"/>
      <w:r w:rsidR="003B0AA8" w:rsidRPr="00FE6269">
        <w:rPr>
          <w:rFonts w:asciiTheme="majorHAnsi" w:hAnsiTheme="majorHAnsi" w:cstheme="majorHAnsi"/>
          <w:b/>
          <w:sz w:val="24"/>
          <w:szCs w:val="24"/>
        </w:rPr>
        <w:t>Dedeilias</w:t>
      </w:r>
      <w:proofErr w:type="spellEnd"/>
    </w:p>
    <w:p w14:paraId="68BD2276" w14:textId="77777777" w:rsidR="005D3F4B" w:rsidRPr="00FE6269" w:rsidRDefault="005D3F4B" w:rsidP="005D3F4B">
      <w:pPr>
        <w:pStyle w:val="ListParagraph"/>
        <w:rPr>
          <w:rFonts w:asciiTheme="majorHAnsi" w:hAnsiTheme="majorHAnsi" w:cstheme="majorHAnsi"/>
          <w:sz w:val="24"/>
          <w:szCs w:val="24"/>
        </w:rPr>
      </w:pPr>
    </w:p>
    <w:p w14:paraId="1D8F8C3A" w14:textId="561E08B5" w:rsidR="00662D3B" w:rsidRPr="00D5392D" w:rsidRDefault="00C64DC6" w:rsidP="00A65D1E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  <w:lang w:val="el-GR"/>
        </w:rPr>
      </w:pPr>
      <w:r w:rsidRPr="00C64DC6">
        <w:rPr>
          <w:rFonts w:asciiTheme="majorHAnsi" w:hAnsiTheme="majorHAnsi" w:cstheme="majorHAnsi"/>
          <w:bCs/>
          <w:sz w:val="24"/>
          <w:szCs w:val="24"/>
        </w:rPr>
        <w:t>10:00–10:15</w:t>
      </w:r>
      <w:r w:rsidR="00A65D1E">
        <w:rPr>
          <w:rFonts w:asciiTheme="majorHAnsi" w:hAnsiTheme="majorHAnsi" w:cstheme="majorHAnsi"/>
          <w:bCs/>
          <w:sz w:val="24"/>
          <w:szCs w:val="24"/>
        </w:rPr>
        <w:tab/>
      </w:r>
      <w:r w:rsidR="002F6090" w:rsidRPr="00C64DC6">
        <w:rPr>
          <w:rFonts w:asciiTheme="majorHAnsi" w:hAnsiTheme="majorHAnsi" w:cstheme="majorHAnsi"/>
          <w:bCs/>
          <w:sz w:val="24"/>
          <w:szCs w:val="24"/>
        </w:rPr>
        <w:t xml:space="preserve">Coffee Break </w:t>
      </w:r>
      <w:r w:rsidR="00D5392D">
        <w:rPr>
          <w:rFonts w:asciiTheme="majorHAnsi" w:hAnsiTheme="majorHAnsi" w:cstheme="majorHAnsi"/>
          <w:bCs/>
          <w:sz w:val="24"/>
          <w:szCs w:val="24"/>
          <w:lang w:val="el-GR"/>
        </w:rPr>
        <w:br/>
      </w:r>
    </w:p>
    <w:p w14:paraId="46EC6BF2" w14:textId="34214E88" w:rsidR="00151B6B" w:rsidRDefault="00F87EB2" w:rsidP="005C15C6">
      <w:pPr>
        <w:ind w:left="2160"/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44256" behindDoc="1" locked="0" layoutInCell="1" allowOverlap="1" wp14:anchorId="7CCE8F4C" wp14:editId="1B5C49ED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94497464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92D" w:rsidRPr="00D70CD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019907E" wp14:editId="49E68A78">
                <wp:simplePos x="0" y="0"/>
                <wp:positionH relativeFrom="column">
                  <wp:posOffset>-1151444</wp:posOffset>
                </wp:positionH>
                <wp:positionV relativeFrom="paragraph">
                  <wp:posOffset>1876425</wp:posOffset>
                </wp:positionV>
                <wp:extent cx="7857366" cy="337255"/>
                <wp:effectExtent l="12700" t="12700" r="17145" b="18415"/>
                <wp:wrapNone/>
                <wp:docPr id="1148670566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7CCCB" w14:textId="77777777" w:rsidR="00D5392D" w:rsidRDefault="00D5392D" w:rsidP="00D5392D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Saturday May 16, 2026 |</w:t>
                            </w:r>
                            <w:r w:rsidRPr="003A3D84">
                              <w:t xml:space="preserve"> </w:t>
                            </w:r>
                            <w:r w:rsidRPr="0047767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MITRAL &amp; TRICUSPID INTERVENTIONS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30D855AC" w14:textId="77777777" w:rsidR="00D5392D" w:rsidRDefault="00D5392D" w:rsidP="00D5392D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65B7DB9" w14:textId="77777777" w:rsidR="00D5392D" w:rsidRPr="00DB5FD6" w:rsidRDefault="00D5392D" w:rsidP="00D5392D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9907E" id="_x0000_s1035" style="position:absolute;left:0;text-align:left;margin-left:-90.65pt;margin-top:147.75pt;width:618.7pt;height:26.5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" fillcolor="#7f1b25" strokecolor="#faf6f6" strokeweight="2pt">
                <v:textbox>
                  <w:txbxContent>
                    <w:p w14:paraId="4BD7CCCB" w14:textId="77777777" w:rsidR="00D5392D" w:rsidRDefault="00D5392D" w:rsidP="00D5392D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Saturday May 16, 2026 |</w:t>
                      </w:r>
                      <w:r w:rsidRPr="003A3D84">
                        <w:t xml:space="preserve"> </w:t>
                      </w:r>
                      <w:r w:rsidRPr="0047767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MITRAL &amp; TRICUSPID INTERVENTIONS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30D855AC" w14:textId="77777777" w:rsidR="00D5392D" w:rsidRDefault="00D5392D" w:rsidP="00D5392D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65B7DB9" w14:textId="77777777" w:rsidR="00D5392D" w:rsidRPr="00DB5FD6" w:rsidRDefault="00D5392D" w:rsidP="00D5392D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D5392D">
        <w:rPr>
          <w:noProof/>
        </w:rPr>
        <w:drawing>
          <wp:anchor distT="0" distB="0" distL="114300" distR="114300" simplePos="0" relativeHeight="251693056" behindDoc="1" locked="0" layoutInCell="1" allowOverlap="1" wp14:anchorId="10B909CB" wp14:editId="12E605B5">
            <wp:simplePos x="0" y="0"/>
            <wp:positionH relativeFrom="column">
              <wp:posOffset>-1143292</wp:posOffset>
            </wp:positionH>
            <wp:positionV relativeFrom="paragraph">
              <wp:posOffset>-378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691384082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5C6">
        <w:rPr>
          <w:rFonts w:asciiTheme="majorHAnsi" w:hAnsiTheme="majorHAnsi" w:cstheme="majorHAnsi"/>
          <w:sz w:val="24"/>
          <w:szCs w:val="24"/>
        </w:rPr>
        <w:br/>
      </w:r>
    </w:p>
    <w:p w14:paraId="572D52B9" w14:textId="305EB780" w:rsidR="005D70B4" w:rsidRPr="00FE6269" w:rsidRDefault="005D70B4" w:rsidP="00A65D1E">
      <w:pPr>
        <w:ind w:left="1985" w:hanging="1985"/>
        <w:rPr>
          <w:rFonts w:asciiTheme="majorHAnsi" w:hAnsiTheme="majorHAnsi" w:cstheme="majorHAnsi"/>
          <w:b/>
          <w:sz w:val="24"/>
          <w:szCs w:val="24"/>
        </w:rPr>
      </w:pP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>10:15–11:15</w:t>
      </w:r>
      <w:r w:rsidRPr="00C90911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SESSION </w:t>
      </w:r>
      <w:r w:rsidR="00546991">
        <w:rPr>
          <w:rFonts w:asciiTheme="majorHAnsi" w:hAnsiTheme="majorHAnsi" w:cstheme="majorHAnsi"/>
          <w:b/>
          <w:color w:val="7F1B25"/>
          <w:sz w:val="24"/>
          <w:szCs w:val="24"/>
        </w:rPr>
        <w:t>10</w:t>
      </w:r>
      <w:r w:rsidRPr="00C90911">
        <w:rPr>
          <w:rFonts w:asciiTheme="majorHAnsi" w:hAnsiTheme="majorHAnsi" w:cstheme="majorHAnsi"/>
          <w:b/>
          <w:color w:val="7F1B25"/>
          <w:sz w:val="24"/>
          <w:szCs w:val="24"/>
        </w:rPr>
        <w:br/>
        <w:t xml:space="preserve">MITRAL VALVE INTERVENTIONS </w:t>
      </w:r>
      <w:r w:rsidRPr="00C64DC6">
        <w:rPr>
          <w:rFonts w:asciiTheme="majorHAnsi" w:hAnsiTheme="majorHAnsi" w:cstheme="majorHAnsi"/>
          <w:b/>
          <w:sz w:val="24"/>
          <w:szCs w:val="24"/>
        </w:rPr>
        <w:br/>
      </w:r>
      <w:r w:rsidRPr="00C64DC6">
        <w:rPr>
          <w:rFonts w:asciiTheme="majorHAnsi" w:hAnsiTheme="majorHAnsi" w:cstheme="majorHAnsi"/>
          <w:bCs/>
          <w:sz w:val="24"/>
          <w:szCs w:val="24"/>
        </w:rPr>
        <w:t>Moderators: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L. Michalis, K.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Spargias</w:t>
      </w:r>
      <w:proofErr w:type="spellEnd"/>
      <w:r w:rsidRPr="00C64DC6">
        <w:rPr>
          <w:rFonts w:asciiTheme="majorHAnsi" w:hAnsiTheme="majorHAnsi" w:cstheme="majorHAnsi"/>
          <w:b/>
          <w:sz w:val="24"/>
          <w:szCs w:val="24"/>
        </w:rPr>
        <w:br/>
      </w:r>
      <w:r w:rsidRPr="00C64DC6">
        <w:rPr>
          <w:rFonts w:asciiTheme="majorHAnsi" w:hAnsiTheme="majorHAnsi" w:cstheme="majorHAnsi"/>
          <w:bCs/>
          <w:sz w:val="24"/>
          <w:szCs w:val="24"/>
        </w:rPr>
        <w:t>Panelists: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E. </w:t>
      </w:r>
      <w:proofErr w:type="spellStart"/>
      <w:r w:rsidRPr="00AB285F">
        <w:rPr>
          <w:rFonts w:asciiTheme="majorHAnsi" w:hAnsiTheme="majorHAnsi" w:cstheme="majorHAnsi"/>
          <w:b/>
          <w:sz w:val="24"/>
          <w:szCs w:val="24"/>
        </w:rPr>
        <w:t>Vavuranakis</w:t>
      </w:r>
      <w:proofErr w:type="spellEnd"/>
      <w:r w:rsidRPr="00AB285F">
        <w:rPr>
          <w:rFonts w:asciiTheme="majorHAnsi" w:hAnsiTheme="majorHAnsi" w:cstheme="majorHAnsi"/>
          <w:b/>
          <w:sz w:val="24"/>
          <w:szCs w:val="24"/>
        </w:rPr>
        <w:t xml:space="preserve">, A. </w:t>
      </w:r>
      <w:proofErr w:type="spellStart"/>
      <w:r w:rsidRPr="00AB285F">
        <w:rPr>
          <w:rFonts w:asciiTheme="majorHAnsi" w:hAnsiTheme="majorHAnsi" w:cstheme="majorHAnsi"/>
          <w:b/>
          <w:sz w:val="24"/>
          <w:szCs w:val="24"/>
        </w:rPr>
        <w:t>Manginas</w:t>
      </w:r>
      <w:proofErr w:type="spellEnd"/>
      <w:r w:rsidRPr="00AB285F">
        <w:rPr>
          <w:rFonts w:asciiTheme="majorHAnsi" w:hAnsiTheme="majorHAnsi" w:cstheme="majorHAnsi"/>
          <w:b/>
          <w:sz w:val="24"/>
          <w:szCs w:val="24"/>
        </w:rPr>
        <w:t>,</w:t>
      </w:r>
      <w:r w:rsidR="00237F84">
        <w:rPr>
          <w:rFonts w:asciiTheme="majorHAnsi" w:hAnsiTheme="majorHAnsi" w:cstheme="majorHAnsi"/>
          <w:b/>
          <w:sz w:val="24"/>
          <w:szCs w:val="24"/>
        </w:rPr>
        <w:t xml:space="preserve"> A. Ziakas,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P. Danias</w:t>
      </w:r>
    </w:p>
    <w:p w14:paraId="00CB7A92" w14:textId="77777777" w:rsidR="005D70B4" w:rsidRPr="00FE6269" w:rsidRDefault="005D70B4" w:rsidP="005D70B4">
      <w:pPr>
        <w:tabs>
          <w:tab w:val="left" w:pos="2127"/>
        </w:tabs>
        <w:rPr>
          <w:rFonts w:asciiTheme="majorHAnsi" w:hAnsiTheme="majorHAnsi" w:cstheme="majorHAnsi"/>
          <w:b/>
          <w:sz w:val="24"/>
          <w:szCs w:val="24"/>
        </w:rPr>
      </w:pPr>
      <w:r w:rsidRPr="00C90911">
        <w:rPr>
          <w:rFonts w:asciiTheme="majorHAnsi" w:hAnsiTheme="majorHAnsi" w:cstheme="majorHAnsi"/>
          <w:b/>
          <w:sz w:val="24"/>
          <w:szCs w:val="24"/>
        </w:rPr>
        <w:tab/>
      </w:r>
      <w:r w:rsidRPr="00FE6269">
        <w:rPr>
          <w:rFonts w:asciiTheme="majorHAnsi" w:hAnsiTheme="majorHAnsi" w:cstheme="majorHAnsi"/>
          <w:b/>
          <w:sz w:val="24"/>
          <w:szCs w:val="24"/>
        </w:rPr>
        <w:t>Case-based discussions</w:t>
      </w:r>
    </w:p>
    <w:p w14:paraId="1929F414" w14:textId="77777777" w:rsidR="005D70B4" w:rsidRPr="00FE6269" w:rsidRDefault="005D70B4" w:rsidP="005D70B4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MTEER IN DMR. </w:t>
      </w:r>
      <w:r w:rsidRPr="00C90911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>I. Iakovou</w:t>
      </w:r>
      <w:r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2395909D" w14:textId="6FCE0F59" w:rsidR="005D70B4" w:rsidRPr="005D70B4" w:rsidRDefault="005D70B4" w:rsidP="005D70B4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MTEER IN FMR</w:t>
      </w:r>
      <w:r w:rsidRPr="00C64DC6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Toutouzas</w:t>
      </w:r>
      <w:proofErr w:type="spellEnd"/>
      <w:r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sz w:val="24"/>
          <w:szCs w:val="24"/>
        </w:rPr>
        <w:br/>
      </w:r>
    </w:p>
    <w:p w14:paraId="52A80F45" w14:textId="79A39E70" w:rsidR="00790B97" w:rsidRPr="00FE6269" w:rsidRDefault="00683719" w:rsidP="00D5392D">
      <w:pPr>
        <w:pStyle w:val="ListParagraph"/>
        <w:numPr>
          <w:ilvl w:val="0"/>
          <w:numId w:val="13"/>
        </w:numPr>
        <w:ind w:hanging="393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TMVR</w:t>
      </w:r>
      <w:r w:rsidR="005A5516" w:rsidRPr="00FE6269">
        <w:rPr>
          <w:rFonts w:asciiTheme="majorHAnsi" w:hAnsiTheme="majorHAnsi" w:cstheme="majorHAnsi"/>
          <w:sz w:val="24"/>
          <w:szCs w:val="24"/>
        </w:rPr>
        <w:t xml:space="preserve"> in challenging anatomy</w:t>
      </w:r>
      <w:r w:rsidR="00D5392D" w:rsidRPr="00D5392D">
        <w:rPr>
          <w:rFonts w:asciiTheme="majorHAnsi" w:hAnsiTheme="majorHAnsi" w:cstheme="majorHAnsi"/>
          <w:sz w:val="24"/>
          <w:szCs w:val="24"/>
        </w:rPr>
        <w:br/>
      </w:r>
      <w:r w:rsidR="00971772" w:rsidRPr="00FE6269">
        <w:rPr>
          <w:rFonts w:asciiTheme="majorHAnsi" w:hAnsiTheme="majorHAnsi" w:cstheme="majorHAnsi"/>
          <w:b/>
          <w:sz w:val="24"/>
          <w:szCs w:val="24"/>
        </w:rPr>
        <w:t xml:space="preserve">V. </w:t>
      </w:r>
      <w:proofErr w:type="spellStart"/>
      <w:r w:rsidR="00971772" w:rsidRPr="00FE6269">
        <w:rPr>
          <w:rFonts w:asciiTheme="majorHAnsi" w:hAnsiTheme="majorHAnsi" w:cstheme="majorHAnsi"/>
          <w:b/>
          <w:sz w:val="24"/>
          <w:szCs w:val="24"/>
        </w:rPr>
        <w:t>Ninios</w:t>
      </w:r>
      <w:proofErr w:type="spellEnd"/>
      <w:r w:rsidR="00D5392D" w:rsidRPr="002E365E">
        <w:rPr>
          <w:rFonts w:asciiTheme="majorHAnsi" w:hAnsiTheme="majorHAnsi" w:cstheme="majorHAnsi"/>
          <w:b/>
          <w:sz w:val="24"/>
          <w:szCs w:val="24"/>
        </w:rPr>
        <w:br/>
      </w:r>
    </w:p>
    <w:p w14:paraId="0501C964" w14:textId="5621BC06" w:rsidR="00EA4F69" w:rsidRPr="00EA4F69" w:rsidRDefault="00574E70" w:rsidP="00A94AE8">
      <w:pPr>
        <w:pStyle w:val="ListParagraph"/>
        <w:numPr>
          <w:ilvl w:val="0"/>
          <w:numId w:val="13"/>
        </w:numPr>
        <w:ind w:hanging="393"/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MAC</w:t>
      </w:r>
      <w:r w:rsidR="00D5392D">
        <w:rPr>
          <w:rFonts w:asciiTheme="majorHAnsi" w:hAnsiTheme="majorHAnsi" w:cstheme="majorHAnsi"/>
          <w:sz w:val="24"/>
          <w:szCs w:val="24"/>
          <w:lang w:val="el-GR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G.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Pattakos</w:t>
      </w:r>
      <w:proofErr w:type="spellEnd"/>
      <w:r w:rsidR="00EA4F69">
        <w:rPr>
          <w:rFonts w:asciiTheme="majorHAnsi" w:hAnsiTheme="majorHAnsi" w:cstheme="majorHAnsi"/>
          <w:b/>
          <w:sz w:val="24"/>
          <w:szCs w:val="24"/>
        </w:rPr>
        <w:br/>
      </w:r>
    </w:p>
    <w:p w14:paraId="49824BC3" w14:textId="2D6D2E78" w:rsidR="000200C8" w:rsidRPr="00EA4F69" w:rsidRDefault="00BA12B9" w:rsidP="00EA4F69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 w:rsidRPr="00BA12B9">
        <w:rPr>
          <w:rFonts w:asciiTheme="majorHAnsi" w:hAnsiTheme="majorHAnsi" w:cstheme="majorHAnsi"/>
          <w:bCs/>
          <w:sz w:val="24"/>
          <w:szCs w:val="24"/>
        </w:rPr>
        <w:t>Repair in Barlow’s disease made easy: the Minotaur technique</w:t>
      </w:r>
      <w:r w:rsidR="005B0F29">
        <w:rPr>
          <w:rFonts w:asciiTheme="majorHAnsi" w:hAnsiTheme="majorHAnsi" w:cstheme="majorHAnsi"/>
          <w:b/>
          <w:sz w:val="24"/>
          <w:szCs w:val="24"/>
        </w:rPr>
        <w:br/>
      </w:r>
      <w:r w:rsidR="000254CD">
        <w:rPr>
          <w:rFonts w:asciiTheme="majorHAnsi" w:hAnsiTheme="majorHAnsi" w:cstheme="majorHAnsi"/>
          <w:b/>
          <w:sz w:val="24"/>
          <w:szCs w:val="24"/>
        </w:rPr>
        <w:t xml:space="preserve">Th. </w:t>
      </w:r>
      <w:proofErr w:type="spellStart"/>
      <w:r w:rsidR="00EA4F69">
        <w:rPr>
          <w:rFonts w:asciiTheme="majorHAnsi" w:hAnsiTheme="majorHAnsi" w:cstheme="majorHAnsi"/>
          <w:b/>
          <w:sz w:val="24"/>
          <w:szCs w:val="24"/>
        </w:rPr>
        <w:t>Kofidis</w:t>
      </w:r>
      <w:proofErr w:type="spellEnd"/>
      <w:r w:rsidR="0021122E">
        <w:rPr>
          <w:rFonts w:asciiTheme="majorHAnsi" w:hAnsiTheme="majorHAnsi" w:cstheme="majorHAnsi"/>
          <w:b/>
          <w:sz w:val="24"/>
          <w:szCs w:val="24"/>
        </w:rPr>
        <w:br/>
      </w:r>
    </w:p>
    <w:p w14:paraId="75B6A285" w14:textId="3A6374DE" w:rsidR="004F1350" w:rsidRPr="00A94AE8" w:rsidRDefault="002E365E" w:rsidP="00A65D1E">
      <w:pPr>
        <w:tabs>
          <w:tab w:val="left" w:pos="1701"/>
        </w:tabs>
        <w:ind w:left="1843" w:right="-716" w:hanging="1985"/>
        <w:rPr>
          <w:rFonts w:asciiTheme="majorHAnsi" w:hAnsiTheme="majorHAnsi" w:cstheme="majorHAnsi"/>
          <w:b/>
          <w:color w:val="7F1B25"/>
          <w:sz w:val="24"/>
          <w:szCs w:val="24"/>
        </w:rPr>
      </w:pPr>
      <w:r w:rsidRPr="002E365E">
        <w:rPr>
          <w:rFonts w:asciiTheme="majorHAnsi" w:hAnsiTheme="majorHAnsi" w:cstheme="majorHAnsi"/>
          <w:b/>
          <w:color w:val="7F1B25"/>
          <w:sz w:val="24"/>
          <w:szCs w:val="24"/>
        </w:rPr>
        <w:t>11:15–11:45</w:t>
      </w:r>
      <w:r w:rsidRPr="00151B6B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A65D1E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2E365E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LIVE-IN-A-BOX SESSION III — </w:t>
      </w:r>
      <w:r w:rsidR="00BF71DE" w:rsidRPr="002E365E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MITRAL </w:t>
      </w:r>
      <w:r w:rsidR="00A65D1E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151B6B">
        <w:rPr>
          <w:rFonts w:asciiTheme="majorHAnsi" w:hAnsiTheme="majorHAnsi" w:cstheme="majorHAnsi"/>
          <w:sz w:val="24"/>
          <w:szCs w:val="24"/>
          <w:lang w:val="el-GR"/>
        </w:rPr>
        <w:t>Μ</w:t>
      </w:r>
      <w:proofErr w:type="spellStart"/>
      <w:r w:rsidR="00A71DF1" w:rsidRPr="00FE6269">
        <w:rPr>
          <w:rFonts w:asciiTheme="majorHAnsi" w:hAnsiTheme="majorHAnsi" w:cstheme="majorHAnsi"/>
          <w:sz w:val="24"/>
          <w:szCs w:val="24"/>
        </w:rPr>
        <w:t>oderator</w:t>
      </w:r>
      <w:proofErr w:type="spellEnd"/>
      <w:r w:rsidR="00FC7B5A" w:rsidRPr="00FE6269">
        <w:rPr>
          <w:rFonts w:asciiTheme="majorHAnsi" w:hAnsiTheme="majorHAnsi" w:cstheme="majorHAnsi"/>
          <w:sz w:val="24"/>
          <w:szCs w:val="24"/>
        </w:rPr>
        <w:t>:</w:t>
      </w:r>
      <w:r w:rsidR="00AC48AF">
        <w:rPr>
          <w:rFonts w:asciiTheme="majorHAnsi" w:hAnsiTheme="majorHAnsi" w:cstheme="majorHAnsi"/>
          <w:sz w:val="24"/>
          <w:szCs w:val="24"/>
        </w:rPr>
        <w:t xml:space="preserve"> </w:t>
      </w:r>
      <w:r w:rsidR="00AC48AF" w:rsidRPr="00AC48AF">
        <w:rPr>
          <w:rFonts w:asciiTheme="majorHAnsi" w:hAnsiTheme="majorHAnsi" w:cstheme="majorHAnsi"/>
          <w:b/>
          <w:bCs/>
          <w:sz w:val="24"/>
          <w:szCs w:val="24"/>
        </w:rPr>
        <w:t>T. Kilic</w:t>
      </w:r>
      <w:r w:rsidR="00151B6B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151B6B">
        <w:rPr>
          <w:rFonts w:asciiTheme="majorHAnsi" w:hAnsiTheme="majorHAnsi" w:cstheme="majorHAnsi"/>
          <w:sz w:val="24"/>
          <w:szCs w:val="24"/>
        </w:rPr>
        <w:t>P</w:t>
      </w:r>
      <w:r w:rsidR="009916BB" w:rsidRPr="00FE6269">
        <w:rPr>
          <w:rFonts w:asciiTheme="majorHAnsi" w:hAnsiTheme="majorHAnsi" w:cstheme="majorHAnsi"/>
          <w:sz w:val="24"/>
          <w:szCs w:val="24"/>
        </w:rPr>
        <w:t>anelists</w:t>
      </w:r>
      <w:r w:rsidR="00FC7B5A" w:rsidRPr="00FE6269">
        <w:rPr>
          <w:rFonts w:asciiTheme="majorHAnsi" w:hAnsiTheme="majorHAnsi" w:cstheme="majorHAnsi"/>
          <w:sz w:val="24"/>
          <w:szCs w:val="24"/>
        </w:rPr>
        <w:t>:</w:t>
      </w:r>
      <w:r w:rsidR="000D79F0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0D79F0" w:rsidRPr="00151B6B">
        <w:rPr>
          <w:rFonts w:asciiTheme="majorHAnsi" w:hAnsiTheme="majorHAnsi" w:cstheme="majorHAnsi"/>
          <w:b/>
          <w:bCs/>
          <w:sz w:val="24"/>
          <w:szCs w:val="24"/>
        </w:rPr>
        <w:t xml:space="preserve">I. Iakovou, </w:t>
      </w:r>
      <w:r w:rsidR="00B60113" w:rsidRPr="00151B6B">
        <w:rPr>
          <w:rFonts w:asciiTheme="majorHAnsi" w:hAnsiTheme="majorHAnsi" w:cstheme="majorHAnsi"/>
          <w:b/>
          <w:bCs/>
          <w:sz w:val="24"/>
          <w:szCs w:val="24"/>
        </w:rPr>
        <w:t xml:space="preserve">A.-D </w:t>
      </w:r>
      <w:proofErr w:type="spellStart"/>
      <w:r w:rsidR="00B60113" w:rsidRPr="00151B6B">
        <w:rPr>
          <w:rFonts w:asciiTheme="majorHAnsi" w:hAnsiTheme="majorHAnsi" w:cstheme="majorHAnsi"/>
          <w:b/>
          <w:bCs/>
          <w:sz w:val="24"/>
          <w:szCs w:val="24"/>
        </w:rPr>
        <w:t>Mavrogianni</w:t>
      </w:r>
      <w:proofErr w:type="spellEnd"/>
      <w:r w:rsidR="00B60113" w:rsidRPr="00151B6B">
        <w:rPr>
          <w:rFonts w:asciiTheme="majorHAnsi" w:hAnsiTheme="majorHAnsi" w:cstheme="majorHAnsi"/>
          <w:b/>
          <w:bCs/>
          <w:sz w:val="24"/>
          <w:szCs w:val="24"/>
        </w:rPr>
        <w:t>,</w:t>
      </w:r>
      <w:r w:rsidR="00B60113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5B0F29" w:rsidRPr="005C15C6">
        <w:rPr>
          <w:rFonts w:asciiTheme="majorHAnsi" w:hAnsiTheme="majorHAnsi" w:cstheme="majorHAnsi"/>
          <w:b/>
          <w:bCs/>
          <w:sz w:val="24"/>
          <w:szCs w:val="24"/>
        </w:rPr>
        <w:t xml:space="preserve">M. </w:t>
      </w:r>
      <w:proofErr w:type="spellStart"/>
      <w:r w:rsidR="005B0F29" w:rsidRPr="005C15C6">
        <w:rPr>
          <w:rFonts w:asciiTheme="majorHAnsi" w:hAnsiTheme="majorHAnsi" w:cstheme="majorHAnsi"/>
          <w:b/>
          <w:bCs/>
          <w:sz w:val="24"/>
          <w:szCs w:val="24"/>
        </w:rPr>
        <w:t>C</w:t>
      </w:r>
      <w:r w:rsidR="005C15C6" w:rsidRPr="005C15C6">
        <w:rPr>
          <w:rFonts w:asciiTheme="majorHAnsi" w:hAnsiTheme="majorHAnsi" w:cstheme="majorHAnsi"/>
          <w:b/>
          <w:bCs/>
          <w:sz w:val="24"/>
          <w:szCs w:val="24"/>
        </w:rPr>
        <w:t>hrissoheris</w:t>
      </w:r>
      <w:proofErr w:type="spellEnd"/>
      <w:r w:rsidR="00F21416">
        <w:rPr>
          <w:rFonts w:asciiTheme="majorHAnsi" w:hAnsiTheme="majorHAnsi" w:cstheme="majorHAnsi"/>
          <w:b/>
          <w:bCs/>
          <w:sz w:val="24"/>
          <w:szCs w:val="24"/>
        </w:rPr>
        <w:t>, D. Athanasias</w:t>
      </w:r>
      <w:r w:rsidR="00F21416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</w:t>
      </w:r>
      <w:r w:rsidR="00A94AE8">
        <w:rPr>
          <w:rFonts w:asciiTheme="majorHAnsi" w:hAnsiTheme="majorHAnsi" w:cstheme="majorHAnsi"/>
          <w:b/>
          <w:color w:val="7F1B25"/>
          <w:sz w:val="24"/>
          <w:szCs w:val="24"/>
        </w:rPr>
        <w:br/>
      </w:r>
    </w:p>
    <w:p w14:paraId="521961E3" w14:textId="22EA79E8" w:rsidR="00151B6B" w:rsidRPr="00C90911" w:rsidRDefault="00151B6B" w:rsidP="00A65D1E">
      <w:pPr>
        <w:ind w:left="1843" w:hanging="1985"/>
        <w:rPr>
          <w:rFonts w:asciiTheme="majorHAnsi" w:hAnsiTheme="majorHAnsi" w:cstheme="majorHAnsi"/>
          <w:bCs/>
          <w:color w:val="7F1B25"/>
          <w:sz w:val="24"/>
          <w:szCs w:val="24"/>
        </w:rPr>
      </w:pPr>
      <w:r w:rsidRPr="00151B6B">
        <w:rPr>
          <w:rFonts w:asciiTheme="majorHAnsi" w:hAnsiTheme="majorHAnsi" w:cstheme="majorHAnsi"/>
          <w:b/>
          <w:color w:val="7F1B25"/>
          <w:sz w:val="24"/>
          <w:szCs w:val="24"/>
        </w:rPr>
        <w:t>11:45–12:15</w:t>
      </w:r>
      <w:r w:rsidRPr="00151B6B">
        <w:rPr>
          <w:rFonts w:asciiTheme="majorHAnsi" w:hAnsiTheme="majorHAnsi" w:cstheme="majorHAnsi"/>
          <w:b/>
          <w:color w:val="7F1B25"/>
          <w:sz w:val="24"/>
          <w:szCs w:val="24"/>
        </w:rPr>
        <w:tab/>
      </w:r>
      <w:r w:rsidR="002F6090" w:rsidRPr="00151B6B">
        <w:rPr>
          <w:rFonts w:asciiTheme="majorHAnsi" w:hAnsiTheme="majorHAnsi" w:cstheme="majorHAnsi"/>
          <w:b/>
          <w:color w:val="7F1B25"/>
          <w:sz w:val="24"/>
          <w:szCs w:val="24"/>
        </w:rPr>
        <w:t>INDUST</w:t>
      </w:r>
      <w:r w:rsidR="00BF71DE" w:rsidRPr="00151B6B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RY TECHNOLOGY SESSION III 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0958AF" w:rsidRPr="00FE6269">
        <w:rPr>
          <w:rFonts w:asciiTheme="majorHAnsi" w:hAnsiTheme="majorHAnsi" w:cstheme="majorHAnsi"/>
          <w:sz w:val="24"/>
          <w:szCs w:val="24"/>
        </w:rPr>
        <w:t>Moderator:</w:t>
      </w:r>
      <w:r w:rsidR="000958AF" w:rsidRPr="00151B6B">
        <w:rPr>
          <w:rFonts w:asciiTheme="majorHAnsi" w:hAnsiTheme="majorHAnsi" w:cstheme="majorHAnsi"/>
          <w:b/>
          <w:bCs/>
          <w:sz w:val="24"/>
          <w:szCs w:val="24"/>
        </w:rPr>
        <w:t xml:space="preserve"> K. </w:t>
      </w:r>
      <w:proofErr w:type="spellStart"/>
      <w:r w:rsidR="000958AF" w:rsidRPr="00151B6B">
        <w:rPr>
          <w:rFonts w:asciiTheme="majorHAnsi" w:hAnsiTheme="majorHAnsi" w:cstheme="majorHAnsi"/>
          <w:b/>
          <w:bCs/>
          <w:sz w:val="24"/>
          <w:szCs w:val="24"/>
        </w:rPr>
        <w:t>Spargias</w:t>
      </w:r>
      <w:proofErr w:type="spellEnd"/>
      <w:r w:rsidR="00A65D1E">
        <w:rPr>
          <w:rFonts w:asciiTheme="majorHAnsi" w:hAnsiTheme="majorHAnsi" w:cstheme="majorHAnsi"/>
          <w:b/>
          <w:bCs/>
          <w:sz w:val="24"/>
          <w:szCs w:val="24"/>
        </w:rPr>
        <w:br/>
      </w:r>
    </w:p>
    <w:p w14:paraId="37AF0A08" w14:textId="18E1A102" w:rsidR="00662D3B" w:rsidRPr="00C90911" w:rsidRDefault="00151B6B" w:rsidP="00A65D1E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</w:rPr>
      </w:pPr>
      <w:r w:rsidRPr="00151B6B">
        <w:rPr>
          <w:rFonts w:asciiTheme="majorHAnsi" w:hAnsiTheme="majorHAnsi" w:cstheme="majorHAnsi"/>
          <w:bCs/>
          <w:sz w:val="24"/>
          <w:szCs w:val="24"/>
        </w:rPr>
        <w:t>12:15–13:00</w:t>
      </w:r>
      <w:r w:rsidRPr="00151B6B">
        <w:rPr>
          <w:rFonts w:asciiTheme="majorHAnsi" w:hAnsiTheme="majorHAnsi" w:cstheme="majorHAnsi"/>
          <w:bCs/>
          <w:sz w:val="24"/>
          <w:szCs w:val="24"/>
        </w:rPr>
        <w:tab/>
      </w:r>
      <w:r w:rsidR="00BF71DE" w:rsidRPr="00151B6B">
        <w:rPr>
          <w:rFonts w:asciiTheme="majorHAnsi" w:hAnsiTheme="majorHAnsi" w:cstheme="majorHAnsi"/>
          <w:bCs/>
          <w:sz w:val="24"/>
          <w:szCs w:val="24"/>
        </w:rPr>
        <w:t xml:space="preserve">Lunch </w:t>
      </w:r>
      <w:r>
        <w:rPr>
          <w:rFonts w:asciiTheme="majorHAnsi" w:hAnsiTheme="majorHAnsi" w:cstheme="majorHAnsi"/>
          <w:bCs/>
          <w:sz w:val="24"/>
          <w:szCs w:val="24"/>
        </w:rPr>
        <w:t xml:space="preserve">Break </w:t>
      </w:r>
    </w:p>
    <w:p w14:paraId="3A56B851" w14:textId="13B09ADD" w:rsidR="00662D3B" w:rsidRPr="00FE6269" w:rsidRDefault="00F87EB2">
      <w:pPr>
        <w:rPr>
          <w:rFonts w:asciiTheme="majorHAnsi" w:hAnsiTheme="majorHAnsi" w:cstheme="majorHAnsi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46304" behindDoc="1" locked="0" layoutInCell="1" allowOverlap="1" wp14:anchorId="7931C3D5" wp14:editId="0532C163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20114586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775" w:rsidRPr="00D70CD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C387F14" wp14:editId="6C697F5A">
                <wp:simplePos x="0" y="0"/>
                <wp:positionH relativeFrom="column">
                  <wp:posOffset>-1153289</wp:posOffset>
                </wp:positionH>
                <wp:positionV relativeFrom="paragraph">
                  <wp:posOffset>1918970</wp:posOffset>
                </wp:positionV>
                <wp:extent cx="7857366" cy="337255"/>
                <wp:effectExtent l="12700" t="12700" r="17145" b="18415"/>
                <wp:wrapNone/>
                <wp:docPr id="1815996620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86C49" w14:textId="77777777" w:rsidR="00382775" w:rsidRDefault="00382775" w:rsidP="00382775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Saturday May 16, 2026 |</w:t>
                            </w:r>
                            <w:r w:rsidRPr="003A3D84">
                              <w:t xml:space="preserve"> </w:t>
                            </w:r>
                            <w:r w:rsidRPr="0047767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MITRAL &amp; TRICUSPID INTERVENTIONS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636EF99E" w14:textId="77777777" w:rsidR="00382775" w:rsidRDefault="00382775" w:rsidP="00382775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336B1F15" w14:textId="77777777" w:rsidR="00382775" w:rsidRPr="00DB5FD6" w:rsidRDefault="00382775" w:rsidP="00382775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87F14" id="_x0000_s1036" style="position:absolute;margin-left:-90.8pt;margin-top:151.1pt;width:618.7pt;height:2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" fillcolor="#7f1b25" strokecolor="#faf6f6" strokeweight="2pt">
                <v:textbox>
                  <w:txbxContent>
                    <w:p w14:paraId="46486C49" w14:textId="77777777" w:rsidR="00382775" w:rsidRDefault="00382775" w:rsidP="00382775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Saturday May 16, 2026 |</w:t>
                      </w:r>
                      <w:r w:rsidRPr="003A3D84">
                        <w:t xml:space="preserve"> </w:t>
                      </w:r>
                      <w:r w:rsidRPr="0047767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MITRAL &amp; TRICUSPID INTERVENTIONS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636EF99E" w14:textId="77777777" w:rsidR="00382775" w:rsidRDefault="00382775" w:rsidP="00382775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336B1F15" w14:textId="77777777" w:rsidR="00382775" w:rsidRPr="00DB5FD6" w:rsidRDefault="00382775" w:rsidP="00382775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382775">
        <w:rPr>
          <w:noProof/>
        </w:rPr>
        <w:drawing>
          <wp:anchor distT="0" distB="0" distL="114300" distR="114300" simplePos="0" relativeHeight="251697152" behindDoc="1" locked="0" layoutInCell="1" allowOverlap="1" wp14:anchorId="05153BA0" wp14:editId="17203D5F">
            <wp:simplePos x="0" y="0"/>
            <wp:positionH relativeFrom="column">
              <wp:posOffset>-1143011</wp:posOffset>
            </wp:positionH>
            <wp:positionV relativeFrom="paragraph">
              <wp:posOffset>-193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723185126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4A681" w14:textId="77777777" w:rsidR="0021122E" w:rsidRDefault="0021122E">
      <w:pPr>
        <w:rPr>
          <w:rFonts w:asciiTheme="majorHAnsi" w:hAnsiTheme="majorHAnsi" w:cstheme="majorHAnsi"/>
          <w:sz w:val="24"/>
          <w:szCs w:val="24"/>
        </w:rPr>
      </w:pPr>
    </w:p>
    <w:p w14:paraId="0F8938D4" w14:textId="18538B41" w:rsidR="005D70B4" w:rsidRPr="00025C3C" w:rsidRDefault="005D70B4" w:rsidP="00A65D1E">
      <w:pPr>
        <w:ind w:left="1843" w:hanging="1985"/>
        <w:rPr>
          <w:rFonts w:asciiTheme="majorHAnsi" w:hAnsiTheme="majorHAnsi" w:cstheme="majorHAnsi"/>
          <w:b/>
          <w:color w:val="7F1B25"/>
          <w:sz w:val="24"/>
          <w:szCs w:val="24"/>
        </w:rPr>
      </w:pPr>
      <w:r w:rsidRPr="00025C3C">
        <w:rPr>
          <w:rFonts w:asciiTheme="majorHAnsi" w:hAnsiTheme="majorHAnsi" w:cstheme="majorHAnsi"/>
          <w:b/>
          <w:color w:val="7F1B25"/>
          <w:sz w:val="24"/>
          <w:szCs w:val="24"/>
        </w:rPr>
        <w:t>13:00–14:00</w:t>
      </w:r>
      <w:r w:rsidRPr="00025C3C">
        <w:rPr>
          <w:rFonts w:asciiTheme="majorHAnsi" w:hAnsiTheme="majorHAnsi" w:cstheme="majorHAnsi"/>
          <w:b/>
          <w:color w:val="7F1B25"/>
          <w:sz w:val="24"/>
          <w:szCs w:val="24"/>
        </w:rPr>
        <w:tab/>
        <w:t xml:space="preserve">SESSION </w:t>
      </w:r>
      <w:r w:rsidR="00546991">
        <w:rPr>
          <w:rFonts w:asciiTheme="majorHAnsi" w:hAnsiTheme="majorHAnsi" w:cstheme="majorHAnsi"/>
          <w:b/>
          <w:color w:val="7F1B25"/>
          <w:sz w:val="24"/>
          <w:szCs w:val="24"/>
        </w:rPr>
        <w:t>11</w:t>
      </w:r>
      <w:r w:rsidRPr="00025C3C">
        <w:rPr>
          <w:rFonts w:asciiTheme="majorHAnsi" w:hAnsiTheme="majorHAnsi" w:cstheme="majorHAnsi"/>
          <w:b/>
          <w:color w:val="7F1B25"/>
          <w:sz w:val="24"/>
          <w:szCs w:val="24"/>
        </w:rPr>
        <w:br/>
        <w:t xml:space="preserve">STRUCTURAL INTERVENTIONS-HEART TEAM 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025C3C">
        <w:rPr>
          <w:rFonts w:asciiTheme="majorHAnsi" w:hAnsiTheme="majorHAnsi" w:cstheme="majorHAnsi"/>
          <w:bCs/>
          <w:sz w:val="24"/>
          <w:szCs w:val="24"/>
        </w:rPr>
        <w:t>Moderator: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E. Skalidis</w:t>
      </w:r>
      <w:r>
        <w:rPr>
          <w:rFonts w:asciiTheme="majorHAnsi" w:hAnsiTheme="majorHAnsi" w:cstheme="majorHAnsi"/>
          <w:b/>
          <w:sz w:val="24"/>
          <w:szCs w:val="24"/>
        </w:rPr>
        <w:t xml:space="preserve">, G.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Latsios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Pr="00025C3C">
        <w:rPr>
          <w:rFonts w:asciiTheme="majorHAnsi" w:hAnsiTheme="majorHAnsi" w:cstheme="majorHAnsi"/>
          <w:bCs/>
          <w:sz w:val="24"/>
          <w:szCs w:val="24"/>
        </w:rPr>
        <w:t>Panelists: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I. Kosmas, M. Panagiotou, 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F.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Toulgaridis</w:t>
      </w:r>
      <w:proofErr w:type="spellEnd"/>
      <w:r>
        <w:rPr>
          <w:rFonts w:asciiTheme="majorHAnsi" w:hAnsiTheme="majorHAnsi" w:cstheme="majorHAnsi"/>
          <w:b/>
          <w:sz w:val="24"/>
          <w:szCs w:val="24"/>
        </w:rPr>
        <w:t>, Ch. Arampatzis</w:t>
      </w:r>
    </w:p>
    <w:p w14:paraId="1E55DC68" w14:textId="77777777" w:rsidR="005D70B4" w:rsidRPr="00FE6269" w:rsidRDefault="005D70B4" w:rsidP="00A65D1E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41699A">
        <w:rPr>
          <w:rFonts w:asciiTheme="majorHAnsi" w:hAnsiTheme="majorHAnsi" w:cstheme="majorHAnsi"/>
          <w:color w:val="7F1B25"/>
          <w:sz w:val="24"/>
          <w:szCs w:val="24"/>
        </w:rPr>
        <w:t>Metropolitan General</w:t>
      </w:r>
      <w:r>
        <w:rPr>
          <w:rFonts w:asciiTheme="majorHAnsi" w:hAnsiTheme="majorHAnsi" w:cstheme="majorHAnsi"/>
          <w:b/>
          <w:sz w:val="24"/>
          <w:szCs w:val="24"/>
        </w:rPr>
        <w:br/>
        <w:t>A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Kolyviras</w:t>
      </w:r>
      <w:proofErr w:type="spellEnd"/>
    </w:p>
    <w:p w14:paraId="5EF54EE2" w14:textId="77777777" w:rsidR="005D70B4" w:rsidRDefault="005D70B4" w:rsidP="00A65D1E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E513BB">
        <w:rPr>
          <w:rFonts w:asciiTheme="majorHAnsi" w:hAnsiTheme="majorHAnsi" w:cstheme="majorHAnsi"/>
          <w:color w:val="7F1B25"/>
          <w:sz w:val="24"/>
          <w:szCs w:val="24"/>
        </w:rPr>
        <w:t>St. Luke's Hospital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>P. Dardas</w:t>
      </w:r>
    </w:p>
    <w:p w14:paraId="586AAD5A" w14:textId="6A56A963" w:rsidR="005D70B4" w:rsidRPr="005D70B4" w:rsidRDefault="005D70B4" w:rsidP="00A65D1E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533120">
        <w:rPr>
          <w:rFonts w:asciiTheme="majorHAnsi" w:hAnsiTheme="majorHAnsi" w:cstheme="majorHAnsi"/>
          <w:color w:val="7F1B25"/>
          <w:sz w:val="24"/>
          <w:szCs w:val="24"/>
        </w:rPr>
        <w:t>HYGEIA</w:t>
      </w:r>
      <w:r w:rsidRPr="00B57506">
        <w:rPr>
          <w:rFonts w:asciiTheme="majorHAnsi" w:hAnsiTheme="majorHAnsi" w:cstheme="majorHAnsi"/>
          <w:color w:val="7F1B25"/>
          <w:sz w:val="24"/>
          <w:szCs w:val="24"/>
        </w:rPr>
        <w:t xml:space="preserve"> </w:t>
      </w:r>
      <w:r w:rsidRPr="00533120">
        <w:rPr>
          <w:rFonts w:asciiTheme="majorHAnsi" w:hAnsiTheme="majorHAnsi" w:cstheme="majorHAnsi"/>
          <w:color w:val="7F1B25"/>
          <w:sz w:val="24"/>
          <w:szCs w:val="24"/>
        </w:rPr>
        <w:t>Hospital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>N. Georgakopoulos</w:t>
      </w:r>
    </w:p>
    <w:p w14:paraId="26DE58ED" w14:textId="77777777" w:rsidR="0021122E" w:rsidRPr="00FE6269" w:rsidRDefault="0021122E" w:rsidP="00A65D1E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533120">
        <w:rPr>
          <w:rFonts w:asciiTheme="majorHAnsi" w:hAnsiTheme="majorHAnsi" w:cstheme="majorHAnsi"/>
          <w:color w:val="7F1B25"/>
          <w:sz w:val="24"/>
          <w:szCs w:val="24"/>
        </w:rPr>
        <w:t>HYGEIA</w:t>
      </w:r>
      <w:r w:rsidRPr="00B57506">
        <w:rPr>
          <w:rFonts w:asciiTheme="majorHAnsi" w:hAnsiTheme="majorHAnsi" w:cstheme="majorHAnsi"/>
          <w:color w:val="7F1B25"/>
          <w:sz w:val="24"/>
          <w:szCs w:val="24"/>
        </w:rPr>
        <w:t xml:space="preserve"> </w:t>
      </w:r>
      <w:r w:rsidRPr="00533120">
        <w:rPr>
          <w:rFonts w:asciiTheme="majorHAnsi" w:hAnsiTheme="majorHAnsi" w:cstheme="majorHAnsi"/>
          <w:color w:val="7F1B25"/>
          <w:sz w:val="24"/>
          <w:szCs w:val="24"/>
        </w:rPr>
        <w:t>Hospital</w:t>
      </w:r>
      <w:r>
        <w:rPr>
          <w:rFonts w:asciiTheme="majorHAnsi" w:hAnsiTheme="majorHAnsi" w:cstheme="majorHAnsi"/>
          <w:b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D.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Damaskos</w:t>
      </w:r>
      <w:proofErr w:type="spellEnd"/>
    </w:p>
    <w:p w14:paraId="6AD7640D" w14:textId="45673F1E" w:rsidR="0021122E" w:rsidRDefault="00F957D5" w:rsidP="00A65D1E">
      <w:pPr>
        <w:ind w:left="1843"/>
        <w:rPr>
          <w:rFonts w:asciiTheme="majorHAnsi" w:hAnsiTheme="majorHAnsi" w:cstheme="majorHAnsi"/>
          <w:b/>
          <w:sz w:val="24"/>
          <w:szCs w:val="24"/>
        </w:rPr>
      </w:pPr>
      <w:r w:rsidRPr="00F957D5">
        <w:rPr>
          <w:rFonts w:asciiTheme="majorHAnsi" w:hAnsiTheme="majorHAnsi" w:cstheme="majorHAnsi"/>
          <w:color w:val="7F1B25"/>
          <w:sz w:val="24"/>
          <w:szCs w:val="24"/>
        </w:rPr>
        <w:t>University General Hospital of Patras</w:t>
      </w:r>
      <w:r w:rsidRPr="00F957D5">
        <w:rPr>
          <w:rFonts w:asciiTheme="majorHAnsi" w:hAnsiTheme="majorHAnsi" w:cstheme="majorHAnsi"/>
          <w:color w:val="7F1B25"/>
          <w:sz w:val="24"/>
          <w:szCs w:val="24"/>
        </w:rPr>
        <w:br/>
      </w:r>
      <w:r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Karanasos</w:t>
      </w:r>
      <w:proofErr w:type="spellEnd"/>
    </w:p>
    <w:p w14:paraId="7F836CF5" w14:textId="0DEAF02D" w:rsidR="00D5635E" w:rsidRPr="00193082" w:rsidRDefault="00FD6DD0" w:rsidP="00A65D1E">
      <w:pPr>
        <w:ind w:left="1843"/>
        <w:rPr>
          <w:rFonts w:asciiTheme="majorHAnsi" w:hAnsiTheme="majorHAnsi" w:cstheme="majorHAnsi"/>
          <w:color w:val="7F1B25"/>
          <w:sz w:val="24"/>
          <w:szCs w:val="24"/>
        </w:rPr>
      </w:pPr>
      <w:r w:rsidRPr="00FD6DD0">
        <w:rPr>
          <w:rFonts w:asciiTheme="majorHAnsi" w:hAnsiTheme="majorHAnsi" w:cstheme="majorHAnsi"/>
          <w:color w:val="7F1B25"/>
          <w:sz w:val="24"/>
          <w:szCs w:val="24"/>
        </w:rPr>
        <w:t>German Heart Institute Berlin</w:t>
      </w:r>
      <w:r>
        <w:rPr>
          <w:rFonts w:asciiTheme="majorHAnsi" w:hAnsiTheme="majorHAnsi" w:cstheme="majorHAnsi"/>
          <w:color w:val="7F1B25"/>
          <w:sz w:val="24"/>
          <w:szCs w:val="24"/>
        </w:rPr>
        <w:br/>
      </w:r>
      <w:r w:rsidRPr="00FD6DD0">
        <w:rPr>
          <w:rFonts w:asciiTheme="majorHAnsi" w:hAnsiTheme="majorHAnsi" w:cstheme="majorHAnsi"/>
          <w:b/>
          <w:sz w:val="24"/>
          <w:szCs w:val="24"/>
        </w:rPr>
        <w:t xml:space="preserve">V. Exarchos </w:t>
      </w:r>
    </w:p>
    <w:p w14:paraId="3FF96701" w14:textId="77777777" w:rsidR="0021122E" w:rsidRPr="0021122E" w:rsidRDefault="0021122E" w:rsidP="0021122E">
      <w:pPr>
        <w:ind w:left="2158"/>
        <w:rPr>
          <w:rFonts w:asciiTheme="majorHAnsi" w:hAnsiTheme="majorHAnsi" w:cstheme="majorHAnsi"/>
          <w:b/>
          <w:sz w:val="24"/>
          <w:szCs w:val="24"/>
        </w:rPr>
      </w:pPr>
    </w:p>
    <w:p w14:paraId="6E5800FA" w14:textId="28937F83" w:rsidR="004A5A4E" w:rsidRDefault="009E6839" w:rsidP="00A65D1E">
      <w:pPr>
        <w:tabs>
          <w:tab w:val="left" w:pos="2127"/>
        </w:tabs>
        <w:ind w:left="1843" w:hanging="1985"/>
        <w:rPr>
          <w:rFonts w:asciiTheme="majorHAnsi" w:hAnsiTheme="majorHAnsi" w:cstheme="majorHAnsi"/>
          <w:b/>
          <w:bCs/>
          <w:sz w:val="24"/>
          <w:szCs w:val="24"/>
        </w:rPr>
      </w:pPr>
      <w:r w:rsidRPr="009E6839">
        <w:rPr>
          <w:rFonts w:asciiTheme="majorHAnsi" w:hAnsiTheme="majorHAnsi" w:cstheme="majorHAnsi"/>
          <w:b/>
          <w:color w:val="7F1B25"/>
          <w:sz w:val="24"/>
          <w:szCs w:val="24"/>
        </w:rPr>
        <w:t>14:00–14:30</w:t>
      </w:r>
      <w:r w:rsidRPr="009E6839">
        <w:rPr>
          <w:rFonts w:asciiTheme="majorHAnsi" w:hAnsiTheme="majorHAnsi" w:cstheme="majorHAnsi"/>
          <w:color w:val="7F1B25"/>
          <w:sz w:val="24"/>
          <w:szCs w:val="24"/>
        </w:rPr>
        <w:tab/>
      </w:r>
      <w:r w:rsidR="004A5A4E" w:rsidRPr="009E6839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INDUSTRY TECHNOLOGY SESSION IV </w:t>
      </w:r>
      <w:r w:rsidRPr="009E6839">
        <w:rPr>
          <w:rFonts w:asciiTheme="majorHAnsi" w:hAnsiTheme="majorHAnsi" w:cstheme="majorHAnsi"/>
          <w:color w:val="7F1B25"/>
          <w:sz w:val="24"/>
          <w:szCs w:val="24"/>
        </w:rPr>
        <w:br/>
      </w:r>
      <w:r w:rsidR="004A5A4E" w:rsidRPr="00FE6269">
        <w:rPr>
          <w:rFonts w:asciiTheme="majorHAnsi" w:hAnsiTheme="majorHAnsi" w:cstheme="majorHAnsi"/>
          <w:sz w:val="24"/>
          <w:szCs w:val="24"/>
        </w:rPr>
        <w:t xml:space="preserve">Moderator: </w:t>
      </w:r>
      <w:r w:rsidR="004A5A4E" w:rsidRPr="009E6839">
        <w:rPr>
          <w:rFonts w:asciiTheme="majorHAnsi" w:hAnsiTheme="majorHAnsi" w:cstheme="majorHAnsi"/>
          <w:b/>
          <w:bCs/>
          <w:sz w:val="24"/>
          <w:szCs w:val="24"/>
        </w:rPr>
        <w:t xml:space="preserve">K. </w:t>
      </w:r>
      <w:proofErr w:type="spellStart"/>
      <w:r w:rsidR="004A5A4E" w:rsidRPr="009E6839">
        <w:rPr>
          <w:rFonts w:asciiTheme="majorHAnsi" w:hAnsiTheme="majorHAnsi" w:cstheme="majorHAnsi"/>
          <w:b/>
          <w:bCs/>
          <w:sz w:val="24"/>
          <w:szCs w:val="24"/>
        </w:rPr>
        <w:t>Spargias</w:t>
      </w:r>
      <w:proofErr w:type="spellEnd"/>
    </w:p>
    <w:p w14:paraId="5603EB15" w14:textId="77777777" w:rsidR="00B069F2" w:rsidRDefault="00B069F2" w:rsidP="009E6839">
      <w:pPr>
        <w:tabs>
          <w:tab w:val="left" w:pos="2127"/>
        </w:tabs>
        <w:ind w:left="2118" w:hanging="2260"/>
        <w:rPr>
          <w:rFonts w:asciiTheme="majorHAnsi" w:hAnsiTheme="majorHAnsi" w:cstheme="majorHAnsi"/>
          <w:color w:val="7F1B25"/>
          <w:sz w:val="24"/>
          <w:szCs w:val="24"/>
        </w:rPr>
      </w:pPr>
    </w:p>
    <w:p w14:paraId="5E6F3CAE" w14:textId="77777777" w:rsidR="00B069F2" w:rsidRDefault="00B069F2" w:rsidP="009E6839">
      <w:pPr>
        <w:tabs>
          <w:tab w:val="left" w:pos="2127"/>
        </w:tabs>
        <w:ind w:left="2118" w:hanging="2260"/>
        <w:rPr>
          <w:rFonts w:asciiTheme="majorHAnsi" w:hAnsiTheme="majorHAnsi" w:cstheme="majorHAnsi"/>
          <w:color w:val="7F1B25"/>
          <w:sz w:val="24"/>
          <w:szCs w:val="24"/>
        </w:rPr>
      </w:pPr>
    </w:p>
    <w:p w14:paraId="4BD72D4B" w14:textId="77777777" w:rsidR="00B069F2" w:rsidRDefault="00B069F2" w:rsidP="009E6839">
      <w:pPr>
        <w:tabs>
          <w:tab w:val="left" w:pos="2127"/>
        </w:tabs>
        <w:ind w:left="2118" w:hanging="2260"/>
        <w:rPr>
          <w:rFonts w:asciiTheme="majorHAnsi" w:hAnsiTheme="majorHAnsi" w:cstheme="majorHAnsi"/>
          <w:color w:val="7F1B25"/>
          <w:sz w:val="24"/>
          <w:szCs w:val="24"/>
        </w:rPr>
      </w:pPr>
    </w:p>
    <w:p w14:paraId="43B51D5A" w14:textId="77777777" w:rsidR="00B069F2" w:rsidRDefault="00B069F2" w:rsidP="00F06B58">
      <w:pPr>
        <w:tabs>
          <w:tab w:val="left" w:pos="2127"/>
        </w:tabs>
        <w:rPr>
          <w:rFonts w:asciiTheme="majorHAnsi" w:hAnsiTheme="majorHAnsi" w:cstheme="majorHAnsi"/>
          <w:color w:val="7F1B25"/>
          <w:sz w:val="24"/>
          <w:szCs w:val="24"/>
        </w:rPr>
      </w:pPr>
    </w:p>
    <w:p w14:paraId="60D0E865" w14:textId="05E6FF8E" w:rsidR="00B069F2" w:rsidRDefault="00F87EB2" w:rsidP="009E6839">
      <w:pPr>
        <w:tabs>
          <w:tab w:val="left" w:pos="2127"/>
        </w:tabs>
        <w:ind w:left="2118" w:hanging="2260"/>
        <w:rPr>
          <w:rFonts w:asciiTheme="majorHAnsi" w:hAnsiTheme="majorHAnsi" w:cstheme="majorHAnsi"/>
          <w:color w:val="7F1B25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48352" behindDoc="1" locked="0" layoutInCell="1" allowOverlap="1" wp14:anchorId="09E6A974" wp14:editId="70FF89D3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236668099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F2" w:rsidRPr="00D70CD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15433A2" wp14:editId="4E51E896">
                <wp:simplePos x="0" y="0"/>
                <wp:positionH relativeFrom="column">
                  <wp:posOffset>-1150995</wp:posOffset>
                </wp:positionH>
                <wp:positionV relativeFrom="paragraph">
                  <wp:posOffset>1847788</wp:posOffset>
                </wp:positionV>
                <wp:extent cx="7857366" cy="337255"/>
                <wp:effectExtent l="12700" t="12700" r="17145" b="18415"/>
                <wp:wrapNone/>
                <wp:docPr id="1671581047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01C5B4" w14:textId="77777777" w:rsidR="00577E85" w:rsidRDefault="00577E85" w:rsidP="00577E85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Saturday May 16, 2026 |</w:t>
                            </w:r>
                            <w:r w:rsidRPr="003A3D84">
                              <w:t xml:space="preserve"> </w:t>
                            </w:r>
                            <w:r w:rsidRPr="0047767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MITRAL &amp; TRICUSPID INTERVENTIONS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220A4656" w14:textId="77777777" w:rsidR="00577E85" w:rsidRDefault="00577E85" w:rsidP="00577E85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F3910B4" w14:textId="77777777" w:rsidR="00577E85" w:rsidRPr="00DB5FD6" w:rsidRDefault="00577E85" w:rsidP="00577E85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433A2" id="_x0000_s1037" style="position:absolute;left:0;text-align:left;margin-left:-90.65pt;margin-top:145.5pt;width:618.7pt;height:26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" fillcolor="#7f1b25" strokecolor="#faf6f6" strokeweight="2pt">
                <v:textbox>
                  <w:txbxContent>
                    <w:p w14:paraId="1F01C5B4" w14:textId="77777777" w:rsidR="00577E85" w:rsidRDefault="00577E85" w:rsidP="00577E85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Saturday May 16, 2026 |</w:t>
                      </w:r>
                      <w:r w:rsidRPr="003A3D84">
                        <w:t xml:space="preserve"> </w:t>
                      </w:r>
                      <w:r w:rsidRPr="0047767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MITRAL &amp; TRICUSPID INTERVENTIONS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220A4656" w14:textId="77777777" w:rsidR="00577E85" w:rsidRDefault="00577E85" w:rsidP="00577E85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7F3910B4" w14:textId="77777777" w:rsidR="00577E85" w:rsidRPr="00DB5FD6" w:rsidRDefault="00577E85" w:rsidP="00577E85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B069F2">
        <w:rPr>
          <w:noProof/>
        </w:rPr>
        <w:drawing>
          <wp:anchor distT="0" distB="0" distL="114300" distR="114300" simplePos="0" relativeHeight="251711488" behindDoc="1" locked="0" layoutInCell="1" allowOverlap="1" wp14:anchorId="011DD1C7" wp14:editId="31D673F7">
            <wp:simplePos x="0" y="0"/>
            <wp:positionH relativeFrom="column">
              <wp:posOffset>-1143395</wp:posOffset>
            </wp:positionH>
            <wp:positionV relativeFrom="paragraph">
              <wp:posOffset>5465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230272954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330B4" w14:textId="25AD64EA" w:rsidR="00B069F2" w:rsidRDefault="00B069F2" w:rsidP="001A4842">
      <w:pPr>
        <w:tabs>
          <w:tab w:val="left" w:pos="2127"/>
        </w:tabs>
        <w:ind w:right="-1425"/>
        <w:rPr>
          <w:rFonts w:asciiTheme="majorHAnsi" w:hAnsiTheme="majorHAnsi" w:cstheme="majorHAnsi"/>
          <w:color w:val="7F1B25"/>
          <w:sz w:val="24"/>
          <w:szCs w:val="24"/>
        </w:rPr>
      </w:pPr>
    </w:p>
    <w:p w14:paraId="50408491" w14:textId="2FCF468B" w:rsidR="00B069F2" w:rsidRPr="00577E85" w:rsidRDefault="00B069F2" w:rsidP="00A65D1E">
      <w:pPr>
        <w:tabs>
          <w:tab w:val="left" w:pos="2127"/>
        </w:tabs>
        <w:ind w:left="1843" w:right="-432" w:hanging="1985"/>
        <w:rPr>
          <w:rFonts w:asciiTheme="majorHAnsi" w:hAnsiTheme="majorHAnsi" w:cstheme="majorHAnsi"/>
          <w:bCs/>
          <w:color w:val="7F1B25"/>
          <w:sz w:val="24"/>
          <w:szCs w:val="24"/>
        </w:rPr>
      </w:pP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t>14:30-15:30</w:t>
      </w:r>
      <w:r w:rsidRPr="00577E85">
        <w:rPr>
          <w:rFonts w:asciiTheme="majorHAnsi" w:hAnsiTheme="majorHAnsi" w:cstheme="majorHAnsi"/>
          <w:color w:val="7F1B25"/>
          <w:sz w:val="24"/>
          <w:szCs w:val="24"/>
        </w:rPr>
        <w:tab/>
      </w: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t>SESSION 1</w:t>
      </w:r>
      <w:r w:rsidR="00546991">
        <w:rPr>
          <w:rFonts w:asciiTheme="majorHAnsi" w:hAnsiTheme="majorHAnsi" w:cstheme="majorHAnsi"/>
          <w:b/>
          <w:color w:val="7F1B25"/>
          <w:sz w:val="24"/>
          <w:szCs w:val="24"/>
        </w:rPr>
        <w:t>2</w:t>
      </w: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br/>
        <w:t xml:space="preserve">TRICUSPID VALVE 2026: WHO, WHEN, HOW </w:t>
      </w:r>
      <w:r w:rsidRPr="00577E85">
        <w:rPr>
          <w:rFonts w:asciiTheme="majorHAnsi" w:hAnsiTheme="majorHAnsi" w:cstheme="majorHAnsi"/>
          <w:color w:val="7F1B25"/>
          <w:sz w:val="24"/>
          <w:szCs w:val="24"/>
        </w:rPr>
        <w:br/>
      </w:r>
      <w:r w:rsidRPr="00577E85">
        <w:rPr>
          <w:rFonts w:asciiTheme="majorHAnsi" w:hAnsiTheme="majorHAnsi" w:cstheme="majorHAnsi"/>
          <w:bCs/>
          <w:sz w:val="24"/>
          <w:szCs w:val="24"/>
        </w:rPr>
        <w:t xml:space="preserve">Moderator: </w:t>
      </w:r>
      <w:r w:rsidRPr="00577E85">
        <w:rPr>
          <w:rFonts w:asciiTheme="majorHAnsi" w:hAnsiTheme="majorHAnsi" w:cstheme="majorHAnsi"/>
          <w:b/>
          <w:sz w:val="24"/>
          <w:szCs w:val="24"/>
        </w:rPr>
        <w:t xml:space="preserve">V. </w:t>
      </w:r>
      <w:proofErr w:type="spellStart"/>
      <w:r w:rsidRPr="00577E85">
        <w:rPr>
          <w:rFonts w:asciiTheme="majorHAnsi" w:hAnsiTheme="majorHAnsi" w:cstheme="majorHAnsi"/>
          <w:b/>
          <w:sz w:val="24"/>
          <w:szCs w:val="24"/>
        </w:rPr>
        <w:t>Voudris</w:t>
      </w:r>
      <w:proofErr w:type="spellEnd"/>
      <w:r w:rsidR="002957EE">
        <w:rPr>
          <w:rFonts w:asciiTheme="majorHAnsi" w:hAnsiTheme="majorHAnsi" w:cstheme="majorHAnsi"/>
          <w:b/>
          <w:sz w:val="24"/>
          <w:szCs w:val="24"/>
        </w:rPr>
        <w:t xml:space="preserve">, V. </w:t>
      </w:r>
      <w:r w:rsidR="00044E97">
        <w:rPr>
          <w:rFonts w:asciiTheme="majorHAnsi" w:hAnsiTheme="majorHAnsi" w:cstheme="majorHAnsi"/>
          <w:b/>
          <w:sz w:val="24"/>
          <w:szCs w:val="24"/>
        </w:rPr>
        <w:t>Lozos</w:t>
      </w:r>
      <w:r w:rsidRPr="00577E85">
        <w:rPr>
          <w:rFonts w:asciiTheme="majorHAnsi" w:hAnsiTheme="majorHAnsi" w:cstheme="majorHAnsi"/>
          <w:bCs/>
          <w:color w:val="7F1B25"/>
          <w:sz w:val="24"/>
          <w:szCs w:val="24"/>
        </w:rPr>
        <w:br/>
      </w:r>
      <w:r w:rsidRPr="00577E85">
        <w:rPr>
          <w:rFonts w:asciiTheme="majorHAnsi" w:hAnsiTheme="majorHAnsi" w:cstheme="majorHAnsi"/>
          <w:bCs/>
          <w:sz w:val="24"/>
          <w:szCs w:val="24"/>
        </w:rPr>
        <w:t>Panelists: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A.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Pipilis</w:t>
      </w:r>
      <w:proofErr w:type="spellEnd"/>
      <w:r w:rsidRPr="00FE6269">
        <w:rPr>
          <w:rFonts w:asciiTheme="majorHAnsi" w:hAnsiTheme="majorHAnsi" w:cstheme="majorHAnsi"/>
          <w:b/>
          <w:sz w:val="24"/>
          <w:szCs w:val="24"/>
        </w:rPr>
        <w:t>, Z. Tsoumani</w:t>
      </w:r>
      <w:r w:rsidR="00C479F9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147F12" w:rsidRPr="004F74EA">
        <w:rPr>
          <w:rFonts w:asciiTheme="majorHAnsi" w:hAnsiTheme="majorHAnsi" w:cstheme="majorHAnsi"/>
          <w:b/>
          <w:bCs/>
          <w:sz w:val="24"/>
          <w:szCs w:val="24"/>
        </w:rPr>
        <w:t>Z. Dimitriadis</w:t>
      </w:r>
      <w:r w:rsidR="000D6D4B" w:rsidRPr="004F74EA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="000D6D4B" w:rsidRPr="004F74EA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0D6D4B" w:rsidRPr="004F74EA">
        <w:rPr>
          <w:rFonts w:asciiTheme="majorHAnsi" w:hAnsiTheme="majorHAnsi" w:cstheme="majorHAnsi"/>
          <w:b/>
          <w:sz w:val="24"/>
          <w:szCs w:val="24"/>
        </w:rPr>
        <w:t>Stathogiannis</w:t>
      </w:r>
      <w:proofErr w:type="spellEnd"/>
    </w:p>
    <w:p w14:paraId="562A7DB9" w14:textId="39B4563C" w:rsidR="00B069F2" w:rsidRPr="00FE6269" w:rsidRDefault="00B069F2" w:rsidP="00B069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Massive TR with preserved RV</w:t>
      </w:r>
      <w:r w:rsidRPr="00C90911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>M.</w:t>
      </w:r>
      <w:r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Pr="00FE6269">
        <w:rPr>
          <w:rFonts w:asciiTheme="majorHAnsi" w:hAnsiTheme="majorHAnsi" w:cstheme="majorHAnsi"/>
          <w:b/>
          <w:sz w:val="24"/>
          <w:szCs w:val="24"/>
        </w:rPr>
        <w:t>Drakopoulou</w:t>
      </w:r>
      <w:r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11930557" w14:textId="33FD1680" w:rsidR="00B069F2" w:rsidRPr="00B069F2" w:rsidRDefault="00B069F2" w:rsidP="00B069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Severe TR with RV dilatation </w:t>
      </w:r>
      <w:r w:rsidRPr="00577E85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E.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Leontiadis</w:t>
      </w:r>
      <w:proofErr w:type="spellEnd"/>
      <w:r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23F03720" w14:textId="3ED5E2BC" w:rsidR="004A74A6" w:rsidRPr="00FE6269" w:rsidRDefault="004A74A6" w:rsidP="004A74A6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Repair </w:t>
      </w:r>
      <w:r w:rsidRPr="00FE6269">
        <w:rPr>
          <w:rFonts w:asciiTheme="majorHAnsi" w:hAnsiTheme="majorHAnsi" w:cstheme="majorHAnsi"/>
          <w:i/>
          <w:sz w:val="24"/>
          <w:szCs w:val="24"/>
        </w:rPr>
        <w:t>vs</w:t>
      </w:r>
      <w:r w:rsidRPr="00FE6269">
        <w:rPr>
          <w:rFonts w:asciiTheme="majorHAnsi" w:hAnsiTheme="majorHAnsi" w:cstheme="majorHAnsi"/>
          <w:sz w:val="24"/>
          <w:szCs w:val="24"/>
        </w:rPr>
        <w:t xml:space="preserve"> replacement debate (transcatheter option)</w:t>
      </w:r>
      <w:r w:rsidR="00577E85" w:rsidRPr="00577E85">
        <w:rPr>
          <w:rFonts w:asciiTheme="majorHAnsi" w:hAnsiTheme="majorHAnsi" w:cstheme="majorHAnsi"/>
          <w:sz w:val="24"/>
          <w:szCs w:val="24"/>
        </w:rPr>
        <w:br/>
      </w:r>
      <w:r w:rsidRPr="00FE6269">
        <w:rPr>
          <w:rFonts w:asciiTheme="majorHAnsi" w:hAnsiTheme="majorHAnsi" w:cstheme="majorHAnsi"/>
          <w:b/>
          <w:sz w:val="24"/>
          <w:szCs w:val="24"/>
        </w:rPr>
        <w:t>K</w:t>
      </w:r>
      <w:r w:rsidR="00577E85" w:rsidRPr="00577E85">
        <w:rPr>
          <w:rFonts w:asciiTheme="majorHAnsi" w:hAnsiTheme="majorHAnsi" w:cstheme="majorHAnsi"/>
          <w:b/>
          <w:sz w:val="24"/>
          <w:szCs w:val="24"/>
        </w:rPr>
        <w:t>.</w:t>
      </w:r>
      <w:r w:rsidRPr="00FE6269">
        <w:rPr>
          <w:rFonts w:asciiTheme="majorHAnsi" w:hAnsiTheme="majorHAnsi" w:cstheme="majorHAnsi"/>
          <w:b/>
          <w:sz w:val="24"/>
          <w:szCs w:val="24"/>
        </w:rPr>
        <w:t xml:space="preserve"> </w:t>
      </w:r>
      <w:proofErr w:type="spellStart"/>
      <w:r w:rsidRPr="00FE6269">
        <w:rPr>
          <w:rFonts w:asciiTheme="majorHAnsi" w:hAnsiTheme="majorHAnsi" w:cstheme="majorHAnsi"/>
          <w:b/>
          <w:sz w:val="24"/>
          <w:szCs w:val="24"/>
        </w:rPr>
        <w:t>Spargias</w:t>
      </w:r>
      <w:proofErr w:type="spellEnd"/>
      <w:r w:rsidR="00577E85" w:rsidRPr="00C90911">
        <w:rPr>
          <w:rFonts w:asciiTheme="majorHAnsi" w:hAnsiTheme="majorHAnsi" w:cstheme="majorHAnsi"/>
          <w:b/>
          <w:sz w:val="24"/>
          <w:szCs w:val="24"/>
        </w:rPr>
        <w:br/>
      </w:r>
    </w:p>
    <w:p w14:paraId="28166896" w14:textId="5D9EAB64" w:rsidR="004A74A6" w:rsidRPr="00B069F2" w:rsidRDefault="004A74A6" w:rsidP="00B069F2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Repair </w:t>
      </w:r>
      <w:r w:rsidRPr="00FE6269">
        <w:rPr>
          <w:rFonts w:asciiTheme="majorHAnsi" w:hAnsiTheme="majorHAnsi" w:cstheme="majorHAnsi"/>
          <w:i/>
          <w:sz w:val="24"/>
          <w:szCs w:val="24"/>
        </w:rPr>
        <w:t>vs</w:t>
      </w:r>
      <w:r w:rsidRPr="00FE6269">
        <w:rPr>
          <w:rFonts w:asciiTheme="majorHAnsi" w:hAnsiTheme="majorHAnsi" w:cstheme="majorHAnsi"/>
          <w:sz w:val="24"/>
          <w:szCs w:val="24"/>
        </w:rPr>
        <w:t xml:space="preserve"> replacement debate (surgical option)</w:t>
      </w:r>
      <w:r w:rsidR="00577E85" w:rsidRPr="00577E85">
        <w:rPr>
          <w:rFonts w:asciiTheme="majorHAnsi" w:hAnsiTheme="majorHAnsi" w:cstheme="majorHAnsi"/>
          <w:sz w:val="24"/>
          <w:szCs w:val="24"/>
        </w:rPr>
        <w:br/>
      </w:r>
      <w:r w:rsidR="003101DB" w:rsidRPr="00FE6269">
        <w:rPr>
          <w:rFonts w:asciiTheme="majorHAnsi" w:hAnsiTheme="majorHAnsi" w:cstheme="majorHAnsi"/>
          <w:b/>
          <w:sz w:val="24"/>
          <w:szCs w:val="24"/>
        </w:rPr>
        <w:t xml:space="preserve">A. </w:t>
      </w:r>
      <w:proofErr w:type="spellStart"/>
      <w:r w:rsidR="003101DB" w:rsidRPr="00FE6269">
        <w:rPr>
          <w:rFonts w:asciiTheme="majorHAnsi" w:hAnsiTheme="majorHAnsi" w:cstheme="majorHAnsi"/>
          <w:b/>
          <w:sz w:val="24"/>
          <w:szCs w:val="24"/>
        </w:rPr>
        <w:t>Pitsis</w:t>
      </w:r>
      <w:proofErr w:type="spellEnd"/>
    </w:p>
    <w:p w14:paraId="7A5AB3FB" w14:textId="77777777" w:rsidR="00B069F2" w:rsidRPr="00B069F2" w:rsidRDefault="00B069F2" w:rsidP="00B069F2">
      <w:pPr>
        <w:pStyle w:val="ListParagraph"/>
        <w:ind w:left="2478"/>
        <w:rPr>
          <w:rFonts w:asciiTheme="majorHAnsi" w:hAnsiTheme="majorHAnsi" w:cstheme="majorHAnsi"/>
          <w:sz w:val="24"/>
          <w:szCs w:val="24"/>
        </w:rPr>
      </w:pPr>
    </w:p>
    <w:p w14:paraId="7EB704BA" w14:textId="55F9D457" w:rsidR="004A74A6" w:rsidRPr="00C90911" w:rsidRDefault="00577E85" w:rsidP="00A65D1E">
      <w:pPr>
        <w:tabs>
          <w:tab w:val="left" w:pos="1843"/>
        </w:tabs>
        <w:ind w:hanging="142"/>
        <w:rPr>
          <w:rFonts w:asciiTheme="majorHAnsi" w:hAnsiTheme="majorHAnsi" w:cstheme="majorHAnsi"/>
          <w:bCs/>
          <w:sz w:val="24"/>
          <w:szCs w:val="24"/>
        </w:rPr>
      </w:pPr>
      <w:r w:rsidRPr="00577E85">
        <w:rPr>
          <w:rFonts w:asciiTheme="majorHAnsi" w:hAnsiTheme="majorHAnsi" w:cstheme="majorHAnsi"/>
          <w:bCs/>
          <w:sz w:val="24"/>
          <w:szCs w:val="24"/>
        </w:rPr>
        <w:t>15:30–15:45</w:t>
      </w:r>
      <w:r w:rsidRPr="00C90911">
        <w:rPr>
          <w:rFonts w:asciiTheme="majorHAnsi" w:hAnsiTheme="majorHAnsi" w:cstheme="majorHAnsi"/>
          <w:bCs/>
          <w:sz w:val="24"/>
          <w:szCs w:val="24"/>
        </w:rPr>
        <w:tab/>
      </w:r>
      <w:r w:rsidR="004A74A6" w:rsidRPr="00577E85">
        <w:rPr>
          <w:rFonts w:asciiTheme="majorHAnsi" w:hAnsiTheme="majorHAnsi" w:cstheme="majorHAnsi"/>
          <w:bCs/>
          <w:sz w:val="24"/>
          <w:szCs w:val="24"/>
        </w:rPr>
        <w:t xml:space="preserve">Coffee </w:t>
      </w:r>
      <w:r w:rsidR="004A5A4E" w:rsidRPr="00577E85">
        <w:rPr>
          <w:rFonts w:asciiTheme="majorHAnsi" w:hAnsiTheme="majorHAnsi" w:cstheme="majorHAnsi"/>
          <w:bCs/>
          <w:sz w:val="24"/>
          <w:szCs w:val="24"/>
        </w:rPr>
        <w:t xml:space="preserve">Break </w:t>
      </w:r>
      <w:r w:rsidRPr="00C90911">
        <w:rPr>
          <w:rFonts w:asciiTheme="majorHAnsi" w:hAnsiTheme="majorHAnsi" w:cstheme="majorHAnsi"/>
          <w:bCs/>
          <w:sz w:val="24"/>
          <w:szCs w:val="24"/>
        </w:rPr>
        <w:br/>
      </w:r>
    </w:p>
    <w:p w14:paraId="47726153" w14:textId="19197977" w:rsidR="00577E85" w:rsidRDefault="00577E85" w:rsidP="00A65D1E">
      <w:pPr>
        <w:ind w:left="1843" w:hanging="1985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t>15:45–16:15</w:t>
      </w:r>
      <w:r w:rsidRPr="00577E85">
        <w:rPr>
          <w:rFonts w:asciiTheme="majorHAnsi" w:hAnsiTheme="majorHAnsi" w:cstheme="majorHAnsi"/>
          <w:bCs/>
          <w:color w:val="7F1B25"/>
          <w:sz w:val="24"/>
          <w:szCs w:val="24"/>
        </w:rPr>
        <w:tab/>
      </w:r>
      <w:r w:rsidR="002F6090" w:rsidRPr="00577E85">
        <w:rPr>
          <w:rFonts w:asciiTheme="majorHAnsi" w:hAnsiTheme="majorHAnsi" w:cstheme="majorHAnsi"/>
          <w:b/>
          <w:color w:val="7F1B25"/>
          <w:sz w:val="24"/>
          <w:szCs w:val="24"/>
        </w:rPr>
        <w:t>LIVE-IN-A-B</w:t>
      </w:r>
      <w:r w:rsidR="004A74A6" w:rsidRPr="00577E85">
        <w:rPr>
          <w:rFonts w:asciiTheme="majorHAnsi" w:hAnsiTheme="majorHAnsi" w:cstheme="majorHAnsi"/>
          <w:b/>
          <w:color w:val="7F1B25"/>
          <w:sz w:val="24"/>
          <w:szCs w:val="24"/>
        </w:rPr>
        <w:t>O</w:t>
      </w:r>
      <w:r w:rsidR="00FF323C" w:rsidRPr="00577E8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X SESSION IV — TRICUSPID </w:t>
      </w:r>
      <w:r w:rsidRPr="00577E85">
        <w:rPr>
          <w:rFonts w:asciiTheme="majorHAnsi" w:hAnsiTheme="majorHAnsi" w:cstheme="majorHAnsi"/>
          <w:bCs/>
          <w:color w:val="7F1B25"/>
          <w:sz w:val="24"/>
          <w:szCs w:val="24"/>
        </w:rPr>
        <w:br/>
      </w:r>
      <w:r w:rsidR="00CD0EAB" w:rsidRPr="00FE6269">
        <w:rPr>
          <w:rFonts w:asciiTheme="majorHAnsi" w:hAnsiTheme="majorHAnsi" w:cstheme="majorHAnsi"/>
          <w:sz w:val="24"/>
          <w:szCs w:val="24"/>
        </w:rPr>
        <w:t>Moderator</w:t>
      </w:r>
      <w:r w:rsidR="00F37F50" w:rsidRPr="00FE6269">
        <w:rPr>
          <w:rFonts w:asciiTheme="majorHAnsi" w:hAnsiTheme="majorHAnsi" w:cstheme="majorHAnsi"/>
          <w:sz w:val="24"/>
          <w:szCs w:val="24"/>
        </w:rPr>
        <w:t>:</w:t>
      </w:r>
      <w:r w:rsidRPr="00577E85">
        <w:rPr>
          <w:rFonts w:asciiTheme="majorHAnsi" w:hAnsiTheme="majorHAnsi" w:cstheme="majorHAnsi"/>
          <w:sz w:val="24"/>
          <w:szCs w:val="24"/>
        </w:rPr>
        <w:t xml:space="preserve"> </w:t>
      </w:r>
      <w:r w:rsidR="0042696C" w:rsidRPr="00954CD8">
        <w:rPr>
          <w:rFonts w:asciiTheme="majorHAnsi" w:hAnsiTheme="majorHAnsi" w:cstheme="majorHAnsi"/>
          <w:b/>
          <w:bCs/>
          <w:sz w:val="24"/>
          <w:szCs w:val="24"/>
        </w:rPr>
        <w:t xml:space="preserve">G. </w:t>
      </w:r>
      <w:proofErr w:type="spellStart"/>
      <w:r w:rsidR="0042696C" w:rsidRPr="00954CD8">
        <w:rPr>
          <w:rFonts w:asciiTheme="majorHAnsi" w:hAnsiTheme="majorHAnsi" w:cstheme="majorHAnsi"/>
          <w:b/>
          <w:bCs/>
          <w:sz w:val="24"/>
          <w:szCs w:val="24"/>
        </w:rPr>
        <w:t>Dangas</w:t>
      </w:r>
      <w:proofErr w:type="spellEnd"/>
      <w:r w:rsidRPr="00577E85">
        <w:rPr>
          <w:rFonts w:asciiTheme="majorHAnsi" w:hAnsiTheme="majorHAnsi" w:cstheme="majorHAnsi"/>
          <w:bCs/>
          <w:color w:val="7F1B25"/>
          <w:sz w:val="24"/>
          <w:szCs w:val="24"/>
        </w:rPr>
        <w:br/>
      </w:r>
      <w:r w:rsidR="00CD0EAB" w:rsidRPr="00FE6269">
        <w:rPr>
          <w:rFonts w:asciiTheme="majorHAnsi" w:hAnsiTheme="majorHAnsi" w:cstheme="majorHAnsi"/>
          <w:sz w:val="24"/>
          <w:szCs w:val="24"/>
        </w:rPr>
        <w:t>Panelists</w:t>
      </w:r>
      <w:r w:rsidR="00F37F50" w:rsidRPr="00FE6269">
        <w:rPr>
          <w:rFonts w:asciiTheme="majorHAnsi" w:hAnsiTheme="majorHAnsi" w:cstheme="majorHAnsi"/>
          <w:sz w:val="24"/>
          <w:szCs w:val="24"/>
        </w:rPr>
        <w:t>:</w:t>
      </w:r>
      <w:r w:rsidR="00CA4A02" w:rsidRPr="00FE6269">
        <w:rPr>
          <w:rFonts w:asciiTheme="majorHAnsi" w:hAnsiTheme="majorHAnsi" w:cstheme="majorHAnsi"/>
          <w:sz w:val="24"/>
          <w:szCs w:val="24"/>
        </w:rPr>
        <w:t xml:space="preserve"> </w:t>
      </w:r>
      <w:r w:rsidR="00434FAB" w:rsidRPr="00577E85">
        <w:rPr>
          <w:rFonts w:asciiTheme="majorHAnsi" w:hAnsiTheme="majorHAnsi" w:cstheme="majorHAnsi"/>
          <w:b/>
          <w:bCs/>
          <w:sz w:val="24"/>
          <w:szCs w:val="24"/>
        </w:rPr>
        <w:t xml:space="preserve">A. </w:t>
      </w:r>
      <w:proofErr w:type="spellStart"/>
      <w:r w:rsidR="00434FAB" w:rsidRPr="00577E85">
        <w:rPr>
          <w:rFonts w:asciiTheme="majorHAnsi" w:hAnsiTheme="majorHAnsi" w:cstheme="majorHAnsi"/>
          <w:b/>
          <w:bCs/>
          <w:sz w:val="24"/>
          <w:szCs w:val="24"/>
        </w:rPr>
        <w:t>Tsoukas</w:t>
      </w:r>
      <w:proofErr w:type="spellEnd"/>
      <w:r w:rsidR="00C75003" w:rsidRPr="00577E85">
        <w:rPr>
          <w:rFonts w:asciiTheme="majorHAnsi" w:hAnsiTheme="majorHAnsi" w:cstheme="majorHAnsi"/>
          <w:b/>
          <w:bCs/>
          <w:sz w:val="24"/>
          <w:szCs w:val="24"/>
        </w:rPr>
        <w:t xml:space="preserve">, K. </w:t>
      </w:r>
      <w:proofErr w:type="spellStart"/>
      <w:r w:rsidR="00C75003" w:rsidRPr="00577E85">
        <w:rPr>
          <w:rFonts w:asciiTheme="majorHAnsi" w:hAnsiTheme="majorHAnsi" w:cstheme="majorHAnsi"/>
          <w:b/>
          <w:bCs/>
          <w:sz w:val="24"/>
          <w:szCs w:val="24"/>
        </w:rPr>
        <w:t>Aggeli</w:t>
      </w:r>
      <w:proofErr w:type="spellEnd"/>
      <w:r w:rsidR="00C47289" w:rsidRPr="00577E85">
        <w:rPr>
          <w:rFonts w:asciiTheme="majorHAnsi" w:hAnsiTheme="majorHAnsi" w:cstheme="majorHAnsi"/>
          <w:b/>
          <w:bCs/>
          <w:sz w:val="24"/>
          <w:szCs w:val="24"/>
        </w:rPr>
        <w:t xml:space="preserve">, </w:t>
      </w:r>
      <w:r w:rsidR="00C47289" w:rsidRPr="00CB2971">
        <w:rPr>
          <w:rFonts w:asciiTheme="majorHAnsi" w:hAnsiTheme="majorHAnsi" w:cstheme="majorHAnsi"/>
          <w:b/>
          <w:bCs/>
          <w:sz w:val="24"/>
          <w:szCs w:val="24"/>
        </w:rPr>
        <w:t>K. Aronis</w:t>
      </w:r>
      <w:r w:rsidR="008148D8">
        <w:rPr>
          <w:rFonts w:asciiTheme="majorHAnsi" w:hAnsiTheme="majorHAnsi" w:cstheme="majorHAnsi"/>
          <w:b/>
          <w:bCs/>
          <w:sz w:val="24"/>
          <w:szCs w:val="24"/>
        </w:rPr>
        <w:t xml:space="preserve">, S. </w:t>
      </w:r>
      <w:proofErr w:type="spellStart"/>
      <w:r w:rsidR="008148D8">
        <w:rPr>
          <w:rFonts w:asciiTheme="majorHAnsi" w:hAnsiTheme="majorHAnsi" w:cstheme="majorHAnsi"/>
          <w:b/>
          <w:bCs/>
          <w:sz w:val="24"/>
          <w:szCs w:val="24"/>
        </w:rPr>
        <w:t>Gamaz</w:t>
      </w:r>
      <w:proofErr w:type="spellEnd"/>
    </w:p>
    <w:p w14:paraId="016D4F23" w14:textId="77777777" w:rsidR="00B069F2" w:rsidRDefault="00B069F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5DEA57A1" w14:textId="77777777" w:rsidR="00B069F2" w:rsidRDefault="00B069F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1DD21841" w14:textId="77777777" w:rsidR="00B069F2" w:rsidRDefault="00B069F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37000E21" w14:textId="77777777" w:rsidR="00B069F2" w:rsidRDefault="00B069F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3E1B2B3A" w14:textId="77777777" w:rsidR="00B069F2" w:rsidRDefault="00B069F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144B254D" w14:textId="77777777" w:rsidR="00B069F2" w:rsidRDefault="00B069F2" w:rsidP="00F06B58">
      <w:pPr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</w:p>
    <w:p w14:paraId="4B2CA63A" w14:textId="59FAC6BE" w:rsidR="00B069F2" w:rsidRPr="00B069F2" w:rsidRDefault="00F87EB2" w:rsidP="00B069F2">
      <w:pPr>
        <w:ind w:left="2158" w:hanging="2300"/>
        <w:rPr>
          <w:rFonts w:asciiTheme="majorHAnsi" w:hAnsiTheme="majorHAnsi" w:cstheme="majorHAnsi"/>
          <w:b/>
          <w:bCs/>
          <w:color w:val="7F1B25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50400" behindDoc="1" locked="0" layoutInCell="1" allowOverlap="1" wp14:anchorId="04A73EB2" wp14:editId="1F1CD3B6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202365188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F2" w:rsidRPr="00D70CD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2F6D2B1" wp14:editId="5A309185">
                <wp:simplePos x="0" y="0"/>
                <wp:positionH relativeFrom="column">
                  <wp:posOffset>-1214203</wp:posOffset>
                </wp:positionH>
                <wp:positionV relativeFrom="paragraph">
                  <wp:posOffset>1872615</wp:posOffset>
                </wp:positionV>
                <wp:extent cx="7857366" cy="337255"/>
                <wp:effectExtent l="12700" t="12700" r="17145" b="18415"/>
                <wp:wrapNone/>
                <wp:docPr id="94642077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1A395" w14:textId="77777777" w:rsidR="00B069F2" w:rsidRDefault="00B069F2" w:rsidP="00B069F2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Saturday May 16, 2026 |</w:t>
                            </w:r>
                            <w:r w:rsidRPr="003A3D84">
                              <w:t xml:space="preserve"> </w:t>
                            </w:r>
                            <w:r w:rsidRPr="00477670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MITRAL &amp; TRICUSPID INTERVENTIONS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br/>
                            </w:r>
                          </w:p>
                          <w:p w14:paraId="1DDD6AF7" w14:textId="77777777" w:rsidR="00B069F2" w:rsidRDefault="00B069F2" w:rsidP="00B069F2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525D456B" w14:textId="77777777" w:rsidR="00B069F2" w:rsidRPr="00DB5FD6" w:rsidRDefault="00B069F2" w:rsidP="00B069F2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6D2B1" id="_x0000_s1038" style="position:absolute;left:0;text-align:left;margin-left:-95.6pt;margin-top:147.45pt;width:618.7pt;height:26.5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" fillcolor="#7f1b25" strokecolor="#faf6f6" strokeweight="2pt">
                <v:textbox>
                  <w:txbxContent>
                    <w:p w14:paraId="34B1A395" w14:textId="77777777" w:rsidR="00B069F2" w:rsidRDefault="00B069F2" w:rsidP="00B069F2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Saturday May 16, 2026 |</w:t>
                      </w:r>
                      <w:r w:rsidRPr="003A3D84">
                        <w:t xml:space="preserve"> </w:t>
                      </w:r>
                      <w:r w:rsidRPr="00477670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MITRAL &amp; TRICUSPID INTERVENTIONS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br/>
                      </w:r>
                    </w:p>
                    <w:p w14:paraId="1DDD6AF7" w14:textId="77777777" w:rsidR="00B069F2" w:rsidRDefault="00B069F2" w:rsidP="00B069F2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525D456B" w14:textId="77777777" w:rsidR="00B069F2" w:rsidRPr="00DB5FD6" w:rsidRDefault="00B069F2" w:rsidP="00B069F2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B069F2">
        <w:rPr>
          <w:noProof/>
        </w:rPr>
        <w:drawing>
          <wp:anchor distT="0" distB="0" distL="114300" distR="114300" simplePos="0" relativeHeight="251713536" behindDoc="1" locked="0" layoutInCell="1" allowOverlap="1" wp14:anchorId="7E1059C3" wp14:editId="4D3B7208">
            <wp:simplePos x="0" y="0"/>
            <wp:positionH relativeFrom="column">
              <wp:posOffset>-1143021</wp:posOffset>
            </wp:positionH>
            <wp:positionV relativeFrom="paragraph">
              <wp:posOffset>-572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119343762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F2">
        <w:rPr>
          <w:rFonts w:asciiTheme="majorHAnsi" w:hAnsiTheme="majorHAnsi" w:cstheme="majorHAnsi"/>
          <w:b/>
          <w:bCs/>
          <w:color w:val="7F1B25"/>
          <w:sz w:val="24"/>
          <w:szCs w:val="24"/>
        </w:rPr>
        <w:br/>
      </w:r>
    </w:p>
    <w:p w14:paraId="174BD970" w14:textId="6A2DBAE4" w:rsidR="0049635C" w:rsidRPr="00557968" w:rsidRDefault="00577E85" w:rsidP="00A65D1E">
      <w:pPr>
        <w:tabs>
          <w:tab w:val="left" w:pos="2127"/>
        </w:tabs>
        <w:ind w:left="1843" w:hanging="1985"/>
        <w:rPr>
          <w:rFonts w:asciiTheme="majorHAnsi" w:hAnsiTheme="majorHAnsi" w:cstheme="majorHAnsi"/>
          <w:b/>
          <w:sz w:val="24"/>
          <w:szCs w:val="24"/>
        </w:rPr>
      </w:pP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t>16:15–17:</w:t>
      </w:r>
      <w:r w:rsidR="001D41BA">
        <w:rPr>
          <w:rFonts w:asciiTheme="majorHAnsi" w:hAnsiTheme="majorHAnsi" w:cstheme="majorHAnsi"/>
          <w:b/>
          <w:color w:val="7F1B25"/>
          <w:sz w:val="24"/>
          <w:szCs w:val="24"/>
        </w:rPr>
        <w:t>15</w:t>
      </w:r>
      <w:r w:rsidRPr="00577E85">
        <w:rPr>
          <w:rFonts w:asciiTheme="majorHAnsi" w:hAnsiTheme="majorHAnsi" w:cstheme="majorHAnsi"/>
          <w:color w:val="7F1B25"/>
          <w:sz w:val="24"/>
          <w:szCs w:val="24"/>
        </w:rPr>
        <w:tab/>
      </w:r>
      <w:r w:rsidR="002F6090" w:rsidRPr="00577E85">
        <w:rPr>
          <w:rFonts w:asciiTheme="majorHAnsi" w:hAnsiTheme="majorHAnsi" w:cstheme="majorHAnsi"/>
          <w:b/>
          <w:color w:val="7F1B25"/>
          <w:sz w:val="24"/>
          <w:szCs w:val="24"/>
        </w:rPr>
        <w:t>SESSION 1</w:t>
      </w:r>
      <w:r w:rsidR="00546991">
        <w:rPr>
          <w:rFonts w:asciiTheme="majorHAnsi" w:hAnsiTheme="majorHAnsi" w:cstheme="majorHAnsi"/>
          <w:b/>
          <w:color w:val="7F1B25"/>
          <w:sz w:val="24"/>
          <w:szCs w:val="24"/>
        </w:rPr>
        <w:t>3</w:t>
      </w: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971772" w:rsidRPr="00577E85">
        <w:rPr>
          <w:rFonts w:asciiTheme="majorHAnsi" w:hAnsiTheme="majorHAnsi" w:cstheme="majorHAnsi"/>
          <w:b/>
          <w:color w:val="7F1B25"/>
          <w:sz w:val="24"/>
          <w:szCs w:val="24"/>
        </w:rPr>
        <w:t>TRICUSPID VALVE INTERVENTIONS</w:t>
      </w:r>
      <w:r w:rsidRPr="00577E85">
        <w:rPr>
          <w:rFonts w:asciiTheme="majorHAnsi" w:hAnsiTheme="majorHAnsi" w:cstheme="majorHAnsi"/>
          <w:color w:val="7F1B25"/>
          <w:sz w:val="24"/>
          <w:szCs w:val="24"/>
        </w:rPr>
        <w:br/>
      </w:r>
      <w:r w:rsidR="00F578CD" w:rsidRPr="00577E85">
        <w:rPr>
          <w:rFonts w:asciiTheme="majorHAnsi" w:hAnsiTheme="majorHAnsi" w:cstheme="majorHAnsi"/>
          <w:b/>
          <w:color w:val="7F1B25"/>
          <w:sz w:val="24"/>
          <w:szCs w:val="24"/>
        </w:rPr>
        <w:t>Tips and tricks for success</w:t>
      </w:r>
      <w:r w:rsidR="00412553" w:rsidRPr="00577E8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 – clinical case presentations</w:t>
      </w:r>
      <w:r w:rsidRPr="00577E85">
        <w:rPr>
          <w:rFonts w:asciiTheme="majorHAnsi" w:hAnsiTheme="majorHAnsi" w:cstheme="majorHAnsi"/>
          <w:color w:val="7F1B25"/>
          <w:sz w:val="24"/>
          <w:szCs w:val="24"/>
        </w:rPr>
        <w:br/>
      </w:r>
      <w:r w:rsidR="0049635C" w:rsidRPr="00577E85">
        <w:rPr>
          <w:rFonts w:asciiTheme="majorHAnsi" w:hAnsiTheme="majorHAnsi" w:cstheme="majorHAnsi"/>
          <w:bCs/>
          <w:sz w:val="24"/>
          <w:szCs w:val="24"/>
        </w:rPr>
        <w:t>Moderator</w:t>
      </w:r>
      <w:r w:rsidR="0049635C" w:rsidRPr="004F74EA">
        <w:rPr>
          <w:rFonts w:asciiTheme="majorHAnsi" w:hAnsiTheme="majorHAnsi" w:cstheme="majorHAnsi"/>
          <w:bCs/>
          <w:sz w:val="24"/>
          <w:szCs w:val="24"/>
        </w:rPr>
        <w:t>:</w:t>
      </w:r>
      <w:r w:rsidR="00E20DBA" w:rsidRPr="004F74EA">
        <w:rPr>
          <w:rFonts w:asciiTheme="majorHAnsi" w:hAnsiTheme="majorHAnsi" w:cstheme="majorHAnsi"/>
          <w:b/>
          <w:sz w:val="24"/>
          <w:szCs w:val="24"/>
        </w:rPr>
        <w:t xml:space="preserve"> T. Kilic</w:t>
      </w:r>
      <w:r w:rsidR="00D376A6" w:rsidRPr="004F74EA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D376A6" w:rsidRPr="004F74EA">
        <w:rPr>
          <w:rFonts w:asciiTheme="majorHAnsi" w:hAnsiTheme="majorHAnsi" w:cstheme="majorHAnsi"/>
          <w:b/>
          <w:bCs/>
          <w:sz w:val="24"/>
          <w:szCs w:val="24"/>
        </w:rPr>
        <w:t>Z. Dimitriadis</w:t>
      </w:r>
      <w:r w:rsidR="00564A14">
        <w:rPr>
          <w:rFonts w:asciiTheme="majorHAnsi" w:hAnsiTheme="majorHAnsi" w:cstheme="majorHAnsi"/>
          <w:b/>
          <w:sz w:val="24"/>
          <w:szCs w:val="24"/>
        </w:rPr>
        <w:br/>
      </w:r>
      <w:r w:rsidR="0049635C" w:rsidRPr="00577E85">
        <w:rPr>
          <w:rFonts w:asciiTheme="majorHAnsi" w:hAnsiTheme="majorHAnsi" w:cstheme="majorHAnsi"/>
          <w:bCs/>
          <w:sz w:val="24"/>
          <w:szCs w:val="24"/>
        </w:rPr>
        <w:t>Panelists:</w:t>
      </w:r>
      <w:r w:rsidR="008038C7" w:rsidRPr="00FE6269">
        <w:rPr>
          <w:rFonts w:asciiTheme="majorHAnsi" w:hAnsiTheme="majorHAnsi" w:cstheme="majorHAnsi"/>
          <w:b/>
          <w:sz w:val="24"/>
          <w:szCs w:val="24"/>
        </w:rPr>
        <w:t xml:space="preserve"> I. Skoularigkis, </w:t>
      </w:r>
      <w:r w:rsidR="00EB1E13"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EB1E13" w:rsidRPr="00FE6269">
        <w:rPr>
          <w:rFonts w:asciiTheme="majorHAnsi" w:hAnsiTheme="majorHAnsi" w:cstheme="majorHAnsi"/>
          <w:b/>
          <w:sz w:val="24"/>
          <w:szCs w:val="24"/>
        </w:rPr>
        <w:t>Aggeli</w:t>
      </w:r>
      <w:proofErr w:type="spellEnd"/>
      <w:r w:rsidR="0042696C">
        <w:rPr>
          <w:rFonts w:asciiTheme="majorHAnsi" w:hAnsiTheme="majorHAnsi" w:cstheme="majorHAnsi"/>
          <w:b/>
          <w:sz w:val="24"/>
          <w:szCs w:val="24"/>
        </w:rPr>
        <w:t xml:space="preserve">, P. </w:t>
      </w:r>
      <w:r w:rsidR="00C127B7">
        <w:rPr>
          <w:rFonts w:asciiTheme="majorHAnsi" w:hAnsiTheme="majorHAnsi" w:cstheme="majorHAnsi"/>
          <w:b/>
          <w:sz w:val="24"/>
          <w:szCs w:val="24"/>
          <w:lang w:val="el-GR"/>
        </w:rPr>
        <w:t>Κ</w:t>
      </w:r>
      <w:proofErr w:type="spellStart"/>
      <w:r w:rsidR="0042696C">
        <w:rPr>
          <w:rFonts w:asciiTheme="majorHAnsi" w:hAnsiTheme="majorHAnsi" w:cstheme="majorHAnsi"/>
          <w:b/>
          <w:sz w:val="24"/>
          <w:szCs w:val="24"/>
        </w:rPr>
        <w:t>ourkoveli</w:t>
      </w:r>
      <w:proofErr w:type="spellEnd"/>
      <w:r w:rsidR="0042696C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C127B7">
        <w:rPr>
          <w:rFonts w:asciiTheme="majorHAnsi" w:hAnsiTheme="majorHAnsi" w:cstheme="majorHAnsi"/>
          <w:b/>
          <w:sz w:val="24"/>
          <w:szCs w:val="24"/>
        </w:rPr>
        <w:t>F. M</w:t>
      </w:r>
      <w:r w:rsidR="0042696C">
        <w:rPr>
          <w:rFonts w:asciiTheme="majorHAnsi" w:hAnsiTheme="majorHAnsi" w:cstheme="majorHAnsi"/>
          <w:b/>
          <w:sz w:val="24"/>
          <w:szCs w:val="24"/>
        </w:rPr>
        <w:t xml:space="preserve">itropoulos </w:t>
      </w:r>
    </w:p>
    <w:p w14:paraId="53E15210" w14:textId="04177431" w:rsidR="001035D6" w:rsidRPr="00FE6269" w:rsidRDefault="00CD0EAB" w:rsidP="001035D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 xml:space="preserve">TTEER </w:t>
      </w:r>
      <w:r w:rsidR="00F578CD" w:rsidRPr="00FE6269">
        <w:rPr>
          <w:rFonts w:asciiTheme="majorHAnsi" w:hAnsiTheme="majorHAnsi" w:cstheme="majorHAnsi"/>
          <w:sz w:val="24"/>
          <w:szCs w:val="24"/>
        </w:rPr>
        <w:t>– PASCAL</w:t>
      </w:r>
      <w:r w:rsidR="00577E85">
        <w:rPr>
          <w:rFonts w:asciiTheme="majorHAnsi" w:hAnsiTheme="majorHAnsi" w:cstheme="majorHAnsi"/>
          <w:sz w:val="24"/>
          <w:szCs w:val="24"/>
          <w:lang w:val="el-GR"/>
        </w:rPr>
        <w:br/>
      </w:r>
      <w:r w:rsidR="00F578CD" w:rsidRPr="00FE6269">
        <w:rPr>
          <w:rFonts w:asciiTheme="majorHAnsi" w:hAnsiTheme="majorHAnsi" w:cstheme="majorHAnsi"/>
          <w:b/>
          <w:sz w:val="24"/>
          <w:szCs w:val="24"/>
        </w:rPr>
        <w:t xml:space="preserve">M. </w:t>
      </w:r>
      <w:proofErr w:type="spellStart"/>
      <w:r w:rsidR="00F578CD" w:rsidRPr="00FE6269">
        <w:rPr>
          <w:rFonts w:asciiTheme="majorHAnsi" w:hAnsiTheme="majorHAnsi" w:cstheme="majorHAnsi"/>
          <w:b/>
          <w:sz w:val="24"/>
          <w:szCs w:val="24"/>
        </w:rPr>
        <w:t>Vavuranakis</w:t>
      </w:r>
      <w:proofErr w:type="spellEnd"/>
      <w:r w:rsidR="00577E85">
        <w:rPr>
          <w:rFonts w:asciiTheme="majorHAnsi" w:hAnsiTheme="majorHAnsi" w:cstheme="majorHAnsi"/>
          <w:b/>
          <w:sz w:val="24"/>
          <w:szCs w:val="24"/>
          <w:lang w:val="el-GR"/>
        </w:rPr>
        <w:br/>
      </w:r>
    </w:p>
    <w:p w14:paraId="53C08F02" w14:textId="77777777" w:rsidR="00E05673" w:rsidRPr="00E05673" w:rsidRDefault="00CD0EAB" w:rsidP="001035D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TTEER</w:t>
      </w:r>
      <w:r w:rsidR="00F578CD" w:rsidRPr="00FE6269">
        <w:rPr>
          <w:rFonts w:asciiTheme="majorHAnsi" w:hAnsiTheme="majorHAnsi" w:cstheme="majorHAnsi"/>
          <w:sz w:val="24"/>
          <w:szCs w:val="24"/>
        </w:rPr>
        <w:t xml:space="preserve"> – </w:t>
      </w:r>
      <w:proofErr w:type="spellStart"/>
      <w:r w:rsidR="00F578CD" w:rsidRPr="00FE6269">
        <w:rPr>
          <w:rFonts w:asciiTheme="majorHAnsi" w:hAnsiTheme="majorHAnsi" w:cstheme="majorHAnsi"/>
          <w:sz w:val="24"/>
          <w:szCs w:val="24"/>
        </w:rPr>
        <w:t>TriClip</w:t>
      </w:r>
      <w:proofErr w:type="spellEnd"/>
      <w:r w:rsidR="00577E85">
        <w:rPr>
          <w:rFonts w:asciiTheme="majorHAnsi" w:hAnsiTheme="majorHAnsi" w:cstheme="majorHAnsi"/>
          <w:sz w:val="24"/>
          <w:szCs w:val="24"/>
          <w:lang w:val="el-GR"/>
        </w:rPr>
        <w:br/>
      </w:r>
      <w:r w:rsidR="00F578CD" w:rsidRPr="00FE6269">
        <w:rPr>
          <w:rFonts w:asciiTheme="majorHAnsi" w:hAnsiTheme="majorHAnsi" w:cstheme="majorHAnsi"/>
          <w:b/>
          <w:sz w:val="24"/>
          <w:szCs w:val="24"/>
        </w:rPr>
        <w:t xml:space="preserve">V. </w:t>
      </w:r>
      <w:proofErr w:type="spellStart"/>
      <w:r w:rsidR="00F578CD" w:rsidRPr="00FE6269">
        <w:rPr>
          <w:rFonts w:asciiTheme="majorHAnsi" w:hAnsiTheme="majorHAnsi" w:cstheme="majorHAnsi"/>
          <w:b/>
          <w:sz w:val="24"/>
          <w:szCs w:val="24"/>
        </w:rPr>
        <w:t>Ninios</w:t>
      </w:r>
      <w:proofErr w:type="spellEnd"/>
    </w:p>
    <w:p w14:paraId="7F0024F7" w14:textId="77777777" w:rsidR="00E05673" w:rsidRPr="00E05673" w:rsidRDefault="00E05673" w:rsidP="00E05673">
      <w:pPr>
        <w:pStyle w:val="ListParagraph"/>
        <w:ind w:left="2478"/>
        <w:rPr>
          <w:rFonts w:asciiTheme="majorHAnsi" w:hAnsiTheme="majorHAnsi" w:cstheme="majorHAnsi"/>
          <w:bCs/>
          <w:sz w:val="24"/>
          <w:szCs w:val="24"/>
        </w:rPr>
      </w:pPr>
    </w:p>
    <w:p w14:paraId="06160862" w14:textId="666F64BC" w:rsidR="00CD0EAB" w:rsidRPr="00FE6269" w:rsidRDefault="00E05673" w:rsidP="001035D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4"/>
          <w:szCs w:val="24"/>
        </w:rPr>
      </w:pPr>
      <w:r w:rsidRPr="00E05673">
        <w:rPr>
          <w:rFonts w:asciiTheme="majorHAnsi" w:hAnsiTheme="majorHAnsi" w:cstheme="majorHAnsi"/>
          <w:bCs/>
          <w:sz w:val="24"/>
          <w:szCs w:val="24"/>
        </w:rPr>
        <w:t>TBA</w:t>
      </w:r>
      <w:r w:rsidRPr="00E05673">
        <w:rPr>
          <w:rFonts w:asciiTheme="majorHAnsi" w:hAnsiTheme="majorHAnsi" w:cstheme="majorHAnsi"/>
          <w:bCs/>
          <w:sz w:val="24"/>
          <w:szCs w:val="24"/>
        </w:rPr>
        <w:br/>
      </w:r>
      <w:r>
        <w:rPr>
          <w:rFonts w:asciiTheme="majorHAnsi" w:hAnsiTheme="majorHAnsi" w:cstheme="majorHAnsi"/>
          <w:b/>
          <w:sz w:val="24"/>
          <w:szCs w:val="24"/>
        </w:rPr>
        <w:t xml:space="preserve">Ch. </w:t>
      </w:r>
      <w:proofErr w:type="spellStart"/>
      <w:r>
        <w:rPr>
          <w:rFonts w:asciiTheme="majorHAnsi" w:hAnsiTheme="majorHAnsi" w:cstheme="majorHAnsi"/>
          <w:b/>
          <w:sz w:val="24"/>
          <w:szCs w:val="24"/>
        </w:rPr>
        <w:t>Mourmouris</w:t>
      </w:r>
      <w:proofErr w:type="spellEnd"/>
      <w:r w:rsidR="00577E85">
        <w:rPr>
          <w:rFonts w:asciiTheme="majorHAnsi" w:hAnsiTheme="majorHAnsi" w:cstheme="majorHAnsi"/>
          <w:b/>
          <w:sz w:val="24"/>
          <w:szCs w:val="24"/>
          <w:lang w:val="el-GR"/>
        </w:rPr>
        <w:br/>
      </w:r>
    </w:p>
    <w:p w14:paraId="376690C5" w14:textId="3D5B9D57" w:rsidR="0042696C" w:rsidRPr="0042696C" w:rsidRDefault="00CD0EAB" w:rsidP="001035D6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color w:val="7F1B25"/>
          <w:sz w:val="24"/>
          <w:szCs w:val="24"/>
        </w:rPr>
      </w:pPr>
      <w:r w:rsidRPr="00FE6269">
        <w:rPr>
          <w:rFonts w:asciiTheme="majorHAnsi" w:hAnsiTheme="majorHAnsi" w:cstheme="majorHAnsi"/>
          <w:sz w:val="24"/>
          <w:szCs w:val="24"/>
        </w:rPr>
        <w:t>TTVR</w:t>
      </w:r>
      <w:r w:rsidR="00F578CD" w:rsidRPr="00FE6269">
        <w:rPr>
          <w:rFonts w:asciiTheme="majorHAnsi" w:hAnsiTheme="majorHAnsi" w:cstheme="majorHAnsi"/>
          <w:sz w:val="24"/>
          <w:szCs w:val="24"/>
        </w:rPr>
        <w:t xml:space="preserve"> – Evoque</w:t>
      </w:r>
      <w:r w:rsidR="00577E85">
        <w:rPr>
          <w:rFonts w:asciiTheme="majorHAnsi" w:hAnsiTheme="majorHAnsi" w:cstheme="majorHAnsi"/>
          <w:sz w:val="24"/>
          <w:szCs w:val="24"/>
          <w:lang w:val="el-GR"/>
        </w:rPr>
        <w:br/>
      </w:r>
      <w:r w:rsidR="00F578CD" w:rsidRPr="00FE6269">
        <w:rPr>
          <w:rFonts w:asciiTheme="majorHAnsi" w:hAnsiTheme="majorHAnsi" w:cstheme="majorHAnsi"/>
          <w:b/>
          <w:sz w:val="24"/>
          <w:szCs w:val="24"/>
        </w:rPr>
        <w:t xml:space="preserve">K. </w:t>
      </w:r>
      <w:proofErr w:type="spellStart"/>
      <w:r w:rsidR="00F578CD" w:rsidRPr="00FE6269">
        <w:rPr>
          <w:rFonts w:asciiTheme="majorHAnsi" w:hAnsiTheme="majorHAnsi" w:cstheme="majorHAnsi"/>
          <w:b/>
          <w:sz w:val="24"/>
          <w:szCs w:val="24"/>
        </w:rPr>
        <w:t>Spargias</w:t>
      </w:r>
      <w:proofErr w:type="spellEnd"/>
    </w:p>
    <w:p w14:paraId="28362A77" w14:textId="77777777" w:rsidR="008B5B08" w:rsidRPr="001A2C66" w:rsidRDefault="008B5B08" w:rsidP="008B5B0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ajorHAnsi" w:eastAsiaTheme="minorEastAsia" w:hAnsiTheme="majorHAnsi" w:cstheme="majorHAnsi"/>
          <w:color w:val="000000" w:themeColor="text1"/>
          <w:lang w:val="en-US" w:eastAsia="en-US"/>
        </w:rPr>
      </w:pPr>
      <w:r w:rsidRPr="001A2C66">
        <w:rPr>
          <w:rFonts w:asciiTheme="majorHAnsi" w:eastAsiaTheme="minorEastAsia" w:hAnsiTheme="majorHAnsi" w:cstheme="majorHAnsi"/>
          <w:color w:val="000000" w:themeColor="text1"/>
          <w:lang w:val="en-US" w:eastAsia="en-US"/>
        </w:rPr>
        <w:t>Beyond Devices: Achieving Durable Tricuspid Repair Through</w:t>
      </w:r>
      <w:r>
        <w:rPr>
          <w:rFonts w:asciiTheme="majorHAnsi" w:eastAsiaTheme="minorEastAsia" w:hAnsiTheme="majorHAnsi" w:cstheme="majorHAnsi"/>
          <w:color w:val="000000" w:themeColor="text1"/>
          <w:lang w:val="en-US" w:eastAsia="en-US"/>
        </w:rPr>
        <w:t xml:space="preserve"> </w:t>
      </w:r>
      <w:r w:rsidRPr="001A2C66">
        <w:rPr>
          <w:rFonts w:asciiTheme="majorHAnsi" w:eastAsiaTheme="minorEastAsia" w:hAnsiTheme="majorHAnsi" w:cstheme="majorHAnsi"/>
          <w:color w:val="000000" w:themeColor="text1"/>
          <w:lang w:val="en-US" w:eastAsia="en-US"/>
        </w:rPr>
        <w:t>Endoscopic Surgery</w:t>
      </w:r>
    </w:p>
    <w:p w14:paraId="164C3F8B" w14:textId="3ACB66DE" w:rsidR="00CD0EAB" w:rsidRPr="00577E85" w:rsidRDefault="0042696C" w:rsidP="008B5B08">
      <w:pPr>
        <w:pStyle w:val="ListParagraph"/>
        <w:ind w:left="2478"/>
        <w:rPr>
          <w:rFonts w:asciiTheme="majorHAnsi" w:hAnsiTheme="majorHAnsi" w:cstheme="majorHAnsi"/>
          <w:color w:val="7F1B25"/>
          <w:sz w:val="24"/>
          <w:szCs w:val="24"/>
        </w:rPr>
      </w:pPr>
      <w:r w:rsidRPr="00B82E7D">
        <w:rPr>
          <w:rFonts w:asciiTheme="majorHAnsi" w:hAnsiTheme="majorHAnsi" w:cstheme="majorHAnsi"/>
          <w:b/>
          <w:bCs/>
          <w:sz w:val="24"/>
          <w:szCs w:val="24"/>
        </w:rPr>
        <w:t>A. Panos</w:t>
      </w:r>
      <w:r w:rsidR="00577E85" w:rsidRPr="008148D8">
        <w:rPr>
          <w:rFonts w:asciiTheme="majorHAnsi" w:hAnsiTheme="majorHAnsi" w:cstheme="majorHAnsi"/>
          <w:b/>
          <w:sz w:val="24"/>
          <w:szCs w:val="24"/>
        </w:rPr>
        <w:br/>
      </w:r>
    </w:p>
    <w:p w14:paraId="3CB9906A" w14:textId="45CEFA12" w:rsidR="00662D3B" w:rsidRDefault="00577E85" w:rsidP="00577E85">
      <w:pPr>
        <w:ind w:hanging="142"/>
        <w:rPr>
          <w:rFonts w:asciiTheme="majorHAnsi" w:hAnsiTheme="majorHAnsi" w:cstheme="majorHAnsi"/>
          <w:b/>
          <w:color w:val="7F1B25"/>
          <w:sz w:val="24"/>
          <w:szCs w:val="24"/>
        </w:rPr>
      </w:pPr>
      <w:r w:rsidRPr="00577E85">
        <w:rPr>
          <w:rFonts w:asciiTheme="majorHAnsi" w:hAnsiTheme="majorHAnsi" w:cstheme="majorHAnsi"/>
          <w:b/>
          <w:color w:val="7F1B25"/>
          <w:sz w:val="24"/>
          <w:szCs w:val="24"/>
        </w:rPr>
        <w:t>17:</w:t>
      </w:r>
      <w:r w:rsidR="001D41BA">
        <w:rPr>
          <w:rFonts w:asciiTheme="majorHAnsi" w:hAnsiTheme="majorHAnsi" w:cstheme="majorHAnsi"/>
          <w:b/>
          <w:color w:val="7F1B25"/>
          <w:sz w:val="24"/>
          <w:szCs w:val="24"/>
        </w:rPr>
        <w:t>15</w:t>
      </w:r>
      <w:r w:rsidRPr="008148D8">
        <w:rPr>
          <w:rFonts w:asciiTheme="majorHAnsi" w:hAnsiTheme="majorHAnsi" w:cstheme="majorHAnsi"/>
          <w:color w:val="7F1B25"/>
          <w:sz w:val="24"/>
          <w:szCs w:val="24"/>
        </w:rPr>
        <w:tab/>
      </w:r>
      <w:r w:rsidRPr="008148D8">
        <w:rPr>
          <w:rFonts w:asciiTheme="majorHAnsi" w:hAnsiTheme="majorHAnsi" w:cstheme="majorHAnsi"/>
          <w:color w:val="7F1B25"/>
          <w:sz w:val="24"/>
          <w:szCs w:val="24"/>
        </w:rPr>
        <w:tab/>
      </w:r>
      <w:r w:rsidRPr="008148D8">
        <w:rPr>
          <w:rFonts w:asciiTheme="majorHAnsi" w:hAnsiTheme="majorHAnsi" w:cstheme="majorHAnsi"/>
          <w:color w:val="7F1B25"/>
          <w:sz w:val="24"/>
          <w:szCs w:val="24"/>
        </w:rPr>
        <w:tab/>
      </w:r>
      <w:r w:rsidR="00FF323C" w:rsidRPr="00577E85">
        <w:rPr>
          <w:rFonts w:asciiTheme="majorHAnsi" w:hAnsiTheme="majorHAnsi" w:cstheme="majorHAnsi"/>
          <w:b/>
          <w:color w:val="7F1B25"/>
          <w:sz w:val="24"/>
          <w:szCs w:val="24"/>
        </w:rPr>
        <w:t xml:space="preserve">Closing Remarks </w:t>
      </w:r>
    </w:p>
    <w:p w14:paraId="31E70E09" w14:textId="0CE947CC" w:rsidR="00584E64" w:rsidRDefault="00E73743" w:rsidP="00584E64">
      <w:pPr>
        <w:rPr>
          <w:rFonts w:asciiTheme="majorHAnsi" w:hAnsiTheme="majorHAnsi" w:cstheme="majorHAnsi"/>
          <w:b/>
          <w:color w:val="7F1B25"/>
          <w:sz w:val="24"/>
          <w:szCs w:val="24"/>
        </w:rPr>
      </w:pPr>
      <w:r w:rsidRPr="00D70CD8"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6C741D8C" wp14:editId="7D11983F">
                <wp:simplePos x="0" y="0"/>
                <wp:positionH relativeFrom="column">
                  <wp:posOffset>-1158933</wp:posOffset>
                </wp:positionH>
                <wp:positionV relativeFrom="paragraph">
                  <wp:posOffset>1872615</wp:posOffset>
                </wp:positionV>
                <wp:extent cx="7857366" cy="337255"/>
                <wp:effectExtent l="12700" t="12700" r="17145" b="18415"/>
                <wp:wrapNone/>
                <wp:docPr id="109954002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7366" cy="337255"/>
                        </a:xfrm>
                        <a:prstGeom prst="rect">
                          <a:avLst/>
                        </a:prstGeom>
                        <a:solidFill>
                          <a:srgbClr val="7F1B25"/>
                        </a:solidFill>
                        <a:ln>
                          <a:solidFill>
                            <a:srgbClr val="FAF6F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1975D" w14:textId="4D2F7FC0" w:rsidR="00E73743" w:rsidRDefault="00E73743" w:rsidP="00E73743">
                            <w:pPr>
                              <w:ind w:left="720" w:firstLine="981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  <w:t>FACULTY LIST</w:t>
                            </w:r>
                          </w:p>
                          <w:p w14:paraId="1728A680" w14:textId="77777777" w:rsidR="00E73743" w:rsidRDefault="00E73743" w:rsidP="00E73743">
                            <w:pPr>
                              <w:ind w:left="720" w:firstLine="72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0D883C91" w14:textId="77777777" w:rsidR="00E73743" w:rsidRPr="00DB5FD6" w:rsidRDefault="00E73743" w:rsidP="00E73743">
                            <w:pPr>
                              <w:ind w:left="720" w:firstLine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41D8C" id="_x0000_s1039" style="position:absolute;margin-left:-91.25pt;margin-top:147.45pt;width:618.7pt;height:26.5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" fillcolor="#7f1b25" strokecolor="#faf6f6" strokeweight="2pt">
                <v:textbox>
                  <w:txbxContent>
                    <w:p w14:paraId="2A51975D" w14:textId="4D2F7FC0" w:rsidR="00E73743" w:rsidRDefault="00E73743" w:rsidP="00E73743">
                      <w:pPr>
                        <w:ind w:left="720" w:firstLine="981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  <w:t>FACULTY LIST</w:t>
                      </w:r>
                    </w:p>
                    <w:p w14:paraId="1728A680" w14:textId="77777777" w:rsidR="00E73743" w:rsidRDefault="00E73743" w:rsidP="00E73743">
                      <w:pPr>
                        <w:ind w:left="720" w:firstLine="72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</w:rPr>
                      </w:pPr>
                    </w:p>
                    <w:p w14:paraId="0D883C91" w14:textId="77777777" w:rsidR="00E73743" w:rsidRPr="00DB5FD6" w:rsidRDefault="00E73743" w:rsidP="00E73743">
                      <w:pPr>
                        <w:ind w:left="720" w:firstLine="720"/>
                      </w:pPr>
                    </w:p>
                  </w:txbxContent>
                </v:textbox>
              </v:rect>
            </w:pict>
          </mc:Fallback>
        </mc:AlternateContent>
      </w:r>
      <w:r w:rsidR="00F06B58">
        <w:rPr>
          <w:rFonts w:asciiTheme="majorHAnsi" w:hAnsiTheme="majorHAnsi" w:cstheme="majorHAnsi"/>
          <w:b/>
          <w:color w:val="7F1B25"/>
          <w:sz w:val="24"/>
          <w:szCs w:val="24"/>
        </w:rPr>
        <w:br/>
      </w:r>
      <w:r w:rsidR="00F87EB2">
        <w:rPr>
          <w:rFonts w:ascii="Calibri" w:hAnsi="Calibri" w:cs="Calibri"/>
          <w:noProof/>
          <w:color w:val="7F1B25"/>
        </w:rPr>
        <w:drawing>
          <wp:anchor distT="0" distB="0" distL="114300" distR="114300" simplePos="0" relativeHeight="251752448" behindDoc="1" locked="0" layoutInCell="1" allowOverlap="1" wp14:anchorId="65CA539F" wp14:editId="1DF6DE32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2015842716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85595" cy="17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E64">
        <w:rPr>
          <w:noProof/>
        </w:rPr>
        <w:drawing>
          <wp:anchor distT="0" distB="0" distL="114300" distR="114300" simplePos="0" relativeHeight="251717632" behindDoc="1" locked="0" layoutInCell="1" allowOverlap="1" wp14:anchorId="50E06A5B" wp14:editId="4C5CF874">
            <wp:simplePos x="0" y="0"/>
            <wp:positionH relativeFrom="column">
              <wp:posOffset>-1143386</wp:posOffset>
            </wp:positionH>
            <wp:positionV relativeFrom="paragraph">
              <wp:posOffset>-524</wp:posOffset>
            </wp:positionV>
            <wp:extent cx="7847215" cy="1757449"/>
            <wp:effectExtent l="0" t="0" r="1905" b="0"/>
            <wp:wrapTight wrapText="bothSides">
              <wp:wrapPolygon edited="0">
                <wp:start x="0" y="0"/>
                <wp:lineTo x="0" y="21389"/>
                <wp:lineTo x="21570" y="21389"/>
                <wp:lineTo x="21570" y="0"/>
                <wp:lineTo x="0" y="0"/>
              </wp:wrapPolygon>
            </wp:wrapTight>
            <wp:docPr id="1436366343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21335" name="Εικόνα 1" descr="Εικόνα που περιέχει κείμενο, στιγμιότυπο οθόνης, γραμματοσειρά&#10;&#10;Το περιεχόμενο που δημιουργείται από AI ενδέχεται να είναι εσφαλμένο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7215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24E35" w14:textId="37F752E8" w:rsidR="00584E64" w:rsidRPr="000F6F76" w:rsidRDefault="00584E64" w:rsidP="00AD7C3B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E.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Agathos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PhD, FRCS, FACS, FETCS, FICS, LFIBA, DG, DDG, Director Cardiac Surgery, Iaso, Athens</w:t>
      </w:r>
      <w:r w:rsidR="000F6F76" w:rsidRPr="000F6F76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="000F6F76">
        <w:rPr>
          <w:rFonts w:asciiTheme="majorHAnsi" w:hAnsiTheme="majorHAnsi" w:cstheme="majorHAnsi"/>
          <w:sz w:val="24"/>
          <w:szCs w:val="24"/>
          <w:lang w:val="en-US"/>
        </w:rPr>
        <w:t>Greece</w:t>
      </w:r>
    </w:p>
    <w:p w14:paraId="0EC1C06D" w14:textId="55019FCD" w:rsidR="00584E64" w:rsidRPr="00446208" w:rsidRDefault="00584E64" w:rsidP="00AD7C3B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Κ</w:t>
      </w: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Aggeli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Professor of Cardiology, 1st University Cardiology Department,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="003A5D1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General Hospital, Athens</w:t>
      </w:r>
      <w:r w:rsidR="00D73278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39FFD6F0" w14:textId="77777777" w:rsidR="00584E64" w:rsidRPr="00446208" w:rsidRDefault="00584E64" w:rsidP="00AD7C3B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C. Arampatzis</w:t>
      </w:r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PhD, FESC, Interventional Cardiologist, Director, 3rd Cardiology Dept, European Interbalkan Medical Center, Thessaloniki, Greece</w:t>
      </w:r>
    </w:p>
    <w:p w14:paraId="4149966D" w14:textId="0FDE12B8" w:rsidR="00AD7C3B" w:rsidRPr="00E47359" w:rsidRDefault="00584E64" w:rsidP="00AD7C3B">
      <w:pPr>
        <w:spacing w:after="120" w:line="240" w:lineRule="auto"/>
        <w:jc w:val="both"/>
        <w:rPr>
          <w:rFonts w:asciiTheme="majorHAnsi" w:eastAsiaTheme="minorHAnsi" w:hAnsiTheme="majorHAnsi" w:cstheme="majorHAnsi"/>
          <w:kern w:val="2"/>
          <w:sz w:val="24"/>
          <w:szCs w:val="24"/>
          <w14:ligatures w14:val="standardContextual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D.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Aravantinos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</w:t>
      </w:r>
      <w:r w:rsidR="00E2094D" w:rsidRPr="00E2094D">
        <w:rPr>
          <w:rFonts w:asciiTheme="majorHAnsi" w:eastAsiaTheme="minorHAnsi" w:hAnsiTheme="majorHAnsi" w:cstheme="majorHAnsi"/>
          <w:kern w:val="2"/>
          <w:sz w:val="24"/>
          <w:szCs w:val="24"/>
          <w14:ligatures w14:val="standardContextual"/>
        </w:rPr>
        <w:t>Cardiologist, MD, MSc, PhD, Transcatheter Heart Valves Department, HYGEIA Hospital, Athens</w:t>
      </w:r>
      <w:r w:rsidR="00E47359">
        <w:rPr>
          <w:rFonts w:asciiTheme="majorHAnsi" w:eastAsiaTheme="minorHAnsi" w:hAnsiTheme="majorHAnsi" w:cstheme="majorHAnsi"/>
          <w:kern w:val="2"/>
          <w:sz w:val="24"/>
          <w:szCs w:val="24"/>
          <w14:ligatures w14:val="standardContextual"/>
        </w:rPr>
        <w:t>, Greece</w:t>
      </w:r>
    </w:p>
    <w:p w14:paraId="62A0FC06" w14:textId="245DC470" w:rsidR="00AD7C3B" w:rsidRPr="00AD7C3B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K. Aronis</w:t>
      </w:r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Director, Adult Congenital Heart Disease Complex Ablation Program, Associate Director, Ventricular Tachycardia Ablation Program</w:t>
      </w:r>
      <w:r>
        <w:rPr>
          <w:rFonts w:asciiTheme="majorHAnsi" w:hAnsiTheme="majorHAnsi" w:cstheme="majorHAnsi"/>
          <w:sz w:val="24"/>
          <w:szCs w:val="24"/>
        </w:rPr>
        <w:t xml:space="preserve">, </w:t>
      </w:r>
      <w:r w:rsidRPr="00446208">
        <w:rPr>
          <w:rFonts w:asciiTheme="majorHAnsi" w:hAnsiTheme="majorHAnsi" w:cstheme="majorHAnsi"/>
          <w:sz w:val="24"/>
          <w:szCs w:val="24"/>
        </w:rPr>
        <w:t xml:space="preserve">Assistant Professor of Medicine, Section of Cardiac </w:t>
      </w:r>
      <w:proofErr w:type="gramStart"/>
      <w:r w:rsidRPr="00446208">
        <w:rPr>
          <w:rFonts w:asciiTheme="majorHAnsi" w:hAnsiTheme="majorHAnsi" w:cstheme="majorHAnsi"/>
          <w:sz w:val="24"/>
          <w:szCs w:val="24"/>
        </w:rPr>
        <w:t>Electrophysiology,  Johns</w:t>
      </w:r>
      <w:proofErr w:type="gramEnd"/>
      <w:r w:rsidRPr="00446208">
        <w:rPr>
          <w:rFonts w:asciiTheme="majorHAnsi" w:hAnsiTheme="majorHAnsi" w:cstheme="majorHAnsi"/>
          <w:sz w:val="24"/>
          <w:szCs w:val="24"/>
        </w:rPr>
        <w:t xml:space="preserve"> Hopkins Hospital,</w:t>
      </w:r>
      <w:r w:rsidR="00E2094D">
        <w:rPr>
          <w:rFonts w:asciiTheme="majorHAnsi" w:hAnsiTheme="majorHAnsi" w:cstheme="majorHAnsi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Johns Hopkins University, School of Medicine</w:t>
      </w:r>
      <w:r w:rsidR="00227BA1">
        <w:rPr>
          <w:rFonts w:asciiTheme="majorHAnsi" w:hAnsiTheme="majorHAnsi" w:cstheme="majorHAnsi"/>
          <w:sz w:val="24"/>
          <w:szCs w:val="24"/>
        </w:rPr>
        <w:t xml:space="preserve">, </w:t>
      </w:r>
      <w:r w:rsidR="00227BA1" w:rsidRPr="00227BA1">
        <w:rPr>
          <w:rFonts w:asciiTheme="majorHAnsi" w:hAnsiTheme="majorHAnsi" w:cstheme="majorHAnsi"/>
          <w:sz w:val="24"/>
          <w:szCs w:val="24"/>
        </w:rPr>
        <w:t>Baltimore, Maryland, United States</w:t>
      </w:r>
    </w:p>
    <w:p w14:paraId="02BF77CF" w14:textId="45A28236" w:rsidR="00AD7C3B" w:rsidRPr="00227BA1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D.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Athanasias</w:t>
      </w:r>
      <w:proofErr w:type="spellEnd"/>
      <w:r w:rsidR="00F17E9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 </w:t>
      </w:r>
      <w:r w:rsidR="00F17E9E" w:rsidRPr="00F17E9E">
        <w:rPr>
          <w:rFonts w:asciiTheme="majorHAnsi" w:hAnsiTheme="majorHAnsi" w:cstheme="majorHAnsi"/>
          <w:sz w:val="24"/>
          <w:szCs w:val="24"/>
        </w:rPr>
        <w:t xml:space="preserve">/ MD, FESC, Interventional Cardiologist, Director of the Cath Lab, </w:t>
      </w:r>
      <w:r w:rsidR="00F17E9E">
        <w:rPr>
          <w:rFonts w:asciiTheme="majorHAnsi" w:hAnsiTheme="majorHAnsi" w:cstheme="majorHAnsi"/>
          <w:sz w:val="24"/>
          <w:szCs w:val="24"/>
        </w:rPr>
        <w:br/>
      </w:r>
      <w:r w:rsidR="00F17E9E" w:rsidRPr="00F17E9E">
        <w:rPr>
          <w:rFonts w:asciiTheme="majorHAnsi" w:hAnsiTheme="majorHAnsi" w:cstheme="majorHAnsi"/>
          <w:sz w:val="24"/>
          <w:szCs w:val="24"/>
        </w:rPr>
        <w:t xml:space="preserve">Athens </w:t>
      </w:r>
      <w:proofErr w:type="spellStart"/>
      <w:r w:rsidR="00F17E9E" w:rsidRPr="00F17E9E">
        <w:rPr>
          <w:rFonts w:asciiTheme="majorHAnsi" w:hAnsiTheme="majorHAnsi" w:cstheme="majorHAnsi"/>
          <w:sz w:val="24"/>
          <w:szCs w:val="24"/>
        </w:rPr>
        <w:t>Euroclinic</w:t>
      </w:r>
      <w:proofErr w:type="spellEnd"/>
      <w:r w:rsidR="004E04E6">
        <w:rPr>
          <w:rFonts w:asciiTheme="majorHAnsi" w:hAnsiTheme="majorHAnsi" w:cstheme="majorHAnsi"/>
          <w:sz w:val="24"/>
          <w:szCs w:val="24"/>
        </w:rPr>
        <w:t xml:space="preserve">, </w:t>
      </w:r>
      <w:r w:rsidR="00816E17">
        <w:rPr>
          <w:rFonts w:asciiTheme="majorHAnsi" w:hAnsiTheme="majorHAnsi" w:cstheme="majorHAnsi"/>
          <w:sz w:val="24"/>
          <w:szCs w:val="24"/>
        </w:rPr>
        <w:t>Greece</w:t>
      </w:r>
    </w:p>
    <w:p w14:paraId="63C825E5" w14:textId="635EBFD9" w:rsidR="00CD1F8A" w:rsidRPr="00A100D3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D. Avgerinos</w:t>
      </w:r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Cardiac and Aortic Surgeon, Onassis Hospital</w:t>
      </w:r>
      <w:r w:rsidR="00A100D3">
        <w:rPr>
          <w:rFonts w:asciiTheme="majorHAnsi" w:hAnsiTheme="majorHAnsi" w:cstheme="majorHAnsi"/>
          <w:sz w:val="24"/>
          <w:szCs w:val="24"/>
        </w:rPr>
        <w:t>, Athens, Greece</w:t>
      </w:r>
    </w:p>
    <w:p w14:paraId="7079C9F0" w14:textId="53849881" w:rsidR="00B83858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N.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Bouboulis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MD, MSc, PhD, FETCS, Cardiac Surgeon, HYGEIA</w:t>
      </w:r>
      <w:r w:rsidR="00635C62">
        <w:rPr>
          <w:rFonts w:asciiTheme="majorHAnsi" w:hAnsiTheme="majorHAnsi" w:cstheme="majorHAnsi"/>
          <w:sz w:val="24"/>
          <w:szCs w:val="24"/>
        </w:rPr>
        <w:t xml:space="preserve"> Hospital</w:t>
      </w:r>
      <w:r w:rsidRPr="00446208">
        <w:rPr>
          <w:rFonts w:asciiTheme="majorHAnsi" w:hAnsiTheme="majorHAnsi" w:cstheme="majorHAnsi"/>
          <w:sz w:val="24"/>
          <w:szCs w:val="24"/>
        </w:rPr>
        <w:t>, Athens</w:t>
      </w:r>
      <w:r w:rsidR="00A100D3">
        <w:rPr>
          <w:rFonts w:asciiTheme="majorHAnsi" w:hAnsiTheme="majorHAnsi" w:cstheme="majorHAnsi"/>
          <w:sz w:val="24"/>
          <w:szCs w:val="24"/>
        </w:rPr>
        <w:t>, Greece</w:t>
      </w:r>
    </w:p>
    <w:p w14:paraId="0CD5D7D3" w14:textId="53B70DE4" w:rsidR="00BD1DB8" w:rsidRPr="00A100D3" w:rsidRDefault="00BD1DB8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33224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P. </w:t>
      </w:r>
      <w:proofErr w:type="spellStart"/>
      <w:r w:rsidRPr="00F33224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Bounas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/ </w:t>
      </w:r>
      <w:r w:rsidR="00F33224" w:rsidRPr="00F33224">
        <w:rPr>
          <w:rFonts w:asciiTheme="majorHAnsi" w:hAnsiTheme="majorHAnsi" w:cstheme="majorHAnsi"/>
          <w:sz w:val="24"/>
          <w:szCs w:val="24"/>
        </w:rPr>
        <w:t xml:space="preserve">Consultant interventional Cardiologist, General hospital of </w:t>
      </w:r>
      <w:proofErr w:type="spellStart"/>
      <w:r w:rsidR="00F33224" w:rsidRPr="00F33224">
        <w:rPr>
          <w:rFonts w:asciiTheme="majorHAnsi" w:hAnsiTheme="majorHAnsi" w:cstheme="majorHAnsi"/>
          <w:sz w:val="24"/>
          <w:szCs w:val="24"/>
        </w:rPr>
        <w:t>Elefsina</w:t>
      </w:r>
      <w:proofErr w:type="spellEnd"/>
      <w:r w:rsidR="00F33224" w:rsidRPr="00F33224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F33224" w:rsidRPr="00F33224">
        <w:rPr>
          <w:rFonts w:asciiTheme="majorHAnsi" w:hAnsiTheme="majorHAnsi" w:cstheme="majorHAnsi"/>
          <w:sz w:val="24"/>
          <w:szCs w:val="24"/>
        </w:rPr>
        <w:t>Thriassio</w:t>
      </w:r>
      <w:proofErr w:type="spellEnd"/>
      <w:r w:rsidR="00F33224" w:rsidRPr="00F33224">
        <w:rPr>
          <w:rFonts w:asciiTheme="majorHAnsi" w:hAnsiTheme="majorHAnsi" w:cstheme="majorHAnsi"/>
          <w:sz w:val="24"/>
          <w:szCs w:val="24"/>
        </w:rPr>
        <w:t>, Athens, Greece</w:t>
      </w:r>
    </w:p>
    <w:p w14:paraId="794568AA" w14:textId="0B44EDEF" w:rsidR="00AD7C3B" w:rsidRPr="00CD1F8A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A.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Chalapas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Interventional Cardiologist, Interventional Cardiology and THV Department, Athens Medical Center, Greece</w:t>
      </w:r>
    </w:p>
    <w:p w14:paraId="7689A732" w14:textId="77777777" w:rsidR="00AD7C3B" w:rsidRPr="008D7658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M.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Chrissoheris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Cardiologist, Associate Director, Transcatheter Heart Valves Department, HYGEIA Hospital, Athens, Greece</w:t>
      </w:r>
    </w:p>
    <w:p w14:paraId="3ECB2A41" w14:textId="1137C9ED" w:rsidR="00AD7C3B" w:rsidRPr="003A5D17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C.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Chrysohoou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MD, Cardiologist, Heart Failure Unit, 1st Cardiology Clinic University of Athens, </w:t>
      </w:r>
      <w:proofErr w:type="spellStart"/>
      <w:r w:rsidRPr="00446208">
        <w:rPr>
          <w:rFonts w:asciiTheme="majorHAnsi" w:hAnsiTheme="majorHAnsi" w:cstheme="majorHAnsi"/>
          <w:sz w:val="24"/>
          <w:szCs w:val="24"/>
        </w:rPr>
        <w:t>Hippokration</w:t>
      </w:r>
      <w:proofErr w:type="spellEnd"/>
      <w:r w:rsidRPr="00446208">
        <w:rPr>
          <w:rFonts w:asciiTheme="majorHAnsi" w:hAnsiTheme="majorHAnsi" w:cstheme="majorHAnsi"/>
          <w:sz w:val="24"/>
          <w:szCs w:val="24"/>
        </w:rPr>
        <w:t xml:space="preserve"> General Hospital, Athens</w:t>
      </w:r>
      <w:r w:rsidR="004E5E67">
        <w:rPr>
          <w:rFonts w:asciiTheme="majorHAnsi" w:hAnsiTheme="majorHAnsi" w:cstheme="majorHAnsi"/>
          <w:sz w:val="24"/>
          <w:szCs w:val="24"/>
        </w:rPr>
        <w:t>, Greece</w:t>
      </w:r>
    </w:p>
    <w:p w14:paraId="2E5065F5" w14:textId="1209FEEC" w:rsidR="00AD7C3B" w:rsidRPr="00BB434C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D. </w:t>
      </w:r>
      <w:proofErr w:type="spellStart"/>
      <w:r w:rsidRPr="00635FC5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Damaskos</w:t>
      </w:r>
      <w:proofErr w:type="spellEnd"/>
      <w:r w:rsidRPr="00635FC5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Interventional Cardiologist, Deputy Director, 6th Cardiology Department, </w:t>
      </w:r>
      <w:r w:rsidR="00943FFD" w:rsidRPr="00943FFD">
        <w:rPr>
          <w:rFonts w:asciiTheme="majorHAnsi" w:hAnsiTheme="majorHAnsi" w:cstheme="majorHAnsi"/>
          <w:sz w:val="24"/>
          <w:szCs w:val="24"/>
        </w:rPr>
        <w:t xml:space="preserve">HYGEIA </w:t>
      </w:r>
      <w:r w:rsidRPr="00446208">
        <w:rPr>
          <w:rFonts w:asciiTheme="majorHAnsi" w:hAnsiTheme="majorHAnsi" w:cstheme="majorHAnsi"/>
          <w:sz w:val="24"/>
          <w:szCs w:val="24"/>
        </w:rPr>
        <w:t>Hospital</w:t>
      </w:r>
      <w:r w:rsidR="00BB434C">
        <w:rPr>
          <w:rFonts w:asciiTheme="majorHAnsi" w:hAnsiTheme="majorHAnsi" w:cstheme="majorHAnsi"/>
          <w:sz w:val="24"/>
          <w:szCs w:val="24"/>
        </w:rPr>
        <w:t>, Athens, Greece</w:t>
      </w:r>
    </w:p>
    <w:p w14:paraId="7B25994B" w14:textId="77777777" w:rsidR="00AD7C3B" w:rsidRPr="008D7658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G.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Dangas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MACC, MSCAI, FESC, FAHA, Professor of Cardiology &amp; Vascular Surgery, Icahn School of Medicine at Mount Sinai, New York, USA, Professor of Cardiology, Athens Medical School, Athens University, Greece</w:t>
      </w:r>
    </w:p>
    <w:p w14:paraId="71E2751F" w14:textId="2A5C8DE2" w:rsidR="00DA7114" w:rsidRPr="00F33224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P. Danias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Attending Cardiologist, Adj, Professor of Medicine, Tufts University Medical School, Boston MA, USA and </w:t>
      </w:r>
      <w:r w:rsidR="00DA7114" w:rsidRPr="008A5A53">
        <w:rPr>
          <w:rFonts w:asciiTheme="majorHAnsi" w:hAnsiTheme="majorHAnsi" w:cstheme="majorHAnsi"/>
          <w:sz w:val="24"/>
          <w:szCs w:val="24"/>
        </w:rPr>
        <w:t>Head of, Cardiac Magnetic Resonance Department</w:t>
      </w:r>
      <w:r w:rsidRPr="00446208">
        <w:rPr>
          <w:rFonts w:asciiTheme="majorHAnsi" w:hAnsiTheme="majorHAnsi" w:cstheme="majorHAnsi"/>
          <w:sz w:val="24"/>
          <w:szCs w:val="24"/>
        </w:rPr>
        <w:t>, HYGEIA</w:t>
      </w:r>
      <w:r w:rsidR="00E00A2A">
        <w:rPr>
          <w:rFonts w:asciiTheme="majorHAnsi" w:hAnsiTheme="majorHAnsi" w:cstheme="majorHAnsi"/>
          <w:sz w:val="24"/>
          <w:szCs w:val="24"/>
        </w:rPr>
        <w:t xml:space="preserve"> Hospital</w:t>
      </w:r>
      <w:r w:rsidRPr="00446208">
        <w:rPr>
          <w:rFonts w:asciiTheme="majorHAnsi" w:hAnsiTheme="majorHAnsi" w:cstheme="majorHAnsi"/>
          <w:sz w:val="24"/>
          <w:szCs w:val="24"/>
        </w:rPr>
        <w:t>, Athens</w:t>
      </w:r>
      <w:r w:rsidR="00746D52">
        <w:rPr>
          <w:rFonts w:asciiTheme="majorHAnsi" w:hAnsiTheme="majorHAnsi" w:cstheme="majorHAnsi"/>
          <w:sz w:val="24"/>
          <w:szCs w:val="24"/>
        </w:rPr>
        <w:t>, Greece</w:t>
      </w:r>
    </w:p>
    <w:p w14:paraId="7279F453" w14:textId="6998AC9B" w:rsidR="00DA7114" w:rsidRDefault="00DA7114" w:rsidP="00AD7C3B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54496" behindDoc="1" locked="0" layoutInCell="1" allowOverlap="1" wp14:anchorId="0A48C73D" wp14:editId="0C9F12CD">
            <wp:simplePos x="0" y="0"/>
            <wp:positionH relativeFrom="column">
              <wp:posOffset>-1142373</wp:posOffset>
            </wp:positionH>
            <wp:positionV relativeFrom="paragraph">
              <wp:posOffset>-563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039300553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53D6" w14:textId="77777777" w:rsidR="008A5A53" w:rsidRDefault="00DA711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P.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Dardas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MD, FESC, Interventional Cardiologist, Director, Cardiovascular Laboratory, St. Luke's Hospital, Thessaloniki, Greec</w:t>
      </w:r>
      <w:r>
        <w:rPr>
          <w:rFonts w:asciiTheme="majorHAnsi" w:hAnsiTheme="majorHAnsi" w:cstheme="majorHAnsi"/>
          <w:sz w:val="24"/>
          <w:szCs w:val="24"/>
        </w:rPr>
        <w:t>e</w:t>
      </w:r>
    </w:p>
    <w:p w14:paraId="50729CA4" w14:textId="6AFC3100" w:rsidR="00B83858" w:rsidRPr="00DA7114" w:rsidRDefault="00584E64" w:rsidP="00AD7C3B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P.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Dedeilias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Cardiac Surgeon, Director of Cardiovascular and Thoracic Surgery Dept, </w:t>
      </w:r>
      <w:proofErr w:type="spellStart"/>
      <w:r w:rsidRPr="00446208">
        <w:rPr>
          <w:rFonts w:asciiTheme="majorHAnsi" w:hAnsiTheme="majorHAnsi" w:cstheme="majorHAnsi"/>
          <w:sz w:val="24"/>
          <w:szCs w:val="24"/>
        </w:rPr>
        <w:t>Evaggelismos</w:t>
      </w:r>
      <w:proofErr w:type="spellEnd"/>
      <w:r w:rsidRPr="00446208">
        <w:rPr>
          <w:rFonts w:asciiTheme="majorHAnsi" w:hAnsiTheme="majorHAnsi" w:cstheme="majorHAnsi"/>
          <w:sz w:val="24"/>
          <w:szCs w:val="24"/>
        </w:rPr>
        <w:t xml:space="preserve"> GH, Athens, Greece</w:t>
      </w:r>
      <w:r w:rsidR="00E2094D">
        <w:rPr>
          <w:rFonts w:asciiTheme="majorHAnsi" w:hAnsiTheme="majorHAnsi" w:cstheme="majorHAnsi"/>
          <w:sz w:val="24"/>
          <w:szCs w:val="24"/>
        </w:rPr>
        <w:t xml:space="preserve">, </w:t>
      </w:r>
      <w:r w:rsidRPr="00446208">
        <w:rPr>
          <w:rFonts w:asciiTheme="majorHAnsi" w:hAnsiTheme="majorHAnsi" w:cstheme="majorHAnsi"/>
          <w:sz w:val="24"/>
          <w:szCs w:val="24"/>
        </w:rPr>
        <w:t>President of the Hellenic Society of Thoracic and Cardiovascular Surgeons</w:t>
      </w:r>
    </w:p>
    <w:p w14:paraId="3F1BA8AA" w14:textId="77777777" w:rsidR="00832A1E" w:rsidRPr="008D7658" w:rsidRDefault="00584E64" w:rsidP="00832A1E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 xml:space="preserve">M.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Didagelos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>/ Interventional Cardiologist, Consultant, 1st Cardiology Department AUTH, AHEPA University General Hospital, Thessaloniki, Greece</w:t>
      </w:r>
    </w:p>
    <w:p w14:paraId="6E27F1B7" w14:textId="680A137B" w:rsidR="00E73743" w:rsidRDefault="00E2094D" w:rsidP="00832A1E">
      <w:pPr>
        <w:spacing w:after="12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K. Dimitriadis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</w:rPr>
        <w:t xml:space="preserve">/ Assistant Professor of Cardiology, 1st University Cardiology Department, </w:t>
      </w:r>
      <w:proofErr w:type="spellStart"/>
      <w:r w:rsidRPr="00446208">
        <w:rPr>
          <w:rFonts w:asciiTheme="majorHAnsi" w:hAnsiTheme="majorHAnsi" w:cstheme="majorHAnsi"/>
          <w:sz w:val="24"/>
          <w:szCs w:val="24"/>
        </w:rPr>
        <w:t>Hippokration</w:t>
      </w:r>
      <w:proofErr w:type="spellEnd"/>
      <w:r w:rsidRPr="00446208">
        <w:rPr>
          <w:rFonts w:asciiTheme="majorHAnsi" w:hAnsiTheme="majorHAnsi" w:cstheme="majorHAnsi"/>
          <w:sz w:val="24"/>
          <w:szCs w:val="24"/>
        </w:rPr>
        <w:t xml:space="preserve"> G</w:t>
      </w:r>
      <w:r w:rsidR="004901F0">
        <w:rPr>
          <w:rFonts w:asciiTheme="majorHAnsi" w:hAnsiTheme="majorHAnsi" w:cstheme="majorHAnsi"/>
          <w:sz w:val="24"/>
          <w:szCs w:val="24"/>
        </w:rPr>
        <w:t>eneral Hospital</w:t>
      </w:r>
      <w:r w:rsidRPr="00446208">
        <w:rPr>
          <w:rFonts w:asciiTheme="majorHAnsi" w:hAnsiTheme="majorHAnsi" w:cstheme="majorHAnsi"/>
          <w:sz w:val="24"/>
          <w:szCs w:val="24"/>
        </w:rPr>
        <w:t>, Athens, Greece</w:t>
      </w:r>
    </w:p>
    <w:p w14:paraId="19141E1E" w14:textId="541C14C9" w:rsidR="00584E64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M. Drakopoulou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Consultant Cardiologist in ACHD and PH, 1st Department of Cardiology,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4901F0">
        <w:rPr>
          <w:rFonts w:asciiTheme="majorHAnsi" w:hAnsiTheme="majorHAnsi" w:cstheme="majorHAnsi"/>
          <w:sz w:val="24"/>
          <w:szCs w:val="24"/>
          <w:lang w:val="en-US"/>
        </w:rPr>
        <w:t>General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Hospital, Athens</w:t>
      </w:r>
      <w:r w:rsidR="0049551B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8D301EA" w14:textId="19B990B2" w:rsidR="005B013B" w:rsidRPr="00E2094D" w:rsidRDefault="005B013B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F49FD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V. Exarchos</w:t>
      </w:r>
      <w:r>
        <w:rPr>
          <w:rFonts w:asciiTheme="majorHAnsi" w:hAnsiTheme="majorHAnsi" w:cstheme="majorHAnsi"/>
          <w:b/>
          <w:sz w:val="24"/>
          <w:szCs w:val="24"/>
          <w:lang w:val="en-US"/>
        </w:rPr>
        <w:t xml:space="preserve"> </w:t>
      </w:r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/ Department of Cardiology, Angiology, and Intensive Care Medicine, </w:t>
      </w:r>
      <w:proofErr w:type="spellStart"/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>Deutsches</w:t>
      </w:r>
      <w:proofErr w:type="spellEnd"/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 </w:t>
      </w:r>
      <w:proofErr w:type="spellStart"/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>Herzzentrum</w:t>
      </w:r>
      <w:proofErr w:type="spellEnd"/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 xml:space="preserve"> der </w:t>
      </w:r>
      <w:proofErr w:type="spellStart"/>
      <w:r w:rsidRPr="00EF49FD">
        <w:rPr>
          <w:rFonts w:asciiTheme="majorHAnsi" w:hAnsiTheme="majorHAnsi" w:cstheme="majorHAnsi"/>
          <w:bCs/>
          <w:sz w:val="24"/>
          <w:szCs w:val="24"/>
          <w:lang w:val="en-US"/>
        </w:rPr>
        <w:t>Charité</w:t>
      </w:r>
      <w:proofErr w:type="spellEnd"/>
    </w:p>
    <w:p w14:paraId="6A9B2DD6" w14:textId="5FBA96D7" w:rsidR="00584E64" w:rsidRPr="00446208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Filippatos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Professor of Cardiology, National and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Kapodistrian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University of Athens, Chair, Department of Cardiology, Athens University Hospital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Attikon</w:t>
      </w:r>
      <w:proofErr w:type="spellEnd"/>
      <w:r w:rsidR="0049551B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E3A6D57" w14:textId="77777777" w:rsidR="00584E64" w:rsidRPr="00446208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Gavrielatos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Consultant Interventional Cardiologist, Head of Complex &amp;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Stractural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Heart Interventions Unit, Cardiology Department,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Tzaneio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Hospital of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Pireas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2819374" w14:textId="01A94714" w:rsidR="00584E64" w:rsidRPr="002A4241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N. Georgakopoulos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2A4241">
        <w:rPr>
          <w:rFonts w:asciiTheme="majorHAnsi" w:hAnsiTheme="majorHAnsi" w:cstheme="majorHAnsi"/>
          <w:sz w:val="24"/>
          <w:szCs w:val="24"/>
          <w:lang w:val="en-US"/>
        </w:rPr>
        <w:t xml:space="preserve">/ Cardiovascular Diseases, </w:t>
      </w:r>
      <w:r w:rsidR="0016253E" w:rsidRPr="0016253E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="00E80E9D"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 w:rsidR="00E80E9D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40026B62" w14:textId="77777777" w:rsidR="00584E64" w:rsidRPr="00446208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G. Georgiou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FESC, FACC, FSCAI, Interventional Cardiologist, Director of the cardiology department, Apollonio Hospital, Nicosia, Cyprus</w:t>
      </w:r>
    </w:p>
    <w:p w14:paraId="54B4A2DA" w14:textId="78D71C45" w:rsidR="00B65C27" w:rsidRDefault="00B65C27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B65C2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B65C2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Goulielmos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B65C27">
        <w:rPr>
          <w:rFonts w:asciiTheme="majorHAnsi" w:hAnsiTheme="majorHAnsi" w:cstheme="majorHAnsi"/>
          <w:sz w:val="24"/>
          <w:szCs w:val="24"/>
          <w:lang w:val="en-US"/>
        </w:rPr>
        <w:t>Cardiac Surgeon, Associate Professor of Cardiac Surgery, Dresden, Germany, Director of Cardiac Surgery Dept, General Clinic, Thessaloniki, Greece</w:t>
      </w:r>
    </w:p>
    <w:p w14:paraId="6BA74AF5" w14:textId="1A8039C9" w:rsidR="00363BCD" w:rsidRPr="00446208" w:rsidRDefault="00363BCD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035C3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S. </w:t>
      </w:r>
      <w:proofErr w:type="spellStart"/>
      <w:r w:rsidRPr="005035C3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Gamaz</w:t>
      </w:r>
      <w:proofErr w:type="spellEnd"/>
      <w:r w:rsidRPr="005035C3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 </w:t>
      </w:r>
      <w:r w:rsidRPr="005035C3">
        <w:rPr>
          <w:rFonts w:asciiTheme="majorHAnsi" w:hAnsiTheme="majorHAnsi" w:cstheme="majorHAnsi"/>
          <w:sz w:val="24"/>
          <w:szCs w:val="24"/>
          <w:lang w:val="en-US"/>
        </w:rPr>
        <w:t>/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645D62">
        <w:rPr>
          <w:rFonts w:asciiTheme="majorHAnsi" w:hAnsiTheme="majorHAnsi" w:cstheme="majorHAnsi"/>
          <w:sz w:val="24"/>
          <w:szCs w:val="24"/>
          <w:lang w:val="en-US"/>
        </w:rPr>
        <w:t>Associate of 5th Cardiology Department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16253E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6A67FF14" w14:textId="77777777" w:rsidR="00584E64" w:rsidRPr="00446208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M.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Hamilos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Associate Professor of Cardiology University General Hospital of Heraklion, Crete, Greece</w:t>
      </w:r>
    </w:p>
    <w:p w14:paraId="32B18459" w14:textId="77777777" w:rsidR="00584E64" w:rsidRPr="00446208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I. Iakovou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Director, Hemodynamic Studies &amp; Interventional Cardiology Department, Onassis Hospital, Athens, Greece</w:t>
      </w:r>
    </w:p>
    <w:p w14:paraId="603A793E" w14:textId="182419EC" w:rsidR="000577E7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D. Iliopoulos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Professor of Cardiac Surgery, University of Athens, Director 4th Dept. of Cardiac Surgery, </w:t>
      </w:r>
      <w:r w:rsidR="00363BCD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="00027ECE"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 w:rsidR="00027ECE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  <w:r w:rsidR="00027ECE"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 </w:t>
      </w:r>
    </w:p>
    <w:p w14:paraId="08E28DFD" w14:textId="24A6AA1E" w:rsidR="0062106A" w:rsidRDefault="00584E64" w:rsidP="00CD1F8A">
      <w:pPr>
        <w:pStyle w:val="PlainText"/>
        <w:spacing w:after="120"/>
        <w:jc w:val="both"/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N.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Kafkas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Coordianator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Director of Cardiology Department, General Hospital KAT, Athens, Greece, Associate, Z Cardiology Department, </w:t>
      </w:r>
      <w:r w:rsidR="00363BCD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="00363BCD"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62106A" w:rsidRPr="00645D62">
        <w:rPr>
          <w:rFonts w:asciiTheme="majorHAnsi" w:hAnsiTheme="majorHAnsi" w:cstheme="majorHAnsi"/>
          <w:sz w:val="24"/>
          <w:szCs w:val="24"/>
          <w:lang w:val="en-US"/>
        </w:rPr>
        <w:t>Hospital</w:t>
      </w:r>
      <w:r w:rsidR="0062106A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  <w:r w:rsidR="0062106A"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 </w:t>
      </w:r>
    </w:p>
    <w:p w14:paraId="730F7A9F" w14:textId="60E5D314" w:rsidR="0080122E" w:rsidRDefault="0080122E" w:rsidP="00EA0CA5">
      <w:pPr>
        <w:pStyle w:val="PlainText"/>
        <w:jc w:val="both"/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56544" behindDoc="1" locked="0" layoutInCell="1" allowOverlap="1" wp14:anchorId="4829320D" wp14:editId="2CD8AD35">
            <wp:simplePos x="0" y="0"/>
            <wp:positionH relativeFrom="column">
              <wp:posOffset>-1143000</wp:posOffset>
            </wp:positionH>
            <wp:positionV relativeFrom="paragraph">
              <wp:posOffset>-311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403653310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1A3EB" w14:textId="77777777" w:rsidR="0080122E" w:rsidRDefault="0080122E" w:rsidP="00EA0CA5">
      <w:pPr>
        <w:pStyle w:val="PlainText"/>
        <w:jc w:val="both"/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</w:pPr>
    </w:p>
    <w:p w14:paraId="1BD12867" w14:textId="44EC1BD3" w:rsidR="00F06B58" w:rsidRPr="0080122E" w:rsidRDefault="0080122E" w:rsidP="0080122E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S. </w:t>
      </w:r>
      <w:proofErr w:type="spellStart"/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Kaliampakos</w:t>
      </w:r>
      <w:proofErr w:type="spellEnd"/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Cardiologist Clinical, Deput</w:t>
      </w:r>
      <w:r>
        <w:rPr>
          <w:rFonts w:asciiTheme="majorHAnsi" w:hAnsiTheme="majorHAnsi" w:cstheme="majorHAnsi"/>
          <w:sz w:val="24"/>
          <w:szCs w:val="24"/>
          <w:lang w:val="en-US"/>
        </w:rPr>
        <w:t>y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Director 1st Cardiology Dept, </w:t>
      </w:r>
      <w:r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Hospital, Athens, Greece</w:t>
      </w:r>
    </w:p>
    <w:p w14:paraId="3F329996" w14:textId="77777777" w:rsidR="00D82074" w:rsidRPr="00446208" w:rsidRDefault="00D82074" w:rsidP="00D82074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K. Kalogeras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Assistant Professor of Cardiology, 3rd Department of Cardiology, ’Sotiria’ Hospital, Athens, Greece</w:t>
      </w:r>
    </w:p>
    <w:p w14:paraId="133AF596" w14:textId="6045F764" w:rsidR="00D82074" w:rsidRPr="00446208" w:rsidRDefault="00D82074" w:rsidP="00D82074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A4241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Kalogeropoulos</w:t>
      </w:r>
      <w:r w:rsidRPr="002A4241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PhD, 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FRCP,  FESC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, Interventional Cardiologist, Deputy Director 8th Cardiology Dept, </w:t>
      </w:r>
      <w:r w:rsidR="009C2CEB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="009C2CEB" w:rsidRPr="00645D6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Hospital, Athens, Greece</w:t>
      </w:r>
    </w:p>
    <w:p w14:paraId="57EC2E71" w14:textId="63B0E954" w:rsidR="00D82074" w:rsidRDefault="00D82074" w:rsidP="00D82074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I.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Kanakakis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Cardiologist 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MD ,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PhD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>,Director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of 3rd Cardiology Clinic Henry Dynan Hospital Center,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Fmr.President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of Hellenic Society of Cardiology</w:t>
      </w:r>
      <w:r w:rsidR="00FA3087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1ABE92AC" w14:textId="544DDA01" w:rsidR="00D82074" w:rsidRPr="00446208" w:rsidRDefault="00D82074" w:rsidP="00D82074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Kapetanopoulos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A65D1E">
        <w:rPr>
          <w:rFonts w:asciiTheme="majorHAnsi" w:hAnsiTheme="majorHAnsi" w:cstheme="majorHAnsi"/>
          <w:sz w:val="24"/>
          <w:szCs w:val="24"/>
          <w:lang w:val="en-US"/>
        </w:rPr>
        <w:t>Interventional Cardiologist, FACC, FESC, FSCAI, General Clinic, Thessaloniki</w:t>
      </w:r>
      <w:r w:rsidR="00670B2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1E79BC1E" w14:textId="2FAEA673" w:rsidR="00D82074" w:rsidRPr="00670B22" w:rsidRDefault="00D8207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I. Karabinos</w:t>
      </w:r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MSc, PhD, Cardiologist, Director, 2nd Cardiology Dept,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Euroclinic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>, Athens</w:t>
      </w:r>
      <w:r w:rsidR="00670B2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4207B7EE" w14:textId="6AB80880" w:rsidR="00F06B58" w:rsidRPr="00446208" w:rsidRDefault="00F06B58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Karamasis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Assistant Professor of Cardiology, Athens Medical School, 2nd Cardiology Department NKUA, University Hospital ATTIKON</w:t>
      </w:r>
      <w:r w:rsidR="00553781">
        <w:rPr>
          <w:rFonts w:asciiTheme="majorHAnsi" w:hAnsiTheme="majorHAnsi" w:cstheme="majorHAnsi"/>
          <w:sz w:val="24"/>
          <w:szCs w:val="24"/>
          <w:lang w:val="en-US"/>
        </w:rPr>
        <w:t>, Greece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2E09072C" w14:textId="77777777" w:rsidR="00B83858" w:rsidRDefault="00F06B58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Karanasos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 - Intensivist, Assistant Professor of Internal Medicine - Interventional Cardiology, University General Hospital of Patras, Greece</w:t>
      </w:r>
    </w:p>
    <w:p w14:paraId="65979933" w14:textId="1E244CA5" w:rsidR="00A267CE" w:rsidRPr="00A267CE" w:rsidRDefault="00A267CE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A267C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D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. </w:t>
      </w:r>
      <w:r w:rsidRPr="00A267C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Karatzas</w:t>
      </w:r>
      <w:r w:rsidRPr="00A267CE">
        <w:rPr>
          <w:rFonts w:asciiTheme="majorHAnsi" w:hAnsiTheme="majorHAnsi" w:cstheme="majorHAnsi"/>
          <w:sz w:val="24"/>
          <w:szCs w:val="24"/>
          <w:lang w:val="en-US"/>
        </w:rPr>
        <w:t xml:space="preserve"> /</w:t>
      </w:r>
      <w:r w:rsidR="001143BA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1143BA" w:rsidRPr="001143BA">
        <w:rPr>
          <w:rFonts w:asciiTheme="majorHAnsi" w:hAnsiTheme="majorHAnsi" w:cstheme="majorHAnsi"/>
          <w:sz w:val="24"/>
          <w:szCs w:val="24"/>
          <w:lang w:val="en-US"/>
        </w:rPr>
        <w:t>Associate Director, HYGEIA Hospital, Chair W.G Heart Failure H.C.S (2018-2020), Athens, Greece</w:t>
      </w:r>
    </w:p>
    <w:p w14:paraId="682C541A" w14:textId="3F2969AC" w:rsidR="00EA0CA5" w:rsidRPr="00446208" w:rsidRDefault="00EA0CA5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Kassimis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Associate Professor of Cardiology - Interventional Cardiology Aristotle University of Thessaloniki, 2nd Cardiology Department, </w:t>
      </w:r>
      <w:proofErr w:type="spellStart"/>
      <w:r w:rsidR="00CC53A2" w:rsidRPr="00CC53A2">
        <w:rPr>
          <w:rFonts w:asciiTheme="majorHAnsi" w:hAnsiTheme="majorHAnsi" w:cstheme="majorHAnsi"/>
          <w:sz w:val="24"/>
          <w:szCs w:val="24"/>
          <w:lang w:val="en-US"/>
        </w:rPr>
        <w:t>Ippokrateio</w:t>
      </w:r>
      <w:proofErr w:type="spellEnd"/>
      <w:r w:rsidR="00CC53A2" w:rsidRPr="00CC53A2">
        <w:rPr>
          <w:rFonts w:asciiTheme="majorHAnsi" w:hAnsiTheme="majorHAnsi" w:cstheme="majorHAnsi"/>
          <w:sz w:val="24"/>
          <w:szCs w:val="24"/>
          <w:lang w:val="en-US"/>
        </w:rPr>
        <w:t xml:space="preserve"> General Hospital of Thessaloniki</w:t>
      </w:r>
      <w:r w:rsidR="00CC53A2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Greece</w:t>
      </w:r>
    </w:p>
    <w:p w14:paraId="0BA71BC6" w14:textId="6835A067" w:rsidR="00584E64" w:rsidRPr="00555EBC" w:rsidRDefault="00EA0CA5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Katsianos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Dr. med. Interventional Cardiologist, </w:t>
      </w:r>
      <w:r w:rsidR="00166DEC">
        <w:rPr>
          <w:rFonts w:asciiTheme="majorHAnsi" w:hAnsiTheme="majorHAnsi" w:cstheme="majorHAnsi"/>
          <w:sz w:val="24"/>
          <w:szCs w:val="24"/>
          <w:lang w:val="en-US"/>
        </w:rPr>
        <w:t xml:space="preserve">Associate Director, </w:t>
      </w:r>
      <w:r w:rsidR="00A16478" w:rsidRPr="00A16478">
        <w:rPr>
          <w:rFonts w:asciiTheme="majorHAnsi" w:hAnsiTheme="majorHAnsi" w:cstheme="majorHAnsi"/>
          <w:sz w:val="24"/>
          <w:szCs w:val="24"/>
          <w:lang w:val="en-US"/>
        </w:rPr>
        <w:t>Transcatheter Heart Valves Department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, HYGEIA Hospital, Athens</w:t>
      </w:r>
    </w:p>
    <w:p w14:paraId="24E1280A" w14:textId="77777777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9A77D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Katsimagklis</w:t>
      </w:r>
      <w:proofErr w:type="spellEnd"/>
      <w:r w:rsidRPr="009A77DB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Director of 1st Cardiology Department &amp; Cardiovascular Laboratory, Naval Hospital of Athens, Greece</w:t>
      </w:r>
    </w:p>
    <w:p w14:paraId="6CC9C872" w14:textId="14AB17DF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T.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Kilic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FESC, Professor, Director Structural Heart Interventions, Kocaeli University School of Medicine, Dept of Cardiology, Turkey. Past president Turkish Working Group of Interventional Cardiology, Treasurer/Main Board member of Turkish Society of Cardiology</w:t>
      </w:r>
    </w:p>
    <w:p w14:paraId="0235C266" w14:textId="1A3D23B5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Th.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Kofidis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PD(Ger), FRCS, FAHA, FAMS, FAATS, Director, International Heart Surgery Center Greece</w:t>
      </w:r>
      <w:r w:rsidR="0092796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</w:t>
      </w:r>
      <w:r w:rsidR="00927966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proofErr w:type="gramStart"/>
      <w:r w:rsidR="00927966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,  and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1st (A) Heart Surgery Department, </w:t>
      </w:r>
      <w:r w:rsidR="00927966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Hospital, Athens, Greece, Professor, Dept of Surgery,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SoM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, National University of Singapore </w:t>
      </w:r>
    </w:p>
    <w:p w14:paraId="636F873D" w14:textId="0C9ADA5F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F.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Kolokathis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Attikon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University Hospital Athens</w:t>
      </w:r>
      <w:r w:rsidR="00AD663F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6F08020D" w14:textId="654BF023" w:rsidR="0080122E" w:rsidRDefault="001143BA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68832" behindDoc="1" locked="0" layoutInCell="1" allowOverlap="1" wp14:anchorId="67AA48F1" wp14:editId="38120B25">
            <wp:simplePos x="0" y="0"/>
            <wp:positionH relativeFrom="column">
              <wp:posOffset>-1143431</wp:posOffset>
            </wp:positionH>
            <wp:positionV relativeFrom="paragraph">
              <wp:posOffset>-12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458807587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Kolyviras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PhD, FESC, Head of 4th Interventional Cardiology, Metropolitan General, Athens</w:t>
      </w:r>
      <w:r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14EA2C6" w14:textId="093AA8E3" w:rsidR="00262479" w:rsidRPr="00BA07D3" w:rsidRDefault="0080122E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M.-K. Konstantinidou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Cardiothoracic Surgeon, </w:t>
      </w:r>
      <w:r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Hospital, Athens, Greece</w:t>
      </w:r>
    </w:p>
    <w:p w14:paraId="50F921C5" w14:textId="2B45FB72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I. Kosmas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Specialist Cardiologist, Research Coordinator, Cath Lab, Onassis Hospital, Athens, Greece</w:t>
      </w:r>
    </w:p>
    <w:p w14:paraId="00916374" w14:textId="5BD66FBF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C. Kotoulas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MSc, MBA, PhD, FETCS, FCCP, Cardiac Surgeon, Director, Cardiac Surgery Dept of Hellenic Armed Forces, 401 Army General Hospital of Athens,</w:t>
      </w:r>
      <w:r w:rsidR="000E528F">
        <w:rPr>
          <w:rFonts w:asciiTheme="majorHAnsi" w:hAnsiTheme="majorHAnsi" w:cstheme="majorHAnsi"/>
          <w:sz w:val="24"/>
          <w:szCs w:val="24"/>
          <w:lang w:val="en-US"/>
        </w:rPr>
        <w:t xml:space="preserve"> Greece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Director of Minimal Invasive Cardiac Surgery Department, Metropolitan General Hospital of Athens,</w:t>
      </w:r>
      <w:r w:rsidR="000E528F">
        <w:rPr>
          <w:rFonts w:asciiTheme="majorHAnsi" w:hAnsiTheme="majorHAnsi" w:cstheme="majorHAnsi"/>
          <w:sz w:val="24"/>
          <w:szCs w:val="24"/>
          <w:lang w:val="en-US"/>
        </w:rPr>
        <w:t xml:space="preserve"> Greece,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President of the Hellenic Society of Thoracic and Cardiovascular Surgeons (2019-2020)</w:t>
      </w:r>
    </w:p>
    <w:p w14:paraId="64A1074B" w14:textId="411C3C15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P.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Kourkoveli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Cardiologist, MD, PhD, FHFA, Deputy Director </w:t>
      </w:r>
      <w:r w:rsidR="002F1B86" w:rsidRPr="002F1B86">
        <w:rPr>
          <w:rFonts w:asciiTheme="majorHAnsi" w:hAnsiTheme="majorHAnsi" w:cstheme="majorHAnsi"/>
          <w:sz w:val="24"/>
          <w:szCs w:val="24"/>
          <w:lang w:val="en-US"/>
        </w:rPr>
        <w:t>Transcatheter Heart Valves Department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, HYGEIA Hospital, Athens, Greece</w:t>
      </w:r>
    </w:p>
    <w:p w14:paraId="10A1C442" w14:textId="79358C14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M.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Koutouzis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Director of 7th Cardiology Department, </w:t>
      </w:r>
      <w:r w:rsidR="00034141">
        <w:rPr>
          <w:rFonts w:asciiTheme="majorHAnsi" w:hAnsiTheme="majorHAnsi" w:cstheme="majorHAnsi"/>
          <w:sz w:val="24"/>
          <w:szCs w:val="24"/>
          <w:lang w:val="en-US"/>
        </w:rPr>
        <w:t xml:space="preserve">HYGEIA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Hospital</w:t>
      </w:r>
      <w:r w:rsidR="00034141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28F2C828" w14:textId="77777777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P.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Koutrolou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Cardiologist, HYGEIA Hospital, Athens</w:t>
      </w:r>
    </w:p>
    <w:p w14:paraId="04F57882" w14:textId="19B3C7B1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Krommydas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Cardiologist, Head of Cardiac Ultrasound Department HYGEIA Hospital, </w:t>
      </w:r>
      <w:r w:rsidR="00EE7BD4">
        <w:rPr>
          <w:rFonts w:asciiTheme="majorHAnsi" w:hAnsiTheme="majorHAnsi" w:cstheme="majorHAnsi"/>
          <w:sz w:val="24"/>
          <w:szCs w:val="24"/>
          <w:lang w:val="en-US"/>
        </w:rPr>
        <w:t>Athens</w:t>
      </w:r>
      <w:r w:rsidR="0027393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81CBBC3" w14:textId="77777777" w:rsidR="00584E64" w:rsidRPr="00446208" w:rsidRDefault="00584E64" w:rsidP="00B83858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K. Lampropoulos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Ass. Professor of Cardiology, School of Medicine Democritus University of Thrace, Interventional Cardiologist, Athens, Greece</w:t>
      </w:r>
    </w:p>
    <w:p w14:paraId="7CC2C71E" w14:textId="43CB1142" w:rsidR="00584E64" w:rsidRPr="00273932" w:rsidRDefault="00584E64" w:rsidP="00262479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Latsios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Senior Consultant Interventional Cardiologist,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1st University Cardiology Department NKUA,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General Hospital of Athens</w:t>
      </w:r>
      <w:r w:rsidR="0027393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614AC54E" w14:textId="77777777" w:rsidR="00F06B58" w:rsidRDefault="00F06B58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E.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Leontiadis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Deputy Director, Department of Hemodynamic Studies &amp; Invasive Cardiology, Heart Failure and Heart Transplantation Unit, Onassis Hospital, Athens, Greece</w:t>
      </w:r>
    </w:p>
    <w:p w14:paraId="0C8031BB" w14:textId="65F5C78E" w:rsidR="00F06B58" w:rsidRPr="00446208" w:rsidRDefault="00F06B58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D70EF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D70EF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Lozos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D70EFA">
        <w:rPr>
          <w:rFonts w:asciiTheme="majorHAnsi" w:hAnsiTheme="majorHAnsi" w:cstheme="majorHAnsi"/>
          <w:sz w:val="24"/>
          <w:szCs w:val="24"/>
          <w:lang w:val="en-US"/>
        </w:rPr>
        <w:t xml:space="preserve">MSc, </w:t>
      </w:r>
      <w:proofErr w:type="spellStart"/>
      <w:r w:rsidRPr="00D70EFA">
        <w:rPr>
          <w:rFonts w:asciiTheme="majorHAnsi" w:hAnsiTheme="majorHAnsi" w:cstheme="majorHAnsi"/>
          <w:sz w:val="24"/>
          <w:szCs w:val="24"/>
          <w:lang w:val="en-US"/>
        </w:rPr>
        <w:t>Phd</w:t>
      </w:r>
      <w:proofErr w:type="spellEnd"/>
      <w:r w:rsidRPr="00D70EFA">
        <w:rPr>
          <w:rFonts w:asciiTheme="majorHAnsi" w:hAnsiTheme="majorHAnsi" w:cstheme="majorHAnsi"/>
          <w:sz w:val="24"/>
          <w:szCs w:val="24"/>
          <w:lang w:val="en-US"/>
        </w:rPr>
        <w:t xml:space="preserve">, Cardiac Surgeon, Director of Cardiac Surgery Dept, </w:t>
      </w:r>
      <w:proofErr w:type="spellStart"/>
      <w:r w:rsidR="00C64DE9">
        <w:rPr>
          <w:rFonts w:asciiTheme="majorHAnsi" w:hAnsiTheme="majorHAnsi" w:cstheme="majorHAnsi"/>
          <w:sz w:val="24"/>
          <w:szCs w:val="24"/>
          <w:lang w:val="en-US"/>
        </w:rPr>
        <w:t>Hi</w:t>
      </w:r>
      <w:r w:rsidRPr="00D70EFA">
        <w:rPr>
          <w:rFonts w:asciiTheme="majorHAnsi" w:hAnsiTheme="majorHAnsi" w:cstheme="majorHAnsi"/>
          <w:sz w:val="24"/>
          <w:szCs w:val="24"/>
          <w:lang w:val="en-US"/>
        </w:rPr>
        <w:t>ppokration</w:t>
      </w:r>
      <w:proofErr w:type="spellEnd"/>
      <w:r w:rsidRPr="00D70EFA">
        <w:rPr>
          <w:rFonts w:asciiTheme="majorHAnsi" w:hAnsiTheme="majorHAnsi" w:cstheme="majorHAnsi"/>
          <w:sz w:val="24"/>
          <w:szCs w:val="24"/>
          <w:lang w:val="en-US"/>
        </w:rPr>
        <w:t xml:space="preserve"> General Hospital, Athens</w:t>
      </w:r>
      <w:r w:rsidR="00853EC4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74AF2A1" w14:textId="628AC36A" w:rsidR="00F06B58" w:rsidRPr="00446208" w:rsidRDefault="00F06B58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S. Makrygiannis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PhD, FESC, Interventional Cardiologist, </w:t>
      </w:r>
      <w:r w:rsidR="00482C24">
        <w:rPr>
          <w:rFonts w:asciiTheme="majorHAnsi" w:hAnsiTheme="majorHAnsi" w:cstheme="majorHAnsi"/>
          <w:sz w:val="24"/>
          <w:szCs w:val="24"/>
          <w:lang w:val="en-US"/>
        </w:rPr>
        <w:t>Assistant Director of 1</w:t>
      </w:r>
      <w:r w:rsidR="00482C24" w:rsidRPr="00482C24">
        <w:rPr>
          <w:rFonts w:asciiTheme="majorHAnsi" w:hAnsiTheme="majorHAnsi" w:cstheme="majorHAnsi"/>
          <w:sz w:val="24"/>
          <w:szCs w:val="24"/>
          <w:vertAlign w:val="superscript"/>
          <w:lang w:val="en-US"/>
        </w:rPr>
        <w:t>st</w:t>
      </w:r>
      <w:r w:rsidR="00482C24">
        <w:rPr>
          <w:rFonts w:asciiTheme="majorHAnsi" w:hAnsiTheme="majorHAnsi" w:cstheme="majorHAnsi"/>
          <w:sz w:val="24"/>
          <w:szCs w:val="24"/>
          <w:lang w:val="en-US"/>
        </w:rPr>
        <w:t xml:space="preserve"> Cardiology </w:t>
      </w:r>
      <w:proofErr w:type="spellStart"/>
      <w:r w:rsidR="00482C24">
        <w:rPr>
          <w:rFonts w:asciiTheme="majorHAnsi" w:hAnsiTheme="majorHAnsi" w:cstheme="majorHAnsi"/>
          <w:sz w:val="24"/>
          <w:szCs w:val="24"/>
          <w:lang w:val="en-US"/>
        </w:rPr>
        <w:t>Departmenet</w:t>
      </w:r>
      <w:proofErr w:type="spellEnd"/>
      <w:r w:rsidR="00482C24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HYGEIA Hospital</w:t>
      </w:r>
      <w:r w:rsidR="00482C24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555DCAEF" w14:textId="6B5DF03F" w:rsidR="00EA0CA5" w:rsidRPr="00446208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Manginas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FESC, FACC, Cardiologist, Director, Dept of Cardiology and Interventional Cardiology, Mediterraneo GH, Athens</w:t>
      </w:r>
      <w:r w:rsidR="00FF1B2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A3F1822" w14:textId="77777777" w:rsidR="00EA0CA5" w:rsidRPr="00446208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Mastrokostopoulos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Deputy Director Cath Lab, Athens Naval Hospital, Greece</w:t>
      </w:r>
    </w:p>
    <w:p w14:paraId="5A9D088C" w14:textId="726F3BB2" w:rsidR="00EA0CA5" w:rsidRPr="008C3477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A.-D. </w:t>
      </w:r>
      <w:proofErr w:type="spellStart"/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Mavrogianni</w:t>
      </w:r>
      <w:proofErr w:type="spellEnd"/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Director, Head of Catheterization Laboratory, Cardiology Dept, "G. Papanikolaou" GH, Thessaloniki, Greece</w:t>
      </w:r>
    </w:p>
    <w:p w14:paraId="5574AE51" w14:textId="74005C97" w:rsidR="00A65D1E" w:rsidRPr="00A65D1E" w:rsidRDefault="00A65D1E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N. </w:t>
      </w:r>
      <w:proofErr w:type="spellStart"/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Mezilis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A65D1E">
        <w:rPr>
          <w:rFonts w:asciiTheme="majorHAnsi" w:hAnsiTheme="majorHAnsi" w:cstheme="majorHAnsi"/>
          <w:sz w:val="24"/>
          <w:szCs w:val="24"/>
          <w:lang w:val="en-US"/>
        </w:rPr>
        <w:t>Interventional Cardiologist, St. Luke's Hospital, Thessaloniki, Greece</w:t>
      </w:r>
    </w:p>
    <w:p w14:paraId="198F53EE" w14:textId="44002C34" w:rsidR="0080122E" w:rsidRDefault="0080122E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70880" behindDoc="1" locked="0" layoutInCell="1" allowOverlap="1" wp14:anchorId="46803A2E" wp14:editId="3B3CCE69">
            <wp:simplePos x="0" y="0"/>
            <wp:positionH relativeFrom="column">
              <wp:posOffset>-1143167</wp:posOffset>
            </wp:positionH>
            <wp:positionV relativeFrom="paragraph">
              <wp:posOffset>-467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81356827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1C6DE" w14:textId="42C08C55" w:rsidR="00262479" w:rsidRPr="0080122E" w:rsidRDefault="0080122E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L. Michalis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Professor of Cardiology, University of Ioannina, Director, 2nd Cardiology Department, University General Hospital of </w:t>
      </w:r>
      <w:proofErr w:type="spellStart"/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Ioannina,President</w:t>
      </w:r>
      <w:proofErr w:type="spellEnd"/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Union European Medical Specialists (UEMS) Cardiology Section, Chair Grouping 1 UEMS, President Elect HCS</w:t>
      </w:r>
    </w:p>
    <w:p w14:paraId="6B3C8CC3" w14:textId="2F64A40D" w:rsidR="003344F4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6B059A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F. Mitropoulos</w:t>
      </w:r>
      <w:r w:rsidRPr="006B059A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PhD, Cardiac Surgeon Adult and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Paediatric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, Director, 3rd Department </w:t>
      </w:r>
      <w:r w:rsidR="003344F4" w:rsidRPr="003344F4">
        <w:rPr>
          <w:rFonts w:asciiTheme="majorHAnsi" w:hAnsiTheme="majorHAnsi" w:cstheme="majorHAnsi"/>
          <w:sz w:val="24"/>
          <w:szCs w:val="24"/>
          <w:lang w:val="en-US"/>
        </w:rPr>
        <w:t>Congenital and Acquired Heart Disease Surgical Department, HYGEIA Hospital, Athens</w:t>
      </w:r>
      <w:r w:rsidR="003344F4">
        <w:rPr>
          <w:rFonts w:asciiTheme="majorHAnsi" w:hAnsiTheme="majorHAnsi" w:cstheme="majorHAnsi"/>
          <w:sz w:val="24"/>
          <w:szCs w:val="24"/>
          <w:lang w:val="en-US"/>
        </w:rPr>
        <w:t>, Greece</w:t>
      </w:r>
      <w:r w:rsidR="003344F4" w:rsidRPr="003344F4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7464C244" w14:textId="7210027E" w:rsidR="00584E64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Mitsis</w:t>
      </w:r>
      <w:proofErr w:type="spellEnd"/>
      <w:r w:rsidRPr="00555EBC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Nicosia GH, Cyprus</w:t>
      </w:r>
    </w:p>
    <w:p w14:paraId="587D9254" w14:textId="714B4BC2" w:rsidR="00584E64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C. </w:t>
      </w:r>
      <w:proofErr w:type="spellStart"/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Mourmouris</w:t>
      </w:r>
      <w:proofErr w:type="spellEnd"/>
      <w:r w:rsidRPr="00555EBC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Associate Director Radiologist, CT and MRI Department, HYGEIA</w:t>
      </w:r>
      <w:r w:rsidR="004941F6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, Athens</w:t>
      </w:r>
      <w:r w:rsidR="004941F6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64638272" w14:textId="77777777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I. </w:t>
      </w:r>
      <w:proofErr w:type="spellStart"/>
      <w:r w:rsidRPr="00555EBC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Ninios</w:t>
      </w:r>
      <w:proofErr w:type="spellEnd"/>
      <w:r w:rsidRPr="00555EBC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Doctor of Cardiology of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A.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U.Th</w:t>
      </w:r>
      <w:proofErr w:type="spellEnd"/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, European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Interbalkan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Medical Center, Thessaloniki, Greece</w:t>
      </w:r>
    </w:p>
    <w:p w14:paraId="589038C3" w14:textId="512C6693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Ninios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Director of Cardiology Department, European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Interbalkan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Medical Center, Thessaloniki</w:t>
      </w:r>
      <w:r w:rsidR="008F1BE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2FDE7984" w14:textId="79EE8075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I.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Ntarladimas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Interventional Cardiologist, HYGEIA</w:t>
      </w:r>
      <w:r w:rsidR="00BE1C89">
        <w:rPr>
          <w:rFonts w:asciiTheme="majorHAnsi" w:hAnsiTheme="majorHAnsi" w:cstheme="majorHAnsi"/>
          <w:sz w:val="24"/>
          <w:szCs w:val="24"/>
          <w:lang w:val="en-US"/>
        </w:rPr>
        <w:t xml:space="preserve"> Hospital, Athens, Greece</w:t>
      </w:r>
    </w:p>
    <w:p w14:paraId="04E88D48" w14:textId="2D56330E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M. Panagiotou</w:t>
      </w:r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Heart Surgeon, Director of Cardiovascular Surgery Dept, Athens Medical Center</w:t>
      </w:r>
      <w:r w:rsidR="00EF434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6880ABD7" w14:textId="77777777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Panos</w:t>
      </w:r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PhD, FECTS, Cardiac Surgeon, Associate Professor of Cardiac and Vascular surgery, University of Geneva, Director of the Endoscopic &amp; 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Aortic  Cardiac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Surgery  Clinic, Athens Medical Center, Athens, Greece</w:t>
      </w:r>
    </w:p>
    <w:p w14:paraId="2B4D4926" w14:textId="7F23FE2A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K. Papadopoulos</w:t>
      </w:r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MD, PhD, FESC, FEACVI, Cardiologist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, ,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Head of Echocardiography Lab, 3rd cardiology Clinic, European 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Interbalkan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Medical Center, Thessaloniki</w:t>
      </w:r>
      <w:r w:rsidR="00B55A8C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4EFBFBD0" w14:textId="77777777" w:rsidR="00584E64" w:rsidRPr="00446208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S. Papaioannou</w:t>
      </w:r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MD, PhD, FESC, FSCAI, Interventional 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Cardiologist,  Director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of 2nd Cardiology Department, Director of Cath Lab, Navy Hospital of Athens, Adjunct  Professor in Cardiology, E.U.C</w:t>
      </w:r>
    </w:p>
    <w:p w14:paraId="1372BA52" w14:textId="380BDF27" w:rsidR="00977552" w:rsidRPr="00750AC2" w:rsidRDefault="00584E64" w:rsidP="0075304B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C. Pappas</w:t>
      </w:r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/ Cardiologist, Director SC, 2nd University Dept of Cardiology, GH "</w:t>
      </w:r>
      <w:proofErr w:type="spellStart"/>
      <w:r w:rsidRPr="00446208">
        <w:rPr>
          <w:rFonts w:asciiTheme="majorHAnsi" w:hAnsiTheme="majorHAnsi" w:cstheme="majorHAnsi"/>
          <w:sz w:val="24"/>
          <w:szCs w:val="24"/>
          <w:lang w:val="en-US"/>
        </w:rPr>
        <w:t>Attikon</w:t>
      </w:r>
      <w:proofErr w:type="spellEnd"/>
      <w:r w:rsidRPr="00446208">
        <w:rPr>
          <w:rFonts w:asciiTheme="majorHAnsi" w:hAnsiTheme="majorHAnsi" w:cstheme="majorHAnsi"/>
          <w:sz w:val="24"/>
          <w:szCs w:val="24"/>
          <w:lang w:val="en-US"/>
        </w:rPr>
        <w:t>", Athens</w:t>
      </w:r>
      <w:r w:rsidR="00750AC2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748CC269" w14:textId="23560007" w:rsidR="00F06B58" w:rsidRPr="00F06B58" w:rsidRDefault="00F06B58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Pattakos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/ Cardiac Surgeon, Director, 2nd Dept of Cardiac Surgery, Assistant Director, </w:t>
      </w:r>
      <w:r w:rsidR="004B5227" w:rsidRPr="004B5227">
        <w:rPr>
          <w:rFonts w:asciiTheme="majorHAnsi" w:hAnsiTheme="majorHAnsi" w:cstheme="majorHAnsi"/>
          <w:sz w:val="24"/>
          <w:szCs w:val="24"/>
          <w:lang w:val="en-US"/>
        </w:rPr>
        <w:t>Transcatheter Heart Valves Department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>, HYGEIA</w:t>
      </w:r>
      <w:r w:rsidR="004B5227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Hospital, Athens, </w:t>
      </w:r>
      <w:proofErr w:type="gramStart"/>
      <w:r w:rsidRPr="00446208">
        <w:rPr>
          <w:rFonts w:asciiTheme="majorHAnsi" w:hAnsiTheme="majorHAnsi" w:cstheme="majorHAnsi"/>
          <w:sz w:val="24"/>
          <w:szCs w:val="24"/>
          <w:lang w:val="en-US"/>
        </w:rPr>
        <w:t>Greece,  Associate</w:t>
      </w:r>
      <w:proofErr w:type="gramEnd"/>
      <w:r w:rsidRPr="00446208">
        <w:rPr>
          <w:rFonts w:asciiTheme="majorHAnsi" w:hAnsiTheme="majorHAnsi" w:cstheme="majorHAnsi"/>
          <w:sz w:val="24"/>
          <w:szCs w:val="24"/>
          <w:lang w:val="en-US"/>
        </w:rPr>
        <w:t xml:space="preserve"> Professor, University of Nicosia Medical School, Cyprus</w:t>
      </w:r>
    </w:p>
    <w:p w14:paraId="33629077" w14:textId="712A607C" w:rsidR="00977552" w:rsidRPr="00635FC5" w:rsidRDefault="00977552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S.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Pattakos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Cardiac Surgeon, 2nd Cardiac Surgery Department, HYGEIA</w:t>
      </w:r>
      <w:r w:rsidR="004B5227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, Athens</w:t>
      </w:r>
      <w:r w:rsidR="004B5227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3AA8152" w14:textId="2787868D" w:rsidR="00584E64" w:rsidRPr="008C3477" w:rsidRDefault="00977552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Perreas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FRCS C/Th, Cardiac Surgery, Director, 1st Dept of Cardiac Surgery, Onassis Hospital, Athens, Greece</w:t>
      </w:r>
    </w:p>
    <w:p w14:paraId="703BC5FB" w14:textId="38F164C9" w:rsidR="00A65D1E" w:rsidRPr="00635FC5" w:rsidRDefault="0080122E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72928" behindDoc="1" locked="0" layoutInCell="1" allowOverlap="1" wp14:anchorId="082689E1" wp14:editId="3E8835BD">
            <wp:simplePos x="0" y="0"/>
            <wp:positionH relativeFrom="column">
              <wp:posOffset>-1143563</wp:posOffset>
            </wp:positionH>
            <wp:positionV relativeFrom="paragraph">
              <wp:posOffset>-168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80189324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1E"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N. </w:t>
      </w:r>
      <w:proofErr w:type="spellStart"/>
      <w:r w:rsidR="00A65D1E"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Pilatis</w:t>
      </w:r>
      <w:proofErr w:type="spellEnd"/>
      <w:r w:rsidR="00A65D1E"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="00A65D1E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Henry Dunant Hospital Center, Athens, Greece </w:t>
      </w:r>
    </w:p>
    <w:p w14:paraId="7B3D5A11" w14:textId="00AB7D68" w:rsidR="00EA0CA5" w:rsidRPr="00A65D1E" w:rsidRDefault="00A65D1E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Pipilis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Cardiologist, Director, 1st Cardiology Dept, HYGEIA</w:t>
      </w:r>
      <w:r w:rsidR="00340FD7">
        <w:rPr>
          <w:rFonts w:asciiTheme="majorHAnsi" w:hAnsiTheme="majorHAnsi" w:cstheme="majorHAnsi"/>
          <w:sz w:val="24"/>
          <w:szCs w:val="24"/>
          <w:lang w:val="en-US"/>
        </w:rPr>
        <w:t xml:space="preserve"> Hospital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, Athens</w:t>
      </w:r>
      <w:r w:rsidR="00340FD7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2FC35748" w14:textId="5795EB2D" w:rsidR="0075304B" w:rsidRPr="0080122E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Pitsis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FETCS, FESC, Cardiac Surgeon, Director of the 1st Department of Cardiac Surgery, European Interbalkan Medical Center, Thessaloniki, Greece</w:t>
      </w:r>
    </w:p>
    <w:p w14:paraId="3AEA4E7A" w14:textId="3E845404" w:rsidR="00EA0CA5" w:rsidRPr="00635FC5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E.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Poulidakis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Consultant Interventional Cardiologist, “Elpis” General Hospital of Athens, Greece</w:t>
      </w:r>
    </w:p>
    <w:p w14:paraId="49D165A7" w14:textId="266DBA98" w:rsidR="00EA0CA5" w:rsidRPr="00635FC5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L.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Poulimenos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FESC, Interventional Cardiologist, Lead Clinician "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Asklepieio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" G.H.,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Voula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</w:p>
    <w:p w14:paraId="01358E84" w14:textId="3127212B" w:rsidR="00EA0CA5" w:rsidRPr="00635FC5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C. </w:t>
      </w:r>
      <w:proofErr w:type="spellStart"/>
      <w:r w:rsidRPr="00E83516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Psathas</w:t>
      </w:r>
      <w:proofErr w:type="spellEnd"/>
      <w:r w:rsidRPr="00E83516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Interventional Cardiologist, MEDITERRANEO HOSPITAL, Athens</w:t>
      </w:r>
      <w:r w:rsidR="0045609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719FA34B" w14:textId="5E35F411" w:rsidR="00EA0CA5" w:rsidRPr="00EA0CA5" w:rsidRDefault="00EA0CA5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1008D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Rigopoulos</w:t>
      </w:r>
      <w:r w:rsidRPr="001008DE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Associate Director, 8th Cardiology Dept., </w:t>
      </w:r>
      <w:r w:rsidR="00E00A2A">
        <w:rPr>
          <w:rFonts w:asciiTheme="majorHAnsi" w:hAnsiTheme="majorHAnsi" w:cstheme="majorHAnsi"/>
          <w:sz w:val="24"/>
          <w:szCs w:val="24"/>
          <w:lang w:val="en-US"/>
        </w:rPr>
        <w:t>HYGEIA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Hospital, Athens</w:t>
      </w:r>
      <w:r w:rsidR="00924974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3F2FDA44" w14:textId="32DA0932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Roubelakis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MD, PhD, FETCS, Cardiac Surgeon, Director, 3rd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Dpt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of Cardiac Surgery, Athens Medical Center, Athens, Greece</w:t>
      </w:r>
    </w:p>
    <w:p w14:paraId="29D53460" w14:textId="2CF1229F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E.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Skalidis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Interventional Cardiologist, Professor of Cardiology, University of Crete</w:t>
      </w:r>
      <w:r w:rsidR="00924974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73472043" w14:textId="688E0C4B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I.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Skoularigkis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Professor of Cardiology, University of Thessaly, Larissa, Greece, Director Cardiology Department Larissa University Hospital</w:t>
      </w:r>
      <w:r w:rsidR="00351571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0AAD9EEF" w14:textId="008EAAAB" w:rsidR="00584E64" w:rsidRPr="00635FC5" w:rsidRDefault="00584E64" w:rsidP="00966E65">
      <w:pPr>
        <w:pStyle w:val="PlainText"/>
        <w:spacing w:after="120"/>
        <w:ind w:right="-7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Spargias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FESC, Interventional Cardiologist, Director, Transcatheter Heart Valves Department, HYGEIA Hospital, Athens</w:t>
      </w:r>
      <w:r w:rsidR="00351571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41B6DC37" w14:textId="77777777" w:rsidR="00584E64" w:rsidRPr="00C65E92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D.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Stakos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Professor of Cardiology, Democritus University of Thrace, Alexandroupolis, Greece</w:t>
      </w:r>
    </w:p>
    <w:p w14:paraId="23945F26" w14:textId="7C78A978" w:rsidR="00DA4F56" w:rsidRPr="00DA4F56" w:rsidRDefault="00DA4F56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A37EE9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A37EE9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Stathogiannis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="00A37EE9" w:rsidRPr="00A37EE9">
        <w:rPr>
          <w:rFonts w:asciiTheme="majorHAnsi" w:hAnsiTheme="majorHAnsi" w:cstheme="majorHAnsi"/>
          <w:sz w:val="24"/>
          <w:szCs w:val="24"/>
          <w:lang w:val="en-US"/>
        </w:rPr>
        <w:t>Interventional Cardiologist, Transcatheter Heart Valves Department, HYGEIA Hospital, Athens, Greece</w:t>
      </w:r>
    </w:p>
    <w:p w14:paraId="1F2AF5F6" w14:textId="77777777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Synetos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FESC, FACC, Interventional Cardiologist, Ass Professor of Cardiology EUC. 1st Department of Cardiology, University of Athens, Medical School, Greece</w:t>
      </w:r>
    </w:p>
    <w:p w14:paraId="4E2A98E3" w14:textId="247F8554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D.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Syrseloudis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Consultant, Cardiology Department, </w:t>
      </w:r>
      <w:proofErr w:type="spellStart"/>
      <w:r w:rsidR="0066235D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="0066235D">
        <w:rPr>
          <w:rFonts w:asciiTheme="majorHAnsi" w:hAnsiTheme="majorHAnsi" w:cstheme="majorHAnsi"/>
          <w:sz w:val="24"/>
          <w:szCs w:val="24"/>
          <w:lang w:val="en-US"/>
        </w:rPr>
        <w:t xml:space="preserve"> General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Hospital, Athens</w:t>
      </w:r>
      <w:r w:rsidR="003552B6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33810FC" w14:textId="7C8A3275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Taleb</w:t>
      </w:r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Interventional Cardiologist, Athens Medical Center</w:t>
      </w:r>
      <w:r w:rsidR="00D955AA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28F06931" w14:textId="77777777" w:rsidR="00584E64" w:rsidRPr="00635FC5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F.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Toulgaridis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Cardiologist, MD, PhD, MSc (c), Interventional and Structural Cardiology Fellow, Catheterization Laboratory,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Sismanogleio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G.H. of Attica, Athens, Greece</w:t>
      </w:r>
    </w:p>
    <w:p w14:paraId="2A0047E1" w14:textId="77777777" w:rsidR="00584E64" w:rsidRDefault="00584E64" w:rsidP="00966E65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Toutouzas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Professor of Cardiology, Athens University, 1st University Cardiology Department,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General Hospital, Athens, Greece, Director of Structural Heart Disease and Valve Disease Unit, HCS President</w:t>
      </w:r>
    </w:p>
    <w:p w14:paraId="2189FA43" w14:textId="71611650" w:rsidR="00321E19" w:rsidRDefault="00321E19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62688" behindDoc="1" locked="0" layoutInCell="1" allowOverlap="1" wp14:anchorId="016B917B" wp14:editId="44B6DE05">
            <wp:simplePos x="0" y="0"/>
            <wp:positionH relativeFrom="column">
              <wp:posOffset>-1143012</wp:posOffset>
            </wp:positionH>
            <wp:positionV relativeFrom="paragraph">
              <wp:posOffset>-12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52499394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Pr="006C100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G. Trantalis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6C100B">
        <w:rPr>
          <w:rFonts w:asciiTheme="majorHAnsi" w:hAnsiTheme="majorHAnsi" w:cstheme="majorHAnsi"/>
          <w:sz w:val="24"/>
          <w:szCs w:val="24"/>
          <w:lang w:val="en-US"/>
        </w:rPr>
        <w:t xml:space="preserve">Consultant Cardiologist, Cardiology Dept, </w:t>
      </w:r>
      <w:proofErr w:type="spellStart"/>
      <w:r w:rsidR="001133F4" w:rsidRPr="006C100B">
        <w:rPr>
          <w:rFonts w:asciiTheme="majorHAnsi" w:hAnsiTheme="majorHAnsi" w:cstheme="majorHAnsi"/>
          <w:sz w:val="24"/>
          <w:szCs w:val="24"/>
          <w:lang w:val="en-US"/>
        </w:rPr>
        <w:t>Hippokratio</w:t>
      </w:r>
      <w:r w:rsidR="001133F4">
        <w:rPr>
          <w:rFonts w:asciiTheme="majorHAnsi" w:hAnsiTheme="majorHAnsi" w:cstheme="majorHAnsi"/>
          <w:sz w:val="24"/>
          <w:szCs w:val="24"/>
          <w:lang w:val="en-US"/>
        </w:rPr>
        <w:t>n</w:t>
      </w:r>
      <w:proofErr w:type="spellEnd"/>
      <w:r w:rsidR="001133F4" w:rsidRPr="006C100B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6C100B">
        <w:rPr>
          <w:rFonts w:asciiTheme="majorHAnsi" w:hAnsiTheme="majorHAnsi" w:cstheme="majorHAnsi"/>
          <w:sz w:val="24"/>
          <w:szCs w:val="24"/>
          <w:lang w:val="en-US"/>
        </w:rPr>
        <w:t>General Hospital of Athens</w:t>
      </w:r>
      <w:r w:rsidR="001133F4"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6C100B">
        <w:rPr>
          <w:rFonts w:asciiTheme="majorHAnsi" w:hAnsiTheme="majorHAnsi" w:cstheme="majorHAnsi"/>
          <w:sz w:val="24"/>
          <w:szCs w:val="24"/>
          <w:lang w:val="en-US"/>
        </w:rPr>
        <w:t xml:space="preserve"> Head of Echo Lab</w:t>
      </w:r>
      <w:r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E7B6582" w14:textId="45528E18" w:rsidR="00F06B58" w:rsidRPr="00635FC5" w:rsidRDefault="00F06B58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Triantafyllis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MD, PhD, EEGC, EAPCI Certified, Interventional Cardiologist, Cardiology Department,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Asklepeion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General Hospital,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Voula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>, Athens</w:t>
      </w:r>
      <w:r w:rsidR="00BF2E98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2E61AEFA" w14:textId="4407C6BB" w:rsidR="006C100B" w:rsidRPr="00635FC5" w:rsidRDefault="00F06B58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Triantafyllou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Consultant Interventional Cardiologist, G.H. "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Evangelismos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>", Athens, Greece</w:t>
      </w:r>
      <w:r w:rsidR="00DF1EE0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="006C100B"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G. Triantis</w:t>
      </w:r>
      <w:r w:rsidR="006C100B"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="006C100B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Interventional Cardiologist, Director, </w:t>
      </w:r>
      <w:proofErr w:type="spellStart"/>
      <w:r w:rsidR="006C100B" w:rsidRPr="00635FC5">
        <w:rPr>
          <w:rFonts w:asciiTheme="majorHAnsi" w:hAnsiTheme="majorHAnsi" w:cstheme="majorHAnsi"/>
          <w:sz w:val="24"/>
          <w:szCs w:val="24"/>
          <w:lang w:val="en-US"/>
        </w:rPr>
        <w:t>Sismanoglio</w:t>
      </w:r>
      <w:proofErr w:type="spellEnd"/>
      <w:r w:rsidR="006C100B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– Amalia Fleming GH, Athens</w:t>
      </w:r>
      <w:r w:rsidR="00BF2E98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258A93F" w14:textId="50D21F92" w:rsidR="006C100B" w:rsidRPr="006C100B" w:rsidRDefault="006C100B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Trikas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Cardiologist, PhD, Coordinator Director, Cardiology Clinic, "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Evangelismos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>" GH, Athens, Associate Professor of Medical School University of Athens</w:t>
      </w:r>
      <w:r w:rsidR="00590310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3C444430" w14:textId="60C0CC32" w:rsidR="00977552" w:rsidRPr="00CD5430" w:rsidRDefault="00DF1EE0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N. </w:t>
      </w:r>
      <w:proofErr w:type="spellStart"/>
      <w:r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Tsanaxidis</w:t>
      </w:r>
      <w:proofErr w:type="spellEnd"/>
      <w:r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 </w:t>
      </w:r>
      <w:r w:rsidR="00844E68" w:rsidRPr="00844E68">
        <w:rPr>
          <w:rFonts w:asciiTheme="majorHAnsi" w:hAnsiTheme="majorHAnsi" w:cstheme="majorHAnsi"/>
          <w:sz w:val="24"/>
          <w:szCs w:val="24"/>
          <w:lang w:val="en-US"/>
        </w:rPr>
        <w:t>/ Consultant Interventional Cardiologist</w:t>
      </w:r>
      <w:r w:rsidR="00844E68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="00844E68" w:rsidRPr="00844E68">
        <w:rPr>
          <w:rFonts w:asciiTheme="majorHAnsi" w:hAnsiTheme="majorHAnsi" w:cstheme="majorHAnsi"/>
          <w:sz w:val="24"/>
          <w:szCs w:val="24"/>
          <w:lang w:val="en-US"/>
        </w:rPr>
        <w:t>PAPAGEORGIOU Hospital</w:t>
      </w:r>
      <w:r w:rsidR="00CD5430" w:rsidRPr="00CD5430"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="00844E68" w:rsidRPr="00844E68">
        <w:rPr>
          <w:rFonts w:asciiTheme="majorHAnsi" w:hAnsiTheme="majorHAnsi" w:cstheme="majorHAnsi"/>
          <w:sz w:val="24"/>
          <w:szCs w:val="24"/>
          <w:lang w:val="en-US"/>
        </w:rPr>
        <w:t>Honorary Senior Lecturer in Cardiovascular Sciences, University of Birmingham, UK</w:t>
      </w:r>
      <w:r w:rsidR="00CD5430" w:rsidRPr="00832A1E">
        <w:rPr>
          <w:rFonts w:asciiTheme="majorHAnsi" w:hAnsiTheme="majorHAnsi" w:cstheme="majorHAnsi"/>
          <w:sz w:val="24"/>
          <w:szCs w:val="24"/>
          <w:lang w:val="en-US"/>
        </w:rPr>
        <w:br/>
      </w:r>
      <w:r w:rsidR="00CD5430" w:rsidRPr="00832A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="00977552"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I. </w:t>
      </w:r>
      <w:proofErr w:type="spellStart"/>
      <w:r w:rsidR="00977552"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Tsiafoutis</w:t>
      </w:r>
      <w:proofErr w:type="spellEnd"/>
      <w:r w:rsidR="00977552"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 </w:t>
      </w:r>
      <w:r w:rsidR="00977552" w:rsidRPr="00A65D1E">
        <w:rPr>
          <w:rFonts w:asciiTheme="majorHAnsi" w:hAnsiTheme="majorHAnsi" w:cstheme="majorHAnsi"/>
          <w:sz w:val="24"/>
          <w:szCs w:val="24"/>
          <w:lang w:val="en-US"/>
        </w:rPr>
        <w:t>/</w:t>
      </w:r>
      <w:r w:rsidR="00977552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  <w:r w:rsidR="00977552" w:rsidRPr="00A65D1E">
        <w:rPr>
          <w:rFonts w:asciiTheme="majorHAnsi" w:hAnsiTheme="majorHAnsi" w:cstheme="majorHAnsi"/>
          <w:sz w:val="24"/>
          <w:szCs w:val="24"/>
          <w:lang w:val="en-US"/>
        </w:rPr>
        <w:t>Interventional Cardiologist, Head of Dept of Cardiology, Red Cross Hospital, Athens, Greece</w:t>
      </w:r>
    </w:p>
    <w:p w14:paraId="7735D947" w14:textId="79330EA2" w:rsidR="00A65D1E" w:rsidRDefault="00977552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G.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Tsigkas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Associate Professor, Interventional cardiologist, Patras University Hospital, Greece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Vice President Association of Interventional Cardiology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,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Hellenic Society of Cardiology</w:t>
      </w:r>
      <w:r w:rsidRPr="00977552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="00A65D1E"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D. </w:t>
      </w:r>
      <w:proofErr w:type="spellStart"/>
      <w:r w:rsidR="00A65D1E"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Tsikaderis</w:t>
      </w:r>
      <w:proofErr w:type="spellEnd"/>
      <w:r w:rsidR="00A65D1E"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="00A65D1E" w:rsidRPr="00635FC5">
        <w:rPr>
          <w:rFonts w:asciiTheme="majorHAnsi" w:hAnsiTheme="majorHAnsi" w:cstheme="majorHAnsi"/>
          <w:sz w:val="24"/>
          <w:szCs w:val="24"/>
          <w:lang w:val="en-US"/>
        </w:rPr>
        <w:t>/ MD, PhD, FESC, Interventional Cardiologist, Cardiovascular Laboratory, St. Luke's Hospital, Thessaloniki</w:t>
      </w:r>
      <w:r w:rsidR="00590310">
        <w:rPr>
          <w:rFonts w:asciiTheme="majorHAnsi" w:hAnsiTheme="majorHAnsi" w:cstheme="majorHAnsi"/>
          <w:sz w:val="24"/>
          <w:szCs w:val="24"/>
          <w:lang w:val="en-US"/>
        </w:rPr>
        <w:t>, Greece</w:t>
      </w:r>
      <w:r w:rsidR="00A65D1E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39A6B2E1" w14:textId="350680DB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K.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Tsioufis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MD, FESC, FACC, Professor of Cardiology, Director of 1st Cardiology Dept, University of Athens,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Hippokration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General Hospital, Athens</w:t>
      </w:r>
      <w:proofErr w:type="gramStart"/>
      <w:r w:rsidRPr="00635FC5">
        <w:rPr>
          <w:rFonts w:asciiTheme="majorHAnsi" w:hAnsiTheme="majorHAnsi" w:cstheme="majorHAnsi"/>
          <w:sz w:val="24"/>
          <w:szCs w:val="24"/>
          <w:lang w:val="en-US"/>
        </w:rPr>
        <w:t>, ,Vice</w:t>
      </w:r>
      <w:proofErr w:type="gram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Dean of the School of Medicine, University of Athens</w:t>
      </w:r>
      <w:r w:rsidR="00A32E18">
        <w:rPr>
          <w:rFonts w:asciiTheme="majorHAnsi" w:hAnsiTheme="majorHAnsi" w:cstheme="majorHAnsi"/>
          <w:sz w:val="24"/>
          <w:szCs w:val="24"/>
          <w:lang w:val="en-US"/>
        </w:rPr>
        <w:t>, Greece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</w:t>
      </w:r>
    </w:p>
    <w:p w14:paraId="4B293548" w14:textId="28DDBE26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Tsolakis</w:t>
      </w:r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Consultant Cardiac Surgeon, HYGEIA Hospital, Athens</w:t>
      </w:r>
      <w:r w:rsidR="00A32E18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7281D942" w14:textId="4B62F665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</w:rPr>
        <w:t>Ε</w:t>
      </w: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Tsougkos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Cardiologist, Director of the 6th Cardiology Clinic, HYGEIA</w:t>
      </w:r>
      <w:r w:rsidR="00D537F7">
        <w:rPr>
          <w:rFonts w:asciiTheme="majorHAnsi" w:hAnsiTheme="majorHAnsi" w:cstheme="majorHAnsi"/>
          <w:sz w:val="24"/>
          <w:szCs w:val="24"/>
          <w:lang w:val="en-US"/>
        </w:rPr>
        <w:t xml:space="preserve"> Hospital, Athens, Greece,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Assistant Professor, European University Cyprus</w:t>
      </w:r>
    </w:p>
    <w:p w14:paraId="7A78B475" w14:textId="3125C4F1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9123F8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Tsoukas</w:t>
      </w:r>
      <w:proofErr w:type="spellEnd"/>
      <w:r w:rsidRPr="009123F8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FESC, Director of Cardiology, Head of Echo Lab, Mediterraneo Hospital, Athens Greece</w:t>
      </w:r>
    </w:p>
    <w:p w14:paraId="0459EC99" w14:textId="0D4F50E8" w:rsidR="00584E64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Z.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Tsoumani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Consultant Cardiologist in Cardiovascular Imaging, EACVI level 3 accreditation in CMR and cardiac CT,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Affidea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Central, Athens</w:t>
      </w:r>
      <w:r w:rsidR="00EB5AFF">
        <w:rPr>
          <w:rFonts w:asciiTheme="majorHAnsi" w:hAnsiTheme="majorHAnsi" w:cstheme="majorHAnsi"/>
          <w:sz w:val="24"/>
          <w:szCs w:val="24"/>
          <w:lang w:val="en-US"/>
        </w:rPr>
        <w:t>,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Greece</w:t>
      </w:r>
    </w:p>
    <w:p w14:paraId="74713139" w14:textId="2F893411" w:rsidR="00A65D1E" w:rsidRPr="008C3477" w:rsidRDefault="00A65D1E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A65D1E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Tzalamouras</w:t>
      </w:r>
      <w:proofErr w:type="spellEnd"/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A65D1E">
        <w:rPr>
          <w:rFonts w:asciiTheme="majorHAnsi" w:hAnsiTheme="majorHAnsi" w:cstheme="majorHAnsi"/>
          <w:sz w:val="24"/>
          <w:szCs w:val="24"/>
          <w:lang w:val="en-US"/>
        </w:rPr>
        <w:t>Interventional Cardiologist, General Hospital of Thessaloniki “G. Papanikolaou”. Honorary Director of Cardiology, King’s College Hospital, London</w:t>
      </w:r>
      <w:r w:rsidR="00EB5AFF">
        <w:rPr>
          <w:rFonts w:asciiTheme="majorHAnsi" w:hAnsiTheme="majorHAnsi" w:cstheme="majorHAnsi"/>
          <w:sz w:val="24"/>
          <w:szCs w:val="24"/>
          <w:lang w:val="en-US"/>
        </w:rPr>
        <w:t>, UK</w:t>
      </w:r>
    </w:p>
    <w:p w14:paraId="248305B1" w14:textId="45C95006" w:rsidR="00584E64" w:rsidRPr="00635FC5" w:rsidRDefault="00321E19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>
        <w:rPr>
          <w:rFonts w:ascii="Calibri" w:hAnsi="Calibri" w:cs="Calibri"/>
          <w:noProof/>
          <w:color w:val="7F1B25"/>
        </w:rPr>
        <w:lastRenderedPageBreak/>
        <w:drawing>
          <wp:anchor distT="0" distB="0" distL="114300" distR="114300" simplePos="0" relativeHeight="251764736" behindDoc="1" locked="0" layoutInCell="1" allowOverlap="1" wp14:anchorId="2A2EA811" wp14:editId="08326144">
            <wp:simplePos x="0" y="0"/>
            <wp:positionH relativeFrom="column">
              <wp:posOffset>-1143431</wp:posOffset>
            </wp:positionH>
            <wp:positionV relativeFrom="paragraph">
              <wp:posOffset>-264</wp:posOffset>
            </wp:positionV>
            <wp:extent cx="7832344" cy="1751527"/>
            <wp:effectExtent l="0" t="0" r="3810" b="1270"/>
            <wp:wrapTight wrapText="bothSides">
              <wp:wrapPolygon edited="0">
                <wp:start x="0" y="0"/>
                <wp:lineTo x="0" y="21459"/>
                <wp:lineTo x="21575" y="21459"/>
                <wp:lineTo x="21575" y="0"/>
                <wp:lineTo x="0" y="0"/>
              </wp:wrapPolygon>
            </wp:wrapTight>
            <wp:docPr id="1902589602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6456" name="Εικόνα 9885364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344" cy="175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E64"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G. Tzanis</w:t>
      </w:r>
      <w:r w:rsidR="00584E64"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>/ Head, Interventional Cardiology Dept, Metropolitan General Hospital, Athens, Greece</w:t>
      </w:r>
      <w:r w:rsidR="0075304B" w:rsidRPr="00EB5AFF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="0075304B" w:rsidRPr="00EB5AFF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br/>
      </w:r>
      <w:r w:rsidR="00584E64"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D. </w:t>
      </w:r>
      <w:proofErr w:type="spellStart"/>
      <w:r w:rsidR="00584E64"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Tziakas</w:t>
      </w:r>
      <w:proofErr w:type="spellEnd"/>
      <w:r w:rsidR="00584E64"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</w:t>
      </w:r>
      <w:proofErr w:type="gramStart"/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>FESC,FACC</w:t>
      </w:r>
      <w:proofErr w:type="gramEnd"/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,FSCAI, Professor in Cardiology Democritus University Of Thrace, Head of Cardiology Dept. and Cardiac Catheterization Lab, UGH of </w:t>
      </w:r>
      <w:proofErr w:type="spellStart"/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>Alexanroupolis</w:t>
      </w:r>
      <w:proofErr w:type="spellEnd"/>
      <w:r w:rsidR="00584E64" w:rsidRPr="00635FC5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517E0B60" w14:textId="42BACB02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Tzifa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Director,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Paediatric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and Adult Congenital Heart Disease D</w:t>
      </w:r>
      <w:r w:rsidR="007F7C29">
        <w:rPr>
          <w:rFonts w:asciiTheme="majorHAnsi" w:hAnsiTheme="majorHAnsi" w:cstheme="majorHAnsi"/>
          <w:sz w:val="24"/>
          <w:szCs w:val="24"/>
          <w:lang w:val="en-US"/>
        </w:rPr>
        <w:t>epartment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, HYGEIA</w:t>
      </w:r>
      <w:r w:rsidR="007F7C29">
        <w:rPr>
          <w:rFonts w:asciiTheme="majorHAnsi" w:hAnsiTheme="majorHAnsi" w:cstheme="majorHAnsi"/>
          <w:sz w:val="24"/>
          <w:szCs w:val="24"/>
          <w:lang w:val="en-US"/>
        </w:rPr>
        <w:t xml:space="preserve"> Hospital, </w:t>
      </w:r>
      <w:r w:rsidR="00A85ABE">
        <w:rPr>
          <w:rFonts w:asciiTheme="majorHAnsi" w:hAnsiTheme="majorHAnsi" w:cstheme="majorHAnsi"/>
          <w:sz w:val="24"/>
          <w:szCs w:val="24"/>
          <w:lang w:val="en-US"/>
        </w:rPr>
        <w:t xml:space="preserve">Athens, </w:t>
      </w:r>
      <w:r w:rsidR="007F7C29">
        <w:rPr>
          <w:rFonts w:asciiTheme="majorHAnsi" w:hAnsiTheme="majorHAnsi" w:cstheme="majorHAnsi"/>
          <w:sz w:val="24"/>
          <w:szCs w:val="24"/>
          <w:lang w:val="en-US"/>
        </w:rPr>
        <w:t>Greece</w:t>
      </w:r>
    </w:p>
    <w:p w14:paraId="219BCEA9" w14:textId="51EA2D7A" w:rsidR="00F06B58" w:rsidRPr="008D7658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Tzifos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MD, PhD, Interventional Cardiologist, Director, Interventional Cardiology Department, Head of Cath Lab, Henry Dunant Hospital Center, Athens</w:t>
      </w:r>
    </w:p>
    <w:p w14:paraId="7B8FF4CB" w14:textId="1EFADF01" w:rsidR="00F06B58" w:rsidRPr="00635FC5" w:rsidRDefault="00F06B58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Tzikas</w:t>
      </w:r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/ MD, PhD, FESC, Interventional Cardiologist, Structural &amp; Congenital Heart </w:t>
      </w:r>
      <w:proofErr w:type="gramStart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Disease,  </w:t>
      </w:r>
      <w:proofErr w:type="spellStart"/>
      <w:r w:rsidR="00CC53A2" w:rsidRPr="00CC53A2">
        <w:rPr>
          <w:rFonts w:asciiTheme="majorHAnsi" w:hAnsiTheme="majorHAnsi" w:cstheme="majorHAnsi"/>
          <w:sz w:val="24"/>
          <w:szCs w:val="24"/>
          <w:lang w:val="en-US"/>
        </w:rPr>
        <w:t>Ippokrateio</w:t>
      </w:r>
      <w:proofErr w:type="spellEnd"/>
      <w:proofErr w:type="gramEnd"/>
      <w:r w:rsidR="00CC53A2" w:rsidRPr="00CC53A2">
        <w:rPr>
          <w:rFonts w:asciiTheme="majorHAnsi" w:hAnsiTheme="majorHAnsi" w:cstheme="majorHAnsi"/>
          <w:sz w:val="24"/>
          <w:szCs w:val="24"/>
          <w:lang w:val="en-US"/>
        </w:rPr>
        <w:t xml:space="preserve"> General Hospital of Thessaloniki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&amp; European </w:t>
      </w:r>
      <w:proofErr w:type="spellStart"/>
      <w:r w:rsidRPr="00635FC5">
        <w:rPr>
          <w:rFonts w:asciiTheme="majorHAnsi" w:hAnsiTheme="majorHAnsi" w:cstheme="majorHAnsi"/>
          <w:sz w:val="24"/>
          <w:szCs w:val="24"/>
          <w:lang w:val="en-US"/>
        </w:rPr>
        <w:t>Interbalkan</w:t>
      </w:r>
      <w:proofErr w:type="spellEnd"/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Medical Center, Thessaloniki, Greece</w:t>
      </w:r>
    </w:p>
    <w:p w14:paraId="5CAF047C" w14:textId="0BDEE35A" w:rsidR="00F06B58" w:rsidRPr="00635FC5" w:rsidRDefault="00F06B58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P.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Vardas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Emeritus Professor of Cardiology, Chairman of Heart Sector HYGEIA Hospital</w:t>
      </w:r>
      <w:r w:rsidR="00D8228F">
        <w:rPr>
          <w:rFonts w:asciiTheme="majorHAnsi" w:hAnsiTheme="majorHAnsi" w:cstheme="majorHAnsi"/>
          <w:sz w:val="24"/>
          <w:szCs w:val="24"/>
          <w:lang w:val="en-US"/>
        </w:rPr>
        <w:t>, Athens, Greece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President of the European Society of Cardiology (2012-2014)</w:t>
      </w:r>
    </w:p>
    <w:p w14:paraId="20DDE467" w14:textId="13945428" w:rsidR="00F06B58" w:rsidRPr="00F06B58" w:rsidRDefault="00F06B58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M.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Vavuranakis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FESC, FACC, FSCAI, Professor of Cardiology, Athens University, Cardiology Dept, General Hospital "SOTIRIA" Athens, Adjunct Professor, Ohio State University, USA</w:t>
      </w:r>
    </w:p>
    <w:p w14:paraId="6AB09460" w14:textId="2985EA8C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V.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Voudris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Consultant Interventional Cardiologist, Cardiology Department, Onassis Hospital, Athens</w:t>
      </w:r>
      <w:r w:rsidR="00F05DB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13391732" w14:textId="28155A81" w:rsidR="00584E64" w:rsidRPr="00635FC5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A.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Zacharoulis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Interventional Cardiologist, “</w:t>
      </w:r>
      <w:proofErr w:type="spellStart"/>
      <w:r w:rsidR="0008622F" w:rsidRPr="00635FC5">
        <w:rPr>
          <w:rFonts w:asciiTheme="majorHAnsi" w:hAnsiTheme="majorHAnsi" w:cstheme="majorHAnsi"/>
          <w:sz w:val="24"/>
          <w:szCs w:val="24"/>
          <w:lang w:val="en-US"/>
        </w:rPr>
        <w:t>Evangelismos</w:t>
      </w:r>
      <w:proofErr w:type="spellEnd"/>
      <w:r w:rsidR="0008622F">
        <w:rPr>
          <w:rFonts w:asciiTheme="majorHAnsi" w:hAnsiTheme="majorHAnsi" w:cstheme="majorHAnsi"/>
          <w:sz w:val="24"/>
          <w:szCs w:val="24"/>
          <w:lang w:val="en-US"/>
        </w:rPr>
        <w:t>”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 xml:space="preserve"> General Hospital, Athens</w:t>
      </w:r>
      <w:r w:rsidR="00F05DB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103B975C" w14:textId="301E95DC" w:rsidR="00584E64" w:rsidRPr="008C3477" w:rsidRDefault="00584E64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 xml:space="preserve">M. </w:t>
      </w:r>
      <w:proofErr w:type="spellStart"/>
      <w:r w:rsidRPr="002C6EA7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Zairis</w:t>
      </w:r>
      <w:proofErr w:type="spellEnd"/>
      <w:r w:rsidRPr="002C6EA7">
        <w:rPr>
          <w:rFonts w:asciiTheme="majorHAnsi" w:hAnsiTheme="majorHAnsi" w:cstheme="majorHAnsi"/>
          <w:color w:val="943634" w:themeColor="accent2" w:themeShade="BF"/>
          <w:sz w:val="24"/>
          <w:szCs w:val="24"/>
          <w:lang w:val="en-US"/>
        </w:rPr>
        <w:t xml:space="preserve"> </w:t>
      </w:r>
      <w:r w:rsidRPr="00635FC5">
        <w:rPr>
          <w:rFonts w:asciiTheme="majorHAnsi" w:hAnsiTheme="majorHAnsi" w:cstheme="majorHAnsi"/>
          <w:sz w:val="24"/>
          <w:szCs w:val="24"/>
          <w:lang w:val="en-US"/>
        </w:rPr>
        <w:t>/ Interventional Cardiologist, Director, Metropolitan Hospital, Athens</w:t>
      </w:r>
      <w:r w:rsidR="00F05DB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161948FF" w14:textId="16E05D2E" w:rsidR="00A65D1E" w:rsidRPr="00A65D1E" w:rsidRDefault="00A65D1E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977552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I. Zarifis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="00977552" w:rsidRPr="00977552">
        <w:rPr>
          <w:rFonts w:asciiTheme="majorHAnsi" w:hAnsiTheme="majorHAnsi" w:cstheme="majorHAnsi"/>
          <w:sz w:val="24"/>
          <w:szCs w:val="24"/>
          <w:lang w:val="en-US"/>
        </w:rPr>
        <w:t>Interventional Cardiologist, Coordinator Director of Cardiology Dept, "G. Papanikolaou" GH, Thessaloniki, Greece</w:t>
      </w:r>
    </w:p>
    <w:p w14:paraId="2003E7CD" w14:textId="6A631329" w:rsidR="00584E64" w:rsidRPr="008C3477" w:rsidRDefault="004B086B" w:rsidP="00CD5430">
      <w:pPr>
        <w:pStyle w:val="PlainText"/>
        <w:spacing w:after="120"/>
        <w:jc w:val="both"/>
        <w:rPr>
          <w:rFonts w:asciiTheme="majorHAnsi" w:hAnsiTheme="majorHAnsi" w:cstheme="majorHAnsi"/>
          <w:sz w:val="24"/>
          <w:szCs w:val="24"/>
          <w:lang w:val="en-US"/>
        </w:rPr>
      </w:pPr>
      <w:r w:rsidRPr="004B086B">
        <w:rPr>
          <w:rFonts w:asciiTheme="majorHAnsi" w:hAnsiTheme="majorHAnsi" w:cstheme="majorHAnsi"/>
          <w:b/>
          <w:bCs/>
          <w:color w:val="943634" w:themeColor="accent2" w:themeShade="BF"/>
          <w:sz w:val="24"/>
          <w:szCs w:val="24"/>
          <w:lang w:val="en-US"/>
        </w:rPr>
        <w:t>A. Ziakas</w:t>
      </w:r>
      <w:r>
        <w:rPr>
          <w:rFonts w:asciiTheme="majorHAnsi" w:hAnsiTheme="majorHAnsi" w:cstheme="majorHAnsi"/>
          <w:sz w:val="24"/>
          <w:szCs w:val="24"/>
          <w:lang w:val="en-US"/>
        </w:rPr>
        <w:t xml:space="preserve"> / </w:t>
      </w:r>
      <w:r w:rsidRPr="004B086B">
        <w:rPr>
          <w:rFonts w:asciiTheme="majorHAnsi" w:hAnsiTheme="majorHAnsi" w:cstheme="majorHAnsi"/>
          <w:sz w:val="24"/>
          <w:szCs w:val="24"/>
          <w:lang w:val="en-US"/>
        </w:rPr>
        <w:t>Professor of Cardiology, Aristotle University of Thessaloniki, 1st Cardiology Department, AHEPA General University Hospital, Thessaloniki</w:t>
      </w:r>
      <w:r w:rsidR="00F05DB3">
        <w:rPr>
          <w:rFonts w:asciiTheme="majorHAnsi" w:hAnsiTheme="majorHAnsi" w:cstheme="majorHAnsi"/>
          <w:sz w:val="24"/>
          <w:szCs w:val="24"/>
          <w:lang w:val="en-US"/>
        </w:rPr>
        <w:t>, Greece</w:t>
      </w:r>
    </w:p>
    <w:p w14:paraId="4FB3125F" w14:textId="77777777" w:rsidR="00584E64" w:rsidRPr="008D7658" w:rsidRDefault="00584E64" w:rsidP="00CD5430">
      <w:pPr>
        <w:spacing w:after="120" w:line="240" w:lineRule="auto"/>
        <w:ind w:hanging="142"/>
        <w:rPr>
          <w:rFonts w:asciiTheme="majorHAnsi" w:hAnsiTheme="majorHAnsi" w:cstheme="majorHAnsi"/>
          <w:color w:val="7F1B25"/>
          <w:sz w:val="24"/>
          <w:szCs w:val="24"/>
        </w:rPr>
      </w:pPr>
    </w:p>
    <w:sectPr w:rsidR="00584E64" w:rsidRPr="008D7658" w:rsidSect="002B10D5">
      <w:footerReference w:type="even" r:id="rId11"/>
      <w:footerReference w:type="default" r:id="rId12"/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673B8" w14:textId="77777777" w:rsidR="0008607C" w:rsidRDefault="0008607C" w:rsidP="006A7751">
      <w:pPr>
        <w:spacing w:after="0" w:line="240" w:lineRule="auto"/>
      </w:pPr>
      <w:r>
        <w:separator/>
      </w:r>
    </w:p>
  </w:endnote>
  <w:endnote w:type="continuationSeparator" w:id="0">
    <w:p w14:paraId="441C0A6E" w14:textId="77777777" w:rsidR="0008607C" w:rsidRDefault="0008607C" w:rsidP="006A7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903848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488EC6" w14:textId="32EBC8F5" w:rsidR="006A7751" w:rsidRDefault="006A7751" w:rsidP="009A642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D04DE1" w14:textId="77777777" w:rsidR="006A7751" w:rsidRDefault="006A77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134259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572266" w14:textId="561475DB" w:rsidR="006A7751" w:rsidRDefault="006A7751" w:rsidP="009A642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275791" w14:textId="77777777" w:rsidR="006A7751" w:rsidRDefault="006A77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3DA7A3" w14:textId="77777777" w:rsidR="0008607C" w:rsidRDefault="0008607C" w:rsidP="006A7751">
      <w:pPr>
        <w:spacing w:after="0" w:line="240" w:lineRule="auto"/>
      </w:pPr>
      <w:r>
        <w:separator/>
      </w:r>
    </w:p>
  </w:footnote>
  <w:footnote w:type="continuationSeparator" w:id="0">
    <w:p w14:paraId="6A438D50" w14:textId="77777777" w:rsidR="0008607C" w:rsidRDefault="0008607C" w:rsidP="006A7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635894"/>
    <w:multiLevelType w:val="hybridMultilevel"/>
    <w:tmpl w:val="C95202FA"/>
    <w:lvl w:ilvl="0" w:tplc="0409000F">
      <w:start w:val="1"/>
      <w:numFmt w:val="decimal"/>
      <w:lvlText w:val="%1."/>
      <w:lvlJc w:val="left"/>
      <w:pPr>
        <w:ind w:left="2478" w:hanging="360"/>
      </w:pPr>
    </w:lvl>
    <w:lvl w:ilvl="1" w:tplc="04090019" w:tentative="1">
      <w:start w:val="1"/>
      <w:numFmt w:val="lowerLetter"/>
      <w:lvlText w:val="%2."/>
      <w:lvlJc w:val="left"/>
      <w:pPr>
        <w:ind w:left="3198" w:hanging="360"/>
      </w:pPr>
    </w:lvl>
    <w:lvl w:ilvl="2" w:tplc="0409001B" w:tentative="1">
      <w:start w:val="1"/>
      <w:numFmt w:val="lowerRoman"/>
      <w:lvlText w:val="%3."/>
      <w:lvlJc w:val="right"/>
      <w:pPr>
        <w:ind w:left="3918" w:hanging="180"/>
      </w:pPr>
    </w:lvl>
    <w:lvl w:ilvl="3" w:tplc="0409000F" w:tentative="1">
      <w:start w:val="1"/>
      <w:numFmt w:val="decimal"/>
      <w:lvlText w:val="%4."/>
      <w:lvlJc w:val="left"/>
      <w:pPr>
        <w:ind w:left="4638" w:hanging="360"/>
      </w:pPr>
    </w:lvl>
    <w:lvl w:ilvl="4" w:tplc="04090019" w:tentative="1">
      <w:start w:val="1"/>
      <w:numFmt w:val="lowerLetter"/>
      <w:lvlText w:val="%5."/>
      <w:lvlJc w:val="left"/>
      <w:pPr>
        <w:ind w:left="5358" w:hanging="360"/>
      </w:pPr>
    </w:lvl>
    <w:lvl w:ilvl="5" w:tplc="0409001B" w:tentative="1">
      <w:start w:val="1"/>
      <w:numFmt w:val="lowerRoman"/>
      <w:lvlText w:val="%6."/>
      <w:lvlJc w:val="right"/>
      <w:pPr>
        <w:ind w:left="6078" w:hanging="180"/>
      </w:pPr>
    </w:lvl>
    <w:lvl w:ilvl="6" w:tplc="0409000F" w:tentative="1">
      <w:start w:val="1"/>
      <w:numFmt w:val="decimal"/>
      <w:lvlText w:val="%7."/>
      <w:lvlJc w:val="left"/>
      <w:pPr>
        <w:ind w:left="6798" w:hanging="360"/>
      </w:pPr>
    </w:lvl>
    <w:lvl w:ilvl="7" w:tplc="04090019" w:tentative="1">
      <w:start w:val="1"/>
      <w:numFmt w:val="lowerLetter"/>
      <w:lvlText w:val="%8."/>
      <w:lvlJc w:val="left"/>
      <w:pPr>
        <w:ind w:left="7518" w:hanging="360"/>
      </w:pPr>
    </w:lvl>
    <w:lvl w:ilvl="8" w:tplc="0409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10" w15:restartNumberingAfterBreak="0">
    <w:nsid w:val="12255A8C"/>
    <w:multiLevelType w:val="hybridMultilevel"/>
    <w:tmpl w:val="DF6E0244"/>
    <w:lvl w:ilvl="0" w:tplc="0409000F">
      <w:start w:val="1"/>
      <w:numFmt w:val="decimal"/>
      <w:lvlText w:val="%1."/>
      <w:lvlJc w:val="left"/>
      <w:pPr>
        <w:ind w:left="2198" w:hanging="360"/>
      </w:pPr>
    </w:lvl>
    <w:lvl w:ilvl="1" w:tplc="04090019" w:tentative="1">
      <w:start w:val="1"/>
      <w:numFmt w:val="lowerLetter"/>
      <w:lvlText w:val="%2."/>
      <w:lvlJc w:val="left"/>
      <w:pPr>
        <w:ind w:left="2918" w:hanging="360"/>
      </w:pPr>
    </w:lvl>
    <w:lvl w:ilvl="2" w:tplc="0409001B" w:tentative="1">
      <w:start w:val="1"/>
      <w:numFmt w:val="lowerRoman"/>
      <w:lvlText w:val="%3."/>
      <w:lvlJc w:val="right"/>
      <w:pPr>
        <w:ind w:left="3638" w:hanging="180"/>
      </w:pPr>
    </w:lvl>
    <w:lvl w:ilvl="3" w:tplc="0409000F" w:tentative="1">
      <w:start w:val="1"/>
      <w:numFmt w:val="decimal"/>
      <w:lvlText w:val="%4."/>
      <w:lvlJc w:val="left"/>
      <w:pPr>
        <w:ind w:left="4358" w:hanging="360"/>
      </w:pPr>
    </w:lvl>
    <w:lvl w:ilvl="4" w:tplc="04090019" w:tentative="1">
      <w:start w:val="1"/>
      <w:numFmt w:val="lowerLetter"/>
      <w:lvlText w:val="%5."/>
      <w:lvlJc w:val="left"/>
      <w:pPr>
        <w:ind w:left="5078" w:hanging="360"/>
      </w:pPr>
    </w:lvl>
    <w:lvl w:ilvl="5" w:tplc="0409001B" w:tentative="1">
      <w:start w:val="1"/>
      <w:numFmt w:val="lowerRoman"/>
      <w:lvlText w:val="%6."/>
      <w:lvlJc w:val="right"/>
      <w:pPr>
        <w:ind w:left="5798" w:hanging="180"/>
      </w:pPr>
    </w:lvl>
    <w:lvl w:ilvl="6" w:tplc="0409000F" w:tentative="1">
      <w:start w:val="1"/>
      <w:numFmt w:val="decimal"/>
      <w:lvlText w:val="%7."/>
      <w:lvlJc w:val="left"/>
      <w:pPr>
        <w:ind w:left="6518" w:hanging="360"/>
      </w:pPr>
    </w:lvl>
    <w:lvl w:ilvl="7" w:tplc="04090019" w:tentative="1">
      <w:start w:val="1"/>
      <w:numFmt w:val="lowerLetter"/>
      <w:lvlText w:val="%8."/>
      <w:lvlJc w:val="left"/>
      <w:pPr>
        <w:ind w:left="7238" w:hanging="360"/>
      </w:pPr>
    </w:lvl>
    <w:lvl w:ilvl="8" w:tplc="0409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11" w15:restartNumberingAfterBreak="0">
    <w:nsid w:val="1B9B33DE"/>
    <w:multiLevelType w:val="hybridMultilevel"/>
    <w:tmpl w:val="ED767608"/>
    <w:lvl w:ilvl="0" w:tplc="0409000F">
      <w:start w:val="1"/>
      <w:numFmt w:val="decimal"/>
      <w:lvlText w:val="%1."/>
      <w:lvlJc w:val="left"/>
      <w:pPr>
        <w:ind w:left="2203" w:hanging="360"/>
      </w:p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2" w15:restartNumberingAfterBreak="0">
    <w:nsid w:val="1D340BF1"/>
    <w:multiLevelType w:val="hybridMultilevel"/>
    <w:tmpl w:val="9B628788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20BC0845"/>
    <w:multiLevelType w:val="hybridMultilevel"/>
    <w:tmpl w:val="D1D2058C"/>
    <w:lvl w:ilvl="0" w:tplc="0409000F">
      <w:start w:val="1"/>
      <w:numFmt w:val="decimal"/>
      <w:lvlText w:val="%1."/>
      <w:lvlJc w:val="left"/>
      <w:pPr>
        <w:ind w:left="2198" w:hanging="360"/>
      </w:pPr>
    </w:lvl>
    <w:lvl w:ilvl="1" w:tplc="04090019">
      <w:start w:val="1"/>
      <w:numFmt w:val="lowerLetter"/>
      <w:lvlText w:val="%2."/>
      <w:lvlJc w:val="left"/>
      <w:pPr>
        <w:ind w:left="2918" w:hanging="360"/>
      </w:pPr>
    </w:lvl>
    <w:lvl w:ilvl="2" w:tplc="0409001B" w:tentative="1">
      <w:start w:val="1"/>
      <w:numFmt w:val="lowerRoman"/>
      <w:lvlText w:val="%3."/>
      <w:lvlJc w:val="right"/>
      <w:pPr>
        <w:ind w:left="3638" w:hanging="180"/>
      </w:pPr>
    </w:lvl>
    <w:lvl w:ilvl="3" w:tplc="0409000F" w:tentative="1">
      <w:start w:val="1"/>
      <w:numFmt w:val="decimal"/>
      <w:lvlText w:val="%4."/>
      <w:lvlJc w:val="left"/>
      <w:pPr>
        <w:ind w:left="4358" w:hanging="360"/>
      </w:pPr>
    </w:lvl>
    <w:lvl w:ilvl="4" w:tplc="04090019" w:tentative="1">
      <w:start w:val="1"/>
      <w:numFmt w:val="lowerLetter"/>
      <w:lvlText w:val="%5."/>
      <w:lvlJc w:val="left"/>
      <w:pPr>
        <w:ind w:left="5078" w:hanging="360"/>
      </w:pPr>
    </w:lvl>
    <w:lvl w:ilvl="5" w:tplc="0409001B" w:tentative="1">
      <w:start w:val="1"/>
      <w:numFmt w:val="lowerRoman"/>
      <w:lvlText w:val="%6."/>
      <w:lvlJc w:val="right"/>
      <w:pPr>
        <w:ind w:left="5798" w:hanging="180"/>
      </w:pPr>
    </w:lvl>
    <w:lvl w:ilvl="6" w:tplc="0409000F" w:tentative="1">
      <w:start w:val="1"/>
      <w:numFmt w:val="decimal"/>
      <w:lvlText w:val="%7."/>
      <w:lvlJc w:val="left"/>
      <w:pPr>
        <w:ind w:left="6518" w:hanging="360"/>
      </w:pPr>
    </w:lvl>
    <w:lvl w:ilvl="7" w:tplc="04090019" w:tentative="1">
      <w:start w:val="1"/>
      <w:numFmt w:val="lowerLetter"/>
      <w:lvlText w:val="%8."/>
      <w:lvlJc w:val="left"/>
      <w:pPr>
        <w:ind w:left="7238" w:hanging="360"/>
      </w:pPr>
    </w:lvl>
    <w:lvl w:ilvl="8" w:tplc="0409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14" w15:restartNumberingAfterBreak="0">
    <w:nsid w:val="2460260D"/>
    <w:multiLevelType w:val="hybridMultilevel"/>
    <w:tmpl w:val="0EFC2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20A8F"/>
    <w:multiLevelType w:val="hybridMultilevel"/>
    <w:tmpl w:val="17FEC9D2"/>
    <w:lvl w:ilvl="0" w:tplc="2CF637C4">
      <w:start w:val="1"/>
      <w:numFmt w:val="decimal"/>
      <w:lvlText w:val="%1."/>
      <w:lvlJc w:val="left"/>
      <w:pPr>
        <w:ind w:left="2198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2918" w:hanging="360"/>
      </w:pPr>
    </w:lvl>
    <w:lvl w:ilvl="2" w:tplc="0409001B" w:tentative="1">
      <w:start w:val="1"/>
      <w:numFmt w:val="lowerRoman"/>
      <w:lvlText w:val="%3."/>
      <w:lvlJc w:val="right"/>
      <w:pPr>
        <w:ind w:left="3638" w:hanging="180"/>
      </w:pPr>
    </w:lvl>
    <w:lvl w:ilvl="3" w:tplc="0409000F" w:tentative="1">
      <w:start w:val="1"/>
      <w:numFmt w:val="decimal"/>
      <w:lvlText w:val="%4."/>
      <w:lvlJc w:val="left"/>
      <w:pPr>
        <w:ind w:left="4358" w:hanging="360"/>
      </w:pPr>
    </w:lvl>
    <w:lvl w:ilvl="4" w:tplc="04090019" w:tentative="1">
      <w:start w:val="1"/>
      <w:numFmt w:val="lowerLetter"/>
      <w:lvlText w:val="%5."/>
      <w:lvlJc w:val="left"/>
      <w:pPr>
        <w:ind w:left="5078" w:hanging="360"/>
      </w:pPr>
    </w:lvl>
    <w:lvl w:ilvl="5" w:tplc="0409001B" w:tentative="1">
      <w:start w:val="1"/>
      <w:numFmt w:val="lowerRoman"/>
      <w:lvlText w:val="%6."/>
      <w:lvlJc w:val="right"/>
      <w:pPr>
        <w:ind w:left="5798" w:hanging="180"/>
      </w:pPr>
    </w:lvl>
    <w:lvl w:ilvl="6" w:tplc="0409000F" w:tentative="1">
      <w:start w:val="1"/>
      <w:numFmt w:val="decimal"/>
      <w:lvlText w:val="%7."/>
      <w:lvlJc w:val="left"/>
      <w:pPr>
        <w:ind w:left="6518" w:hanging="360"/>
      </w:pPr>
    </w:lvl>
    <w:lvl w:ilvl="7" w:tplc="04090019" w:tentative="1">
      <w:start w:val="1"/>
      <w:numFmt w:val="lowerLetter"/>
      <w:lvlText w:val="%8."/>
      <w:lvlJc w:val="left"/>
      <w:pPr>
        <w:ind w:left="7238" w:hanging="360"/>
      </w:pPr>
    </w:lvl>
    <w:lvl w:ilvl="8" w:tplc="0409001B" w:tentative="1">
      <w:start w:val="1"/>
      <w:numFmt w:val="lowerRoman"/>
      <w:lvlText w:val="%9."/>
      <w:lvlJc w:val="right"/>
      <w:pPr>
        <w:ind w:left="7958" w:hanging="180"/>
      </w:pPr>
    </w:lvl>
  </w:abstractNum>
  <w:abstractNum w:abstractNumId="16" w15:restartNumberingAfterBreak="0">
    <w:nsid w:val="518F1584"/>
    <w:multiLevelType w:val="hybridMultilevel"/>
    <w:tmpl w:val="413E7D24"/>
    <w:lvl w:ilvl="0" w:tplc="0409000F">
      <w:start w:val="1"/>
      <w:numFmt w:val="decimal"/>
      <w:lvlText w:val="%1."/>
      <w:lvlJc w:val="left"/>
      <w:pPr>
        <w:ind w:left="2478" w:hanging="360"/>
      </w:pPr>
    </w:lvl>
    <w:lvl w:ilvl="1" w:tplc="04090019" w:tentative="1">
      <w:start w:val="1"/>
      <w:numFmt w:val="lowerLetter"/>
      <w:lvlText w:val="%2."/>
      <w:lvlJc w:val="left"/>
      <w:pPr>
        <w:ind w:left="3198" w:hanging="360"/>
      </w:pPr>
    </w:lvl>
    <w:lvl w:ilvl="2" w:tplc="0409001B" w:tentative="1">
      <w:start w:val="1"/>
      <w:numFmt w:val="lowerRoman"/>
      <w:lvlText w:val="%3."/>
      <w:lvlJc w:val="right"/>
      <w:pPr>
        <w:ind w:left="3918" w:hanging="180"/>
      </w:pPr>
    </w:lvl>
    <w:lvl w:ilvl="3" w:tplc="0409000F" w:tentative="1">
      <w:start w:val="1"/>
      <w:numFmt w:val="decimal"/>
      <w:lvlText w:val="%4."/>
      <w:lvlJc w:val="left"/>
      <w:pPr>
        <w:ind w:left="4638" w:hanging="360"/>
      </w:pPr>
    </w:lvl>
    <w:lvl w:ilvl="4" w:tplc="04090019" w:tentative="1">
      <w:start w:val="1"/>
      <w:numFmt w:val="lowerLetter"/>
      <w:lvlText w:val="%5."/>
      <w:lvlJc w:val="left"/>
      <w:pPr>
        <w:ind w:left="5358" w:hanging="360"/>
      </w:pPr>
    </w:lvl>
    <w:lvl w:ilvl="5" w:tplc="0409001B" w:tentative="1">
      <w:start w:val="1"/>
      <w:numFmt w:val="lowerRoman"/>
      <w:lvlText w:val="%6."/>
      <w:lvlJc w:val="right"/>
      <w:pPr>
        <w:ind w:left="6078" w:hanging="180"/>
      </w:pPr>
    </w:lvl>
    <w:lvl w:ilvl="6" w:tplc="0409000F" w:tentative="1">
      <w:start w:val="1"/>
      <w:numFmt w:val="decimal"/>
      <w:lvlText w:val="%7."/>
      <w:lvlJc w:val="left"/>
      <w:pPr>
        <w:ind w:left="6798" w:hanging="360"/>
      </w:pPr>
    </w:lvl>
    <w:lvl w:ilvl="7" w:tplc="04090019" w:tentative="1">
      <w:start w:val="1"/>
      <w:numFmt w:val="lowerLetter"/>
      <w:lvlText w:val="%8."/>
      <w:lvlJc w:val="left"/>
      <w:pPr>
        <w:ind w:left="7518" w:hanging="360"/>
      </w:pPr>
    </w:lvl>
    <w:lvl w:ilvl="8" w:tplc="0409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17" w15:restartNumberingAfterBreak="0">
    <w:nsid w:val="620474F8"/>
    <w:multiLevelType w:val="hybridMultilevel"/>
    <w:tmpl w:val="2E7E0A50"/>
    <w:lvl w:ilvl="0" w:tplc="0409000F">
      <w:start w:val="1"/>
      <w:numFmt w:val="decimal"/>
      <w:lvlText w:val="%1."/>
      <w:lvlJc w:val="left"/>
      <w:pPr>
        <w:ind w:left="2478" w:hanging="360"/>
      </w:pPr>
    </w:lvl>
    <w:lvl w:ilvl="1" w:tplc="04090019" w:tentative="1">
      <w:start w:val="1"/>
      <w:numFmt w:val="lowerLetter"/>
      <w:lvlText w:val="%2."/>
      <w:lvlJc w:val="left"/>
      <w:pPr>
        <w:ind w:left="3198" w:hanging="360"/>
      </w:pPr>
    </w:lvl>
    <w:lvl w:ilvl="2" w:tplc="0409001B" w:tentative="1">
      <w:start w:val="1"/>
      <w:numFmt w:val="lowerRoman"/>
      <w:lvlText w:val="%3."/>
      <w:lvlJc w:val="right"/>
      <w:pPr>
        <w:ind w:left="3918" w:hanging="180"/>
      </w:pPr>
    </w:lvl>
    <w:lvl w:ilvl="3" w:tplc="0409000F" w:tentative="1">
      <w:start w:val="1"/>
      <w:numFmt w:val="decimal"/>
      <w:lvlText w:val="%4."/>
      <w:lvlJc w:val="left"/>
      <w:pPr>
        <w:ind w:left="4638" w:hanging="360"/>
      </w:pPr>
    </w:lvl>
    <w:lvl w:ilvl="4" w:tplc="04090019" w:tentative="1">
      <w:start w:val="1"/>
      <w:numFmt w:val="lowerLetter"/>
      <w:lvlText w:val="%5."/>
      <w:lvlJc w:val="left"/>
      <w:pPr>
        <w:ind w:left="5358" w:hanging="360"/>
      </w:pPr>
    </w:lvl>
    <w:lvl w:ilvl="5" w:tplc="0409001B" w:tentative="1">
      <w:start w:val="1"/>
      <w:numFmt w:val="lowerRoman"/>
      <w:lvlText w:val="%6."/>
      <w:lvlJc w:val="right"/>
      <w:pPr>
        <w:ind w:left="6078" w:hanging="180"/>
      </w:pPr>
    </w:lvl>
    <w:lvl w:ilvl="6" w:tplc="0409000F" w:tentative="1">
      <w:start w:val="1"/>
      <w:numFmt w:val="decimal"/>
      <w:lvlText w:val="%7."/>
      <w:lvlJc w:val="left"/>
      <w:pPr>
        <w:ind w:left="6798" w:hanging="360"/>
      </w:pPr>
    </w:lvl>
    <w:lvl w:ilvl="7" w:tplc="04090019" w:tentative="1">
      <w:start w:val="1"/>
      <w:numFmt w:val="lowerLetter"/>
      <w:lvlText w:val="%8."/>
      <w:lvlJc w:val="left"/>
      <w:pPr>
        <w:ind w:left="7518" w:hanging="360"/>
      </w:pPr>
    </w:lvl>
    <w:lvl w:ilvl="8" w:tplc="0409001B" w:tentative="1">
      <w:start w:val="1"/>
      <w:numFmt w:val="lowerRoman"/>
      <w:lvlText w:val="%9."/>
      <w:lvlJc w:val="right"/>
      <w:pPr>
        <w:ind w:left="8238" w:hanging="180"/>
      </w:pPr>
    </w:lvl>
  </w:abstractNum>
  <w:abstractNum w:abstractNumId="18" w15:restartNumberingAfterBreak="0">
    <w:nsid w:val="62FD43A6"/>
    <w:multiLevelType w:val="hybridMultilevel"/>
    <w:tmpl w:val="12302952"/>
    <w:lvl w:ilvl="0" w:tplc="0409000F">
      <w:start w:val="1"/>
      <w:numFmt w:val="decimal"/>
      <w:lvlText w:val="%1."/>
      <w:lvlJc w:val="left"/>
      <w:pPr>
        <w:ind w:left="2198" w:hanging="360"/>
      </w:pPr>
    </w:lvl>
    <w:lvl w:ilvl="1" w:tplc="04090019" w:tentative="1">
      <w:start w:val="1"/>
      <w:numFmt w:val="lowerLetter"/>
      <w:lvlText w:val="%2."/>
      <w:lvlJc w:val="left"/>
      <w:pPr>
        <w:ind w:left="2918" w:hanging="360"/>
      </w:pPr>
    </w:lvl>
    <w:lvl w:ilvl="2" w:tplc="0409001B" w:tentative="1">
      <w:start w:val="1"/>
      <w:numFmt w:val="lowerRoman"/>
      <w:lvlText w:val="%3."/>
      <w:lvlJc w:val="right"/>
      <w:pPr>
        <w:ind w:left="3638" w:hanging="180"/>
      </w:pPr>
    </w:lvl>
    <w:lvl w:ilvl="3" w:tplc="0409000F" w:tentative="1">
      <w:start w:val="1"/>
      <w:numFmt w:val="decimal"/>
      <w:lvlText w:val="%4."/>
      <w:lvlJc w:val="left"/>
      <w:pPr>
        <w:ind w:left="4358" w:hanging="360"/>
      </w:pPr>
    </w:lvl>
    <w:lvl w:ilvl="4" w:tplc="04090019" w:tentative="1">
      <w:start w:val="1"/>
      <w:numFmt w:val="lowerLetter"/>
      <w:lvlText w:val="%5."/>
      <w:lvlJc w:val="left"/>
      <w:pPr>
        <w:ind w:left="5078" w:hanging="360"/>
      </w:pPr>
    </w:lvl>
    <w:lvl w:ilvl="5" w:tplc="0409001B" w:tentative="1">
      <w:start w:val="1"/>
      <w:numFmt w:val="lowerRoman"/>
      <w:lvlText w:val="%6."/>
      <w:lvlJc w:val="right"/>
      <w:pPr>
        <w:ind w:left="5798" w:hanging="180"/>
      </w:pPr>
    </w:lvl>
    <w:lvl w:ilvl="6" w:tplc="0409000F" w:tentative="1">
      <w:start w:val="1"/>
      <w:numFmt w:val="decimal"/>
      <w:lvlText w:val="%7."/>
      <w:lvlJc w:val="left"/>
      <w:pPr>
        <w:ind w:left="6518" w:hanging="360"/>
      </w:pPr>
    </w:lvl>
    <w:lvl w:ilvl="7" w:tplc="04090019" w:tentative="1">
      <w:start w:val="1"/>
      <w:numFmt w:val="lowerLetter"/>
      <w:lvlText w:val="%8."/>
      <w:lvlJc w:val="left"/>
      <w:pPr>
        <w:ind w:left="7238" w:hanging="360"/>
      </w:pPr>
    </w:lvl>
    <w:lvl w:ilvl="8" w:tplc="0409001B" w:tentative="1">
      <w:start w:val="1"/>
      <w:numFmt w:val="lowerRoman"/>
      <w:lvlText w:val="%9."/>
      <w:lvlJc w:val="right"/>
      <w:pPr>
        <w:ind w:left="7958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7"/>
  </w:num>
  <w:num w:numId="11">
    <w:abstractNumId w:val="16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8"/>
  </w:num>
  <w:num w:numId="17">
    <w:abstractNumId w:val="13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03139"/>
    <w:rsid w:val="00011790"/>
    <w:rsid w:val="000200C8"/>
    <w:rsid w:val="0002084B"/>
    <w:rsid w:val="000212B8"/>
    <w:rsid w:val="000254CD"/>
    <w:rsid w:val="00025C3C"/>
    <w:rsid w:val="00026408"/>
    <w:rsid w:val="00027ECE"/>
    <w:rsid w:val="00034141"/>
    <w:rsid w:val="00034616"/>
    <w:rsid w:val="00043275"/>
    <w:rsid w:val="00044E97"/>
    <w:rsid w:val="000577E7"/>
    <w:rsid w:val="0006063C"/>
    <w:rsid w:val="00060969"/>
    <w:rsid w:val="00067F38"/>
    <w:rsid w:val="000718F0"/>
    <w:rsid w:val="000732E1"/>
    <w:rsid w:val="00075575"/>
    <w:rsid w:val="00077C93"/>
    <w:rsid w:val="00085967"/>
    <w:rsid w:val="0008607C"/>
    <w:rsid w:val="0008622F"/>
    <w:rsid w:val="00094C62"/>
    <w:rsid w:val="000958AF"/>
    <w:rsid w:val="00095BE0"/>
    <w:rsid w:val="000A160C"/>
    <w:rsid w:val="000A2892"/>
    <w:rsid w:val="000C2AE3"/>
    <w:rsid w:val="000C7A60"/>
    <w:rsid w:val="000D6D4B"/>
    <w:rsid w:val="000D79F0"/>
    <w:rsid w:val="000E528F"/>
    <w:rsid w:val="000E5FF8"/>
    <w:rsid w:val="000F1407"/>
    <w:rsid w:val="000F48A9"/>
    <w:rsid w:val="000F6F76"/>
    <w:rsid w:val="000F78CD"/>
    <w:rsid w:val="000F7FC2"/>
    <w:rsid w:val="001008DE"/>
    <w:rsid w:val="001035B2"/>
    <w:rsid w:val="001035D6"/>
    <w:rsid w:val="001121A8"/>
    <w:rsid w:val="001133F4"/>
    <w:rsid w:val="001143BA"/>
    <w:rsid w:val="00115885"/>
    <w:rsid w:val="00122DC8"/>
    <w:rsid w:val="001234E4"/>
    <w:rsid w:val="00143252"/>
    <w:rsid w:val="00147ABF"/>
    <w:rsid w:val="00147F12"/>
    <w:rsid w:val="0015074B"/>
    <w:rsid w:val="00151B6B"/>
    <w:rsid w:val="0016193B"/>
    <w:rsid w:val="0016253E"/>
    <w:rsid w:val="00166DEC"/>
    <w:rsid w:val="00170E13"/>
    <w:rsid w:val="001914C9"/>
    <w:rsid w:val="00193082"/>
    <w:rsid w:val="001931FE"/>
    <w:rsid w:val="001A2028"/>
    <w:rsid w:val="001A3CEF"/>
    <w:rsid w:val="001A4842"/>
    <w:rsid w:val="001B263F"/>
    <w:rsid w:val="001C2289"/>
    <w:rsid w:val="001C6B77"/>
    <w:rsid w:val="001C7754"/>
    <w:rsid w:val="001D41BA"/>
    <w:rsid w:val="001D641E"/>
    <w:rsid w:val="001F72AE"/>
    <w:rsid w:val="001F737F"/>
    <w:rsid w:val="00202ACA"/>
    <w:rsid w:val="00206B15"/>
    <w:rsid w:val="00210F73"/>
    <w:rsid w:val="0021122E"/>
    <w:rsid w:val="002145E4"/>
    <w:rsid w:val="0021585B"/>
    <w:rsid w:val="00217EA6"/>
    <w:rsid w:val="00227BA1"/>
    <w:rsid w:val="0023778B"/>
    <w:rsid w:val="00237F84"/>
    <w:rsid w:val="002415B8"/>
    <w:rsid w:val="002436D7"/>
    <w:rsid w:val="0024661F"/>
    <w:rsid w:val="0025414D"/>
    <w:rsid w:val="00262479"/>
    <w:rsid w:val="00272C5E"/>
    <w:rsid w:val="00273932"/>
    <w:rsid w:val="00292272"/>
    <w:rsid w:val="002948F0"/>
    <w:rsid w:val="002957EE"/>
    <w:rsid w:val="0029639D"/>
    <w:rsid w:val="002A272F"/>
    <w:rsid w:val="002B10D5"/>
    <w:rsid w:val="002B1CB9"/>
    <w:rsid w:val="002D2354"/>
    <w:rsid w:val="002E365E"/>
    <w:rsid w:val="002F1B86"/>
    <w:rsid w:val="002F1E2F"/>
    <w:rsid w:val="002F6090"/>
    <w:rsid w:val="0030061B"/>
    <w:rsid w:val="003023AF"/>
    <w:rsid w:val="003048C6"/>
    <w:rsid w:val="00304F65"/>
    <w:rsid w:val="003101DB"/>
    <w:rsid w:val="003145C8"/>
    <w:rsid w:val="00321243"/>
    <w:rsid w:val="00321E19"/>
    <w:rsid w:val="00326F90"/>
    <w:rsid w:val="003344F4"/>
    <w:rsid w:val="00340FD7"/>
    <w:rsid w:val="0034381F"/>
    <w:rsid w:val="00343C52"/>
    <w:rsid w:val="00343E83"/>
    <w:rsid w:val="00351571"/>
    <w:rsid w:val="003552B6"/>
    <w:rsid w:val="00356A33"/>
    <w:rsid w:val="00363BCD"/>
    <w:rsid w:val="00382775"/>
    <w:rsid w:val="00387135"/>
    <w:rsid w:val="00390550"/>
    <w:rsid w:val="003A147D"/>
    <w:rsid w:val="003A3D84"/>
    <w:rsid w:val="003A5D17"/>
    <w:rsid w:val="003A7D21"/>
    <w:rsid w:val="003B0AA8"/>
    <w:rsid w:val="003B6B3F"/>
    <w:rsid w:val="003C0FA5"/>
    <w:rsid w:val="003C553D"/>
    <w:rsid w:val="003C5D9F"/>
    <w:rsid w:val="003D01EC"/>
    <w:rsid w:val="003D626B"/>
    <w:rsid w:val="003F46D5"/>
    <w:rsid w:val="00400C32"/>
    <w:rsid w:val="00412553"/>
    <w:rsid w:val="00412D3D"/>
    <w:rsid w:val="0041699A"/>
    <w:rsid w:val="004172E8"/>
    <w:rsid w:val="0042037F"/>
    <w:rsid w:val="0042696C"/>
    <w:rsid w:val="00430A71"/>
    <w:rsid w:val="00434FAB"/>
    <w:rsid w:val="0043623B"/>
    <w:rsid w:val="004408F9"/>
    <w:rsid w:val="0044492A"/>
    <w:rsid w:val="00456093"/>
    <w:rsid w:val="00466A0B"/>
    <w:rsid w:val="00475742"/>
    <w:rsid w:val="00476361"/>
    <w:rsid w:val="00477670"/>
    <w:rsid w:val="00482C24"/>
    <w:rsid w:val="004901F0"/>
    <w:rsid w:val="004941F6"/>
    <w:rsid w:val="0049551B"/>
    <w:rsid w:val="0049635C"/>
    <w:rsid w:val="004A5A4E"/>
    <w:rsid w:val="004A74A6"/>
    <w:rsid w:val="004B086B"/>
    <w:rsid w:val="004B5227"/>
    <w:rsid w:val="004C13CA"/>
    <w:rsid w:val="004C175E"/>
    <w:rsid w:val="004D1A13"/>
    <w:rsid w:val="004D281F"/>
    <w:rsid w:val="004D6061"/>
    <w:rsid w:val="004E045C"/>
    <w:rsid w:val="004E04E6"/>
    <w:rsid w:val="004E5E67"/>
    <w:rsid w:val="004F02BC"/>
    <w:rsid w:val="004F1350"/>
    <w:rsid w:val="004F2E61"/>
    <w:rsid w:val="004F6808"/>
    <w:rsid w:val="004F74EA"/>
    <w:rsid w:val="005035C3"/>
    <w:rsid w:val="0050742D"/>
    <w:rsid w:val="00533120"/>
    <w:rsid w:val="00543309"/>
    <w:rsid w:val="00546991"/>
    <w:rsid w:val="00551560"/>
    <w:rsid w:val="00553781"/>
    <w:rsid w:val="00557968"/>
    <w:rsid w:val="005648F0"/>
    <w:rsid w:val="00564A14"/>
    <w:rsid w:val="00564BCE"/>
    <w:rsid w:val="00574E70"/>
    <w:rsid w:val="00577E85"/>
    <w:rsid w:val="00584E64"/>
    <w:rsid w:val="00585439"/>
    <w:rsid w:val="00590310"/>
    <w:rsid w:val="00592976"/>
    <w:rsid w:val="00597D42"/>
    <w:rsid w:val="005A5516"/>
    <w:rsid w:val="005A777F"/>
    <w:rsid w:val="005B013B"/>
    <w:rsid w:val="005B0F29"/>
    <w:rsid w:val="005B1B64"/>
    <w:rsid w:val="005B2DE0"/>
    <w:rsid w:val="005C15C6"/>
    <w:rsid w:val="005D3F4B"/>
    <w:rsid w:val="005D637D"/>
    <w:rsid w:val="005D70B4"/>
    <w:rsid w:val="005E14D4"/>
    <w:rsid w:val="005F38AA"/>
    <w:rsid w:val="005F5EDB"/>
    <w:rsid w:val="005F7CFD"/>
    <w:rsid w:val="006167A7"/>
    <w:rsid w:val="0062106A"/>
    <w:rsid w:val="0062258F"/>
    <w:rsid w:val="00625B16"/>
    <w:rsid w:val="006319E4"/>
    <w:rsid w:val="00635C62"/>
    <w:rsid w:val="00643767"/>
    <w:rsid w:val="00645D62"/>
    <w:rsid w:val="00651BD8"/>
    <w:rsid w:val="00655360"/>
    <w:rsid w:val="00660D0C"/>
    <w:rsid w:val="0066235D"/>
    <w:rsid w:val="00662D3B"/>
    <w:rsid w:val="00670B22"/>
    <w:rsid w:val="00683719"/>
    <w:rsid w:val="00683F46"/>
    <w:rsid w:val="00685E5A"/>
    <w:rsid w:val="006963B2"/>
    <w:rsid w:val="006A18AC"/>
    <w:rsid w:val="006A7751"/>
    <w:rsid w:val="006B5E64"/>
    <w:rsid w:val="006C100B"/>
    <w:rsid w:val="006E7605"/>
    <w:rsid w:val="006F3997"/>
    <w:rsid w:val="00700877"/>
    <w:rsid w:val="00702EE1"/>
    <w:rsid w:val="00712B35"/>
    <w:rsid w:val="007240CE"/>
    <w:rsid w:val="00726B8B"/>
    <w:rsid w:val="00731F72"/>
    <w:rsid w:val="007320E2"/>
    <w:rsid w:val="007378BD"/>
    <w:rsid w:val="007419C5"/>
    <w:rsid w:val="00741E1A"/>
    <w:rsid w:val="0074247A"/>
    <w:rsid w:val="007448FD"/>
    <w:rsid w:val="00746D52"/>
    <w:rsid w:val="00746FD0"/>
    <w:rsid w:val="00750AC2"/>
    <w:rsid w:val="00751056"/>
    <w:rsid w:val="0075304B"/>
    <w:rsid w:val="00790B97"/>
    <w:rsid w:val="00795E36"/>
    <w:rsid w:val="007B0B12"/>
    <w:rsid w:val="007B14D5"/>
    <w:rsid w:val="007B6AA1"/>
    <w:rsid w:val="007D3D6A"/>
    <w:rsid w:val="007E57DE"/>
    <w:rsid w:val="007F7C29"/>
    <w:rsid w:val="0080122E"/>
    <w:rsid w:val="008038C7"/>
    <w:rsid w:val="008053F2"/>
    <w:rsid w:val="00806E53"/>
    <w:rsid w:val="0081257B"/>
    <w:rsid w:val="008148D8"/>
    <w:rsid w:val="00814903"/>
    <w:rsid w:val="00816E17"/>
    <w:rsid w:val="0081743C"/>
    <w:rsid w:val="008178B7"/>
    <w:rsid w:val="00817C5E"/>
    <w:rsid w:val="00822873"/>
    <w:rsid w:val="00832A1E"/>
    <w:rsid w:val="0083627F"/>
    <w:rsid w:val="00844E68"/>
    <w:rsid w:val="0085226C"/>
    <w:rsid w:val="00853EC4"/>
    <w:rsid w:val="00854FB6"/>
    <w:rsid w:val="00861AFF"/>
    <w:rsid w:val="008639F2"/>
    <w:rsid w:val="00863DBF"/>
    <w:rsid w:val="0086579A"/>
    <w:rsid w:val="008700A8"/>
    <w:rsid w:val="00871B02"/>
    <w:rsid w:val="00896699"/>
    <w:rsid w:val="008A5A53"/>
    <w:rsid w:val="008B1785"/>
    <w:rsid w:val="008B5B08"/>
    <w:rsid w:val="008B75B6"/>
    <w:rsid w:val="008C05A0"/>
    <w:rsid w:val="008C0E5B"/>
    <w:rsid w:val="008C314D"/>
    <w:rsid w:val="008C3477"/>
    <w:rsid w:val="008D5781"/>
    <w:rsid w:val="008D7658"/>
    <w:rsid w:val="008F1BE2"/>
    <w:rsid w:val="008F1C71"/>
    <w:rsid w:val="008F32D1"/>
    <w:rsid w:val="0090050E"/>
    <w:rsid w:val="00911B50"/>
    <w:rsid w:val="00924974"/>
    <w:rsid w:val="00927966"/>
    <w:rsid w:val="00927E66"/>
    <w:rsid w:val="00935BF8"/>
    <w:rsid w:val="0094114F"/>
    <w:rsid w:val="00943FFD"/>
    <w:rsid w:val="00945F4D"/>
    <w:rsid w:val="00947F3E"/>
    <w:rsid w:val="00954CD8"/>
    <w:rsid w:val="00954EF4"/>
    <w:rsid w:val="009560EA"/>
    <w:rsid w:val="00961D8F"/>
    <w:rsid w:val="009627F3"/>
    <w:rsid w:val="009669E2"/>
    <w:rsid w:val="00966E65"/>
    <w:rsid w:val="00971772"/>
    <w:rsid w:val="00971D46"/>
    <w:rsid w:val="00973827"/>
    <w:rsid w:val="00977552"/>
    <w:rsid w:val="009916BB"/>
    <w:rsid w:val="00997E40"/>
    <w:rsid w:val="009C03C7"/>
    <w:rsid w:val="009C05D6"/>
    <w:rsid w:val="009C242F"/>
    <w:rsid w:val="009C2CEB"/>
    <w:rsid w:val="009C5AB7"/>
    <w:rsid w:val="009D7F80"/>
    <w:rsid w:val="009E1169"/>
    <w:rsid w:val="009E6839"/>
    <w:rsid w:val="009F5287"/>
    <w:rsid w:val="009F5884"/>
    <w:rsid w:val="009F6BB8"/>
    <w:rsid w:val="00A100D3"/>
    <w:rsid w:val="00A16478"/>
    <w:rsid w:val="00A200BD"/>
    <w:rsid w:val="00A267CE"/>
    <w:rsid w:val="00A32519"/>
    <w:rsid w:val="00A32E18"/>
    <w:rsid w:val="00A37EE9"/>
    <w:rsid w:val="00A422BB"/>
    <w:rsid w:val="00A608CE"/>
    <w:rsid w:val="00A6485B"/>
    <w:rsid w:val="00A65D1E"/>
    <w:rsid w:val="00A71DF1"/>
    <w:rsid w:val="00A80293"/>
    <w:rsid w:val="00A853F7"/>
    <w:rsid w:val="00A85ABE"/>
    <w:rsid w:val="00A93E55"/>
    <w:rsid w:val="00A94AE8"/>
    <w:rsid w:val="00AA1D8D"/>
    <w:rsid w:val="00AA59C9"/>
    <w:rsid w:val="00AB285F"/>
    <w:rsid w:val="00AC420F"/>
    <w:rsid w:val="00AC48AF"/>
    <w:rsid w:val="00AD5D1A"/>
    <w:rsid w:val="00AD663F"/>
    <w:rsid w:val="00AD7C3B"/>
    <w:rsid w:val="00AE1907"/>
    <w:rsid w:val="00AE3D53"/>
    <w:rsid w:val="00AE6F22"/>
    <w:rsid w:val="00AF2D16"/>
    <w:rsid w:val="00AF494F"/>
    <w:rsid w:val="00B02C4A"/>
    <w:rsid w:val="00B03810"/>
    <w:rsid w:val="00B069F2"/>
    <w:rsid w:val="00B304B9"/>
    <w:rsid w:val="00B3364B"/>
    <w:rsid w:val="00B42196"/>
    <w:rsid w:val="00B4668F"/>
    <w:rsid w:val="00B47730"/>
    <w:rsid w:val="00B52EF3"/>
    <w:rsid w:val="00B55A8C"/>
    <w:rsid w:val="00B57506"/>
    <w:rsid w:val="00B60113"/>
    <w:rsid w:val="00B61B87"/>
    <w:rsid w:val="00B65C27"/>
    <w:rsid w:val="00B80071"/>
    <w:rsid w:val="00B82E7D"/>
    <w:rsid w:val="00B83858"/>
    <w:rsid w:val="00B86E27"/>
    <w:rsid w:val="00B87E80"/>
    <w:rsid w:val="00B903FE"/>
    <w:rsid w:val="00B94837"/>
    <w:rsid w:val="00B94AED"/>
    <w:rsid w:val="00B94BAF"/>
    <w:rsid w:val="00B94C81"/>
    <w:rsid w:val="00B97D01"/>
    <w:rsid w:val="00BA07D3"/>
    <w:rsid w:val="00BA12B9"/>
    <w:rsid w:val="00BB2A38"/>
    <w:rsid w:val="00BB434C"/>
    <w:rsid w:val="00BC276E"/>
    <w:rsid w:val="00BC4E8A"/>
    <w:rsid w:val="00BD1DB8"/>
    <w:rsid w:val="00BD41BC"/>
    <w:rsid w:val="00BD560F"/>
    <w:rsid w:val="00BE1C89"/>
    <w:rsid w:val="00BE63FB"/>
    <w:rsid w:val="00BE6946"/>
    <w:rsid w:val="00BF2E98"/>
    <w:rsid w:val="00BF71DE"/>
    <w:rsid w:val="00C02008"/>
    <w:rsid w:val="00C1159D"/>
    <w:rsid w:val="00C127B7"/>
    <w:rsid w:val="00C22B46"/>
    <w:rsid w:val="00C23C4A"/>
    <w:rsid w:val="00C47289"/>
    <w:rsid w:val="00C479F9"/>
    <w:rsid w:val="00C61491"/>
    <w:rsid w:val="00C64DC6"/>
    <w:rsid w:val="00C64DE9"/>
    <w:rsid w:val="00C65E92"/>
    <w:rsid w:val="00C75003"/>
    <w:rsid w:val="00C90911"/>
    <w:rsid w:val="00CA4A02"/>
    <w:rsid w:val="00CA57CF"/>
    <w:rsid w:val="00CB0664"/>
    <w:rsid w:val="00CB2971"/>
    <w:rsid w:val="00CC2D2C"/>
    <w:rsid w:val="00CC53A2"/>
    <w:rsid w:val="00CC5A4B"/>
    <w:rsid w:val="00CC5CFE"/>
    <w:rsid w:val="00CD0EAB"/>
    <w:rsid w:val="00CD1F8A"/>
    <w:rsid w:val="00CD4CB2"/>
    <w:rsid w:val="00CD5430"/>
    <w:rsid w:val="00CD5B8D"/>
    <w:rsid w:val="00CD6F66"/>
    <w:rsid w:val="00CE4A8D"/>
    <w:rsid w:val="00CF00B7"/>
    <w:rsid w:val="00CF1571"/>
    <w:rsid w:val="00CF2D5E"/>
    <w:rsid w:val="00CF58FC"/>
    <w:rsid w:val="00CF7634"/>
    <w:rsid w:val="00D04AE0"/>
    <w:rsid w:val="00D15384"/>
    <w:rsid w:val="00D33A6D"/>
    <w:rsid w:val="00D376A6"/>
    <w:rsid w:val="00D52C6C"/>
    <w:rsid w:val="00D537F7"/>
    <w:rsid w:val="00D5392D"/>
    <w:rsid w:val="00D549B0"/>
    <w:rsid w:val="00D5635E"/>
    <w:rsid w:val="00D61927"/>
    <w:rsid w:val="00D70EFA"/>
    <w:rsid w:val="00D73278"/>
    <w:rsid w:val="00D737FF"/>
    <w:rsid w:val="00D82074"/>
    <w:rsid w:val="00D8228F"/>
    <w:rsid w:val="00D82EF0"/>
    <w:rsid w:val="00D850B2"/>
    <w:rsid w:val="00D86143"/>
    <w:rsid w:val="00D955AA"/>
    <w:rsid w:val="00D9753A"/>
    <w:rsid w:val="00DA4F56"/>
    <w:rsid w:val="00DA7114"/>
    <w:rsid w:val="00DA71DC"/>
    <w:rsid w:val="00DB2AB8"/>
    <w:rsid w:val="00DB5FD6"/>
    <w:rsid w:val="00DC49A4"/>
    <w:rsid w:val="00DE710F"/>
    <w:rsid w:val="00DF01DB"/>
    <w:rsid w:val="00DF1EE0"/>
    <w:rsid w:val="00E00A2A"/>
    <w:rsid w:val="00E05673"/>
    <w:rsid w:val="00E07E90"/>
    <w:rsid w:val="00E2094D"/>
    <w:rsid w:val="00E20DBA"/>
    <w:rsid w:val="00E27CA5"/>
    <w:rsid w:val="00E40550"/>
    <w:rsid w:val="00E4069D"/>
    <w:rsid w:val="00E44AAB"/>
    <w:rsid w:val="00E46AAD"/>
    <w:rsid w:val="00E47359"/>
    <w:rsid w:val="00E513BB"/>
    <w:rsid w:val="00E52581"/>
    <w:rsid w:val="00E57134"/>
    <w:rsid w:val="00E64389"/>
    <w:rsid w:val="00E73743"/>
    <w:rsid w:val="00E7551C"/>
    <w:rsid w:val="00E80E9D"/>
    <w:rsid w:val="00E90BB7"/>
    <w:rsid w:val="00EA0CA5"/>
    <w:rsid w:val="00EA4F69"/>
    <w:rsid w:val="00EB1E13"/>
    <w:rsid w:val="00EB22A9"/>
    <w:rsid w:val="00EB5AFF"/>
    <w:rsid w:val="00ED2142"/>
    <w:rsid w:val="00ED3B3C"/>
    <w:rsid w:val="00ED5567"/>
    <w:rsid w:val="00EE48A4"/>
    <w:rsid w:val="00EE7BD4"/>
    <w:rsid w:val="00EF4343"/>
    <w:rsid w:val="00EF49FD"/>
    <w:rsid w:val="00EF6934"/>
    <w:rsid w:val="00F05DB3"/>
    <w:rsid w:val="00F06B58"/>
    <w:rsid w:val="00F11649"/>
    <w:rsid w:val="00F17E9E"/>
    <w:rsid w:val="00F21416"/>
    <w:rsid w:val="00F3285C"/>
    <w:rsid w:val="00F33224"/>
    <w:rsid w:val="00F37F50"/>
    <w:rsid w:val="00F4140C"/>
    <w:rsid w:val="00F44769"/>
    <w:rsid w:val="00F51839"/>
    <w:rsid w:val="00F520FC"/>
    <w:rsid w:val="00F578CD"/>
    <w:rsid w:val="00F70A64"/>
    <w:rsid w:val="00F73698"/>
    <w:rsid w:val="00F76929"/>
    <w:rsid w:val="00F776AB"/>
    <w:rsid w:val="00F849C9"/>
    <w:rsid w:val="00F87804"/>
    <w:rsid w:val="00F87EB2"/>
    <w:rsid w:val="00F957D5"/>
    <w:rsid w:val="00FA3087"/>
    <w:rsid w:val="00FA5BFA"/>
    <w:rsid w:val="00FB4002"/>
    <w:rsid w:val="00FC693F"/>
    <w:rsid w:val="00FC7B5A"/>
    <w:rsid w:val="00FD40F9"/>
    <w:rsid w:val="00FD6DD0"/>
    <w:rsid w:val="00FE0E0F"/>
    <w:rsid w:val="00FE4574"/>
    <w:rsid w:val="00FE5762"/>
    <w:rsid w:val="00FE6269"/>
    <w:rsid w:val="00FF067B"/>
    <w:rsid w:val="00FF1B23"/>
    <w:rsid w:val="00FF3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9AE090E"/>
  <w14:defaultImageDpi w14:val="300"/>
  <w15:docId w15:val="{E5896106-67CE-47AF-BA7C-D58120B02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8B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PlainText">
    <w:name w:val="Plain Text"/>
    <w:basedOn w:val="Normal"/>
    <w:link w:val="PlainTextChar"/>
    <w:uiPriority w:val="99"/>
    <w:unhideWhenUsed/>
    <w:rsid w:val="00584E64"/>
    <w:pPr>
      <w:spacing w:after="0" w:line="240" w:lineRule="auto"/>
    </w:pPr>
    <w:rPr>
      <w:rFonts w:ascii="Consolas" w:eastAsiaTheme="minorHAnsi" w:hAnsi="Consolas" w:cs="Consolas"/>
      <w:kern w:val="2"/>
      <w:sz w:val="21"/>
      <w:szCs w:val="21"/>
      <w:lang w:val="el-GR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584E64"/>
    <w:rPr>
      <w:rFonts w:ascii="Consolas" w:eastAsiaTheme="minorHAnsi" w:hAnsi="Consolas" w:cs="Consolas"/>
      <w:kern w:val="2"/>
      <w:sz w:val="21"/>
      <w:szCs w:val="21"/>
      <w:lang w:val="el-GR"/>
      <w14:ligatures w14:val="standardContextual"/>
    </w:rPr>
  </w:style>
  <w:style w:type="character" w:styleId="PageNumber">
    <w:name w:val="page number"/>
    <w:basedOn w:val="DefaultParagraphFont"/>
    <w:uiPriority w:val="99"/>
    <w:semiHidden/>
    <w:unhideWhenUsed/>
    <w:rsid w:val="006A7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ACF2DC-17A4-4431-9C68-01E3894F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3908</Words>
  <Characters>21104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24963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Georgakopoulou, Vasia</cp:lastModifiedBy>
  <cp:revision>2</cp:revision>
  <dcterms:created xsi:type="dcterms:W3CDTF">2026-04-23T12:59:00Z</dcterms:created>
  <dcterms:modified xsi:type="dcterms:W3CDTF">2026-04-23T12:59:00Z</dcterms:modified>
  <cp:category/>
</cp:coreProperties>
</file>